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A4BA2" w14:textId="77777777" w:rsidR="00E52D8B" w:rsidRPr="00E52D8B" w:rsidRDefault="00E52D8B" w:rsidP="00E52D8B">
      <w:pPr>
        <w:jc w:val="center"/>
        <w:rPr>
          <w:rFonts w:ascii="4990810" w:hAnsi="4990810"/>
          <w:color w:val="C0504D" w:themeColor="accent2"/>
          <w:sz w:val="160"/>
          <w:szCs w:val="160"/>
          <w:lang w:val="nl-NL"/>
        </w:rPr>
      </w:pPr>
      <w:r w:rsidRPr="00E52D8B">
        <w:rPr>
          <w:rFonts w:ascii="4990810" w:hAnsi="4990810"/>
          <w:color w:val="C0504D" w:themeColor="accent2"/>
          <w:sz w:val="160"/>
          <w:szCs w:val="160"/>
          <w:lang w:val="nl-NL"/>
        </w:rPr>
        <w:t>Handleiding</w:t>
      </w:r>
    </w:p>
    <w:p w14:paraId="0F57DF21" w14:textId="5733225E" w:rsidR="00E52D8B" w:rsidRPr="00E52D8B" w:rsidRDefault="00E52D8B" w:rsidP="00E52D8B">
      <w:pPr>
        <w:rPr>
          <w:lang w:val="nl-NL"/>
        </w:rPr>
      </w:pPr>
      <w:r w:rsidRPr="00E52D8B">
        <w:rPr>
          <w:lang w:val="nl-NL"/>
        </w:rPr>
        <w:drawing>
          <wp:inline distT="0" distB="0" distL="0" distR="0" wp14:anchorId="2692979D" wp14:editId="11E1D110">
            <wp:extent cx="5486400" cy="3651885"/>
            <wp:effectExtent l="0" t="0" r="0" b="571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E51F3" w14:textId="77777777" w:rsidR="00E52D8B" w:rsidRDefault="00E52D8B">
      <w:pPr>
        <w:rPr>
          <w:rFonts w:ascii="Kozuka Gothic Pro H" w:eastAsiaTheme="majorEastAsia" w:hAnsi="Kozuka Gothic Pro H" w:cstheme="majorBidi"/>
          <w:color w:val="00B050"/>
          <w:spacing w:val="5"/>
          <w:kern w:val="28"/>
          <w:sz w:val="52"/>
          <w:szCs w:val="52"/>
          <w:lang w:val="nl-NL"/>
        </w:rPr>
      </w:pPr>
      <w:r>
        <w:br w:type="page"/>
      </w:r>
    </w:p>
    <w:p w14:paraId="45F74076" w14:textId="32876C9B" w:rsidR="000A63D8" w:rsidRPr="000A63D8" w:rsidRDefault="00E52D8B" w:rsidP="00E52D8B">
      <w:pPr>
        <w:pStyle w:val="Titel"/>
      </w:pPr>
      <w:r>
        <w:lastRenderedPageBreak/>
        <w:t xml:space="preserve">1. </w:t>
      </w:r>
      <w:proofErr w:type="spellStart"/>
      <w:r w:rsidR="000A63D8" w:rsidRPr="000A63D8">
        <w:t>kennismaking</w:t>
      </w:r>
      <w:proofErr w:type="spellEnd"/>
    </w:p>
    <w:p w14:paraId="59E5579D" w14:textId="77777777" w:rsidR="000A63D8" w:rsidRPr="000A63D8" w:rsidRDefault="000A63D8" w:rsidP="00E52D8B">
      <w:pPr>
        <w:pStyle w:val="Kop1"/>
        <w:rPr>
          <w:lang w:val="nl-NL"/>
        </w:rPr>
      </w:pPr>
      <w:r w:rsidRPr="000A63D8">
        <w:rPr>
          <w:lang w:val="nl-NL"/>
        </w:rPr>
        <w:t xml:space="preserve">1.1 Wat is Apple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>?</w:t>
      </w:r>
    </w:p>
    <w:p w14:paraId="4E5F119A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Stel je voor dat het grote scherm van je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eigenlijk een </w:t>
      </w:r>
      <w:r w:rsidRPr="000A63D8">
        <w:rPr>
          <w:b/>
          <w:bCs/>
          <w:lang w:val="nl-NL"/>
        </w:rPr>
        <w:t>tweede scherm van je iPhone</w:t>
      </w:r>
      <w:r w:rsidRPr="000A63D8">
        <w:rPr>
          <w:lang w:val="nl-NL"/>
        </w:rPr>
        <w:t xml:space="preserve"> is.</w:t>
      </w:r>
    </w:p>
    <w:p w14:paraId="30332C8B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is dus geen navigatiesysteem op zichzelf.</w:t>
      </w:r>
    </w:p>
    <w:p w14:paraId="3640A40B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Hij gebruikt de iPhone voor:</w:t>
      </w:r>
    </w:p>
    <w:p w14:paraId="68E201C6" w14:textId="77777777" w:rsidR="000A63D8" w:rsidRPr="000A63D8" w:rsidRDefault="000A63D8" w:rsidP="00A248D5">
      <w:pPr>
        <w:numPr>
          <w:ilvl w:val="0"/>
          <w:numId w:val="11"/>
        </w:numPr>
        <w:spacing w:after="0"/>
        <w:rPr>
          <w:lang w:val="nl-NL"/>
        </w:rPr>
      </w:pPr>
      <w:proofErr w:type="gramStart"/>
      <w:r w:rsidRPr="000A63D8">
        <w:rPr>
          <w:lang w:val="nl-NL"/>
        </w:rPr>
        <w:t>navigatie</w:t>
      </w:r>
      <w:proofErr w:type="gramEnd"/>
      <w:r w:rsidRPr="000A63D8">
        <w:rPr>
          <w:lang w:val="nl-NL"/>
        </w:rPr>
        <w:t xml:space="preserve">; </w:t>
      </w:r>
    </w:p>
    <w:p w14:paraId="416B0995" w14:textId="77777777" w:rsidR="000A63D8" w:rsidRPr="000A63D8" w:rsidRDefault="000A63D8" w:rsidP="00A248D5">
      <w:pPr>
        <w:numPr>
          <w:ilvl w:val="0"/>
          <w:numId w:val="11"/>
        </w:numPr>
        <w:spacing w:after="0"/>
        <w:rPr>
          <w:lang w:val="nl-NL"/>
        </w:rPr>
      </w:pPr>
      <w:proofErr w:type="gramStart"/>
      <w:r w:rsidRPr="000A63D8">
        <w:rPr>
          <w:lang w:val="nl-NL"/>
        </w:rPr>
        <w:t>telefoneren</w:t>
      </w:r>
      <w:proofErr w:type="gramEnd"/>
      <w:r w:rsidRPr="000A63D8">
        <w:rPr>
          <w:lang w:val="nl-NL"/>
        </w:rPr>
        <w:t xml:space="preserve">; </w:t>
      </w:r>
    </w:p>
    <w:p w14:paraId="425B6E3F" w14:textId="77777777" w:rsidR="000A63D8" w:rsidRPr="000A63D8" w:rsidRDefault="000A63D8" w:rsidP="00A248D5">
      <w:pPr>
        <w:numPr>
          <w:ilvl w:val="0"/>
          <w:numId w:val="11"/>
        </w:numPr>
        <w:spacing w:after="0"/>
        <w:rPr>
          <w:lang w:val="nl-NL"/>
        </w:rPr>
      </w:pPr>
      <w:r w:rsidRPr="000A63D8">
        <w:rPr>
          <w:lang w:val="nl-NL"/>
        </w:rPr>
        <w:t xml:space="preserve">WhatsApp; </w:t>
      </w:r>
    </w:p>
    <w:p w14:paraId="48A14DEA" w14:textId="77777777" w:rsidR="000A63D8" w:rsidRPr="000A63D8" w:rsidRDefault="000A63D8" w:rsidP="00A248D5">
      <w:pPr>
        <w:numPr>
          <w:ilvl w:val="0"/>
          <w:numId w:val="11"/>
        </w:numPr>
        <w:spacing w:after="0"/>
        <w:rPr>
          <w:lang w:val="nl-NL"/>
        </w:rPr>
      </w:pPr>
      <w:proofErr w:type="gramStart"/>
      <w:r w:rsidRPr="000A63D8">
        <w:rPr>
          <w:lang w:val="nl-NL"/>
        </w:rPr>
        <w:t>muziek</w:t>
      </w:r>
      <w:proofErr w:type="gramEnd"/>
      <w:r w:rsidRPr="000A63D8">
        <w:rPr>
          <w:lang w:val="nl-NL"/>
        </w:rPr>
        <w:t xml:space="preserve">; </w:t>
      </w:r>
    </w:p>
    <w:p w14:paraId="6F36DA7A" w14:textId="77777777" w:rsidR="000A63D8" w:rsidRPr="000A63D8" w:rsidRDefault="000A63D8" w:rsidP="00A248D5">
      <w:pPr>
        <w:numPr>
          <w:ilvl w:val="0"/>
          <w:numId w:val="11"/>
        </w:numPr>
        <w:spacing w:after="0"/>
        <w:rPr>
          <w:lang w:val="nl-NL"/>
        </w:rPr>
      </w:pP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; </w:t>
      </w:r>
    </w:p>
    <w:p w14:paraId="26687DAC" w14:textId="77777777" w:rsidR="000A63D8" w:rsidRPr="000A63D8" w:rsidRDefault="000A63D8" w:rsidP="00A248D5">
      <w:pPr>
        <w:numPr>
          <w:ilvl w:val="0"/>
          <w:numId w:val="11"/>
        </w:numPr>
        <w:spacing w:after="0"/>
        <w:rPr>
          <w:lang w:val="nl-NL"/>
        </w:rPr>
      </w:pPr>
      <w:proofErr w:type="gramStart"/>
      <w:r w:rsidRPr="000A63D8">
        <w:rPr>
          <w:lang w:val="nl-NL"/>
        </w:rPr>
        <w:t>agenda</w:t>
      </w:r>
      <w:proofErr w:type="gramEnd"/>
      <w:r w:rsidRPr="000A63D8">
        <w:rPr>
          <w:lang w:val="nl-NL"/>
        </w:rPr>
        <w:t xml:space="preserve">; </w:t>
      </w:r>
    </w:p>
    <w:p w14:paraId="11A9F2FF" w14:textId="77777777" w:rsidR="000A63D8" w:rsidRPr="000A63D8" w:rsidRDefault="000A63D8" w:rsidP="00A248D5">
      <w:pPr>
        <w:numPr>
          <w:ilvl w:val="0"/>
          <w:numId w:val="11"/>
        </w:numPr>
        <w:spacing w:after="0"/>
        <w:rPr>
          <w:lang w:val="nl-NL"/>
        </w:rPr>
      </w:pPr>
      <w:proofErr w:type="gramStart"/>
      <w:r w:rsidRPr="000A63D8">
        <w:rPr>
          <w:lang w:val="nl-NL"/>
        </w:rPr>
        <w:t>podcasts</w:t>
      </w:r>
      <w:proofErr w:type="gramEnd"/>
      <w:r w:rsidRPr="000A63D8">
        <w:rPr>
          <w:lang w:val="nl-NL"/>
        </w:rPr>
        <w:t xml:space="preserve">. </w:t>
      </w:r>
    </w:p>
    <w:p w14:paraId="3FDBED5D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Eigenlijk blijft je iPhone "het brein" en is 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alleen het bedieningsscherm.</w:t>
      </w:r>
    </w:p>
    <w:p w14:paraId="732DE29F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Dat heeft een groot voordeel:</w:t>
      </w:r>
    </w:p>
    <w:p w14:paraId="425BE5CC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Als Apple morgen een betere versie van Kaarten of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uitbrengt, heb jij die automatisch ook in je camper.</w:t>
      </w:r>
    </w:p>
    <w:p w14:paraId="39056878" w14:textId="77777777" w:rsidR="000A63D8" w:rsidRPr="000A63D8" w:rsidRDefault="000A63D8" w:rsidP="00E52D8B">
      <w:pPr>
        <w:pStyle w:val="Kop1"/>
        <w:rPr>
          <w:lang w:val="nl-NL"/>
        </w:rPr>
      </w:pPr>
      <w:r w:rsidRPr="000A63D8">
        <w:rPr>
          <w:lang w:val="nl-NL"/>
        </w:rPr>
        <w:t>1.2 Wat zie je als je instapt?</w:t>
      </w:r>
    </w:p>
    <w:p w14:paraId="1F85871B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Wanneer je de camper start, gebeurt ongeveer het volgende:</w:t>
      </w:r>
    </w:p>
    <w:p w14:paraId="609CE389" w14:textId="77777777" w:rsidR="000A63D8" w:rsidRPr="000A63D8" w:rsidRDefault="000A63D8" w:rsidP="00A248D5">
      <w:pPr>
        <w:numPr>
          <w:ilvl w:val="0"/>
          <w:numId w:val="12"/>
        </w:numPr>
        <w:spacing w:after="0"/>
        <w:rPr>
          <w:lang w:val="nl-NL"/>
        </w:rPr>
      </w:pPr>
      <w:r w:rsidRPr="000A63D8">
        <w:rPr>
          <w:lang w:val="nl-NL"/>
        </w:rPr>
        <w:t xml:space="preserve">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start op. </w:t>
      </w:r>
    </w:p>
    <w:p w14:paraId="7DD1D89B" w14:textId="77777777" w:rsidR="000A63D8" w:rsidRPr="000A63D8" w:rsidRDefault="000A63D8" w:rsidP="00A248D5">
      <w:pPr>
        <w:numPr>
          <w:ilvl w:val="0"/>
          <w:numId w:val="12"/>
        </w:numPr>
        <w:spacing w:after="0"/>
        <w:rPr>
          <w:lang w:val="nl-NL"/>
        </w:rPr>
      </w:pPr>
      <w:r w:rsidRPr="000A63D8">
        <w:rPr>
          <w:lang w:val="nl-NL"/>
        </w:rPr>
        <w:t xml:space="preserve">Hij zoekt je iPhone. </w:t>
      </w:r>
    </w:p>
    <w:p w14:paraId="766FAA57" w14:textId="77777777" w:rsidR="000A63D8" w:rsidRPr="000A63D8" w:rsidRDefault="000A63D8" w:rsidP="00A248D5">
      <w:pPr>
        <w:numPr>
          <w:ilvl w:val="0"/>
          <w:numId w:val="12"/>
        </w:numPr>
        <w:spacing w:after="0"/>
        <w:rPr>
          <w:lang w:val="nl-NL"/>
        </w:rPr>
      </w:pPr>
      <w:r w:rsidRPr="000A63D8">
        <w:rPr>
          <w:lang w:val="nl-NL"/>
        </w:rPr>
        <w:t xml:space="preserve">Binnen enkele seconden verschijnt Apple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. </w:t>
      </w:r>
    </w:p>
    <w:p w14:paraId="34E6CB82" w14:textId="77777777" w:rsidR="000A63D8" w:rsidRPr="000A63D8" w:rsidRDefault="000A63D8" w:rsidP="00A248D5">
      <w:pPr>
        <w:numPr>
          <w:ilvl w:val="0"/>
          <w:numId w:val="12"/>
        </w:numPr>
        <w:spacing w:after="0"/>
        <w:rPr>
          <w:lang w:val="nl-NL"/>
        </w:rPr>
      </w:pPr>
      <w:r w:rsidRPr="000A63D8">
        <w:rPr>
          <w:lang w:val="nl-NL"/>
        </w:rPr>
        <w:t xml:space="preserve">Je ziet grote pictogrammen. </w:t>
      </w:r>
    </w:p>
    <w:p w14:paraId="151A1677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Bijvoorbeeld:</w:t>
      </w:r>
    </w:p>
    <w:p w14:paraId="24DC9DB6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📞</w:t>
      </w:r>
      <w:r w:rsidRPr="000A63D8">
        <w:rPr>
          <w:lang w:val="nl-NL"/>
        </w:rPr>
        <w:t xml:space="preserve"> Telefoon</w:t>
      </w:r>
    </w:p>
    <w:p w14:paraId="3E9B17B9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Symbol" w:hAnsi="Segoe UI Symbol" w:cs="Segoe UI Symbol"/>
          <w:lang w:val="nl-NL"/>
        </w:rPr>
        <w:t>🗺</w:t>
      </w:r>
      <w:r w:rsidRPr="000A63D8">
        <w:rPr>
          <w:lang w:val="nl-NL"/>
        </w:rPr>
        <w:t>️ Kaarten</w:t>
      </w:r>
    </w:p>
    <w:p w14:paraId="5EE9EE6B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🎵</w:t>
      </w:r>
      <w:r w:rsidRPr="000A63D8">
        <w:rPr>
          <w:lang w:val="nl-NL"/>
        </w:rPr>
        <w:t xml:space="preserve"> Muziek</w:t>
      </w:r>
    </w:p>
    <w:p w14:paraId="4F6C7362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💬</w:t>
      </w:r>
      <w:r w:rsidRPr="000A63D8">
        <w:rPr>
          <w:lang w:val="nl-NL"/>
        </w:rPr>
        <w:t xml:space="preserve"> Berichten</w:t>
      </w:r>
    </w:p>
    <w:p w14:paraId="0E9361C1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🎧</w:t>
      </w:r>
      <w:r w:rsidRPr="000A63D8">
        <w:rPr>
          <w:lang w:val="nl-NL"/>
        </w:rPr>
        <w:t xml:space="preserve"> Podcasts</w:t>
      </w:r>
    </w:p>
    <w:p w14:paraId="4719D2D9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📅</w:t>
      </w:r>
      <w:r w:rsidRPr="000A63D8">
        <w:rPr>
          <w:lang w:val="nl-NL"/>
        </w:rPr>
        <w:t xml:space="preserve"> Agenda</w:t>
      </w:r>
    </w:p>
    <w:p w14:paraId="44BAAF57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Symbol" w:hAnsi="Segoe UI Symbol" w:cs="Segoe UI Symbol"/>
          <w:lang w:val="nl-NL"/>
        </w:rPr>
        <w:t>⚙</w:t>
      </w:r>
      <w:r w:rsidRPr="000A63D8">
        <w:rPr>
          <w:lang w:val="nl-NL"/>
        </w:rPr>
        <w:t>️ Instellingen</w:t>
      </w:r>
    </w:p>
    <w:p w14:paraId="48E574A5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Meer hoef je de eerste weken eigenlijk niet te weten.</w:t>
      </w:r>
    </w:p>
    <w:p w14:paraId="25B8C831" w14:textId="5C532724" w:rsidR="000A63D8" w:rsidRPr="000A63D8" w:rsidRDefault="000A63D8" w:rsidP="00A248D5">
      <w:pPr>
        <w:spacing w:after="0"/>
        <w:rPr>
          <w:lang w:val="nl-NL"/>
        </w:rPr>
      </w:pPr>
    </w:p>
    <w:p w14:paraId="3CE4C902" w14:textId="77777777" w:rsidR="000A63D8" w:rsidRPr="000A63D8" w:rsidRDefault="000A63D8" w:rsidP="00E52D8B">
      <w:pPr>
        <w:pStyle w:val="Kop1"/>
        <w:rPr>
          <w:lang w:val="nl-NL"/>
        </w:rPr>
      </w:pPr>
      <w:r w:rsidRPr="000A63D8">
        <w:rPr>
          <w:lang w:val="nl-NL"/>
        </w:rPr>
        <w:lastRenderedPageBreak/>
        <w:t>1.3 De gouden regel</w:t>
      </w:r>
    </w:p>
    <w:p w14:paraId="300016F6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Veel beginners denken:</w:t>
      </w:r>
    </w:p>
    <w:p w14:paraId="0E7DAEEA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i/>
          <w:iCs/>
          <w:lang w:val="nl-NL"/>
        </w:rPr>
        <w:t>"Ik moet alles met mijn vingers bedienen."</w:t>
      </w:r>
    </w:p>
    <w:p w14:paraId="06AC0ECB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Dat is niet zo.</w:t>
      </w:r>
    </w:p>
    <w:p w14:paraId="11C035AD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De gouden regel is:</w:t>
      </w:r>
    </w:p>
    <w:p w14:paraId="15D7DC9B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Gebruik je stem zoveel mogelijk.</w:t>
      </w:r>
    </w:p>
    <w:p w14:paraId="1536E6FA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Apple heeft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juist ontworpen zodat je bijna niets hoeft aan te raken.</w:t>
      </w:r>
    </w:p>
    <w:p w14:paraId="7647AEED" w14:textId="7D117EBE" w:rsidR="000A63D8" w:rsidRPr="000A63D8" w:rsidRDefault="000A63D8" w:rsidP="00A248D5">
      <w:pPr>
        <w:spacing w:after="0"/>
        <w:rPr>
          <w:lang w:val="nl-NL"/>
        </w:rPr>
      </w:pPr>
    </w:p>
    <w:p w14:paraId="370EBD73" w14:textId="77777777" w:rsidR="000A63D8" w:rsidRPr="000A63D8" w:rsidRDefault="000A63D8" w:rsidP="00E52D8B">
      <w:pPr>
        <w:pStyle w:val="Kop1"/>
        <w:rPr>
          <w:lang w:val="nl-NL"/>
        </w:rPr>
      </w:pPr>
      <w:r w:rsidRPr="000A63D8">
        <w:rPr>
          <w:lang w:val="nl-NL"/>
        </w:rPr>
        <w:t xml:space="preserve">1.4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is jouw chauffeur</w:t>
      </w:r>
    </w:p>
    <w:p w14:paraId="4B86A84A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Zie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als een vriendelijke passagier.</w:t>
      </w:r>
    </w:p>
    <w:p w14:paraId="07F2EB9D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hoeft alleen maar iets te vragen.</w:t>
      </w:r>
    </w:p>
    <w:p w14:paraId="0D459984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Bijvoorbeeld:</w:t>
      </w:r>
    </w:p>
    <w:p w14:paraId="421F0843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"Navigeer naar huis."</w:t>
      </w:r>
    </w:p>
    <w:p w14:paraId="3B8CCBBB" w14:textId="77777777" w:rsidR="000A63D8" w:rsidRPr="000A63D8" w:rsidRDefault="000A63D8" w:rsidP="00A248D5">
      <w:pPr>
        <w:spacing w:after="0"/>
        <w:rPr>
          <w:lang w:val="nl-NL"/>
        </w:rPr>
      </w:pP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opent automatisch de navigatie.</w:t>
      </w:r>
    </w:p>
    <w:p w14:paraId="23709329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Of:</w:t>
      </w:r>
    </w:p>
    <w:p w14:paraId="30CA57A6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"Bel Janneke."</w:t>
      </w:r>
    </w:p>
    <w:p w14:paraId="5D914748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De telefoon begint te bellen.</w:t>
      </w:r>
    </w:p>
    <w:p w14:paraId="2968760A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Of:</w:t>
      </w:r>
    </w:p>
    <w:p w14:paraId="27853227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"Zoek een Lidl."</w:t>
      </w:r>
    </w:p>
    <w:p w14:paraId="3BE1D7D0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De kaart verschijnt direct.</w:t>
      </w:r>
    </w:p>
    <w:p w14:paraId="622111A4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hoeft dus niet eerst een app te openen.</w:t>
      </w:r>
    </w:p>
    <w:p w14:paraId="29AE9A92" w14:textId="23384A18" w:rsidR="000A63D8" w:rsidRPr="000A63D8" w:rsidRDefault="000A63D8" w:rsidP="00A248D5">
      <w:pPr>
        <w:spacing w:after="0"/>
        <w:rPr>
          <w:lang w:val="nl-NL"/>
        </w:rPr>
      </w:pPr>
    </w:p>
    <w:p w14:paraId="2A6C8C49" w14:textId="77777777" w:rsidR="000A63D8" w:rsidRPr="000A63D8" w:rsidRDefault="000A63D8" w:rsidP="00E52D8B">
      <w:pPr>
        <w:pStyle w:val="Kop1"/>
        <w:rPr>
          <w:lang w:val="nl-NL"/>
        </w:rPr>
      </w:pPr>
      <w:r w:rsidRPr="000A63D8">
        <w:rPr>
          <w:lang w:val="nl-NL"/>
        </w:rPr>
        <w:t>1.5 De vijf functies die je 95% van de tijd gebruikt</w:t>
      </w:r>
    </w:p>
    <w:p w14:paraId="214E9DAB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Na jarenlang gebruik merk ik dat vrijwel iedereen steeds dezelfde vijf functies gebruikt.</w:t>
      </w:r>
    </w:p>
    <w:p w14:paraId="60037818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1. Navigeren</w:t>
      </w:r>
    </w:p>
    <w:p w14:paraId="00231BCC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"Breng me naar..."</w:t>
      </w:r>
    </w:p>
    <w:p w14:paraId="5DEE03E0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Dat zal waarschijnlijk de functie zijn die jij het meest gebruikt tijdens je camperreizen.</w:t>
      </w:r>
    </w:p>
    <w:p w14:paraId="0F178D02" w14:textId="417F32FD" w:rsidR="000A63D8" w:rsidRPr="000A63D8" w:rsidRDefault="000A63D8" w:rsidP="00A248D5">
      <w:pPr>
        <w:spacing w:after="0"/>
        <w:rPr>
          <w:lang w:val="nl-NL"/>
        </w:rPr>
      </w:pPr>
    </w:p>
    <w:p w14:paraId="1589456B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2. Muziek</w:t>
      </w:r>
    </w:p>
    <w:p w14:paraId="4E38DC7B" w14:textId="77777777" w:rsidR="000A63D8" w:rsidRPr="000A63D8" w:rsidRDefault="000A63D8" w:rsidP="00A248D5">
      <w:pPr>
        <w:spacing w:after="0"/>
        <w:rPr>
          <w:lang w:val="nl-NL"/>
        </w:rPr>
      </w:pPr>
      <w:proofErr w:type="spellStart"/>
      <w:r w:rsidRPr="000A63D8">
        <w:rPr>
          <w:lang w:val="nl-NL"/>
        </w:rPr>
        <w:t>Spotify</w:t>
      </w:r>
      <w:proofErr w:type="spellEnd"/>
    </w:p>
    <w:p w14:paraId="766F46E1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Apple Music</w:t>
      </w:r>
    </w:p>
    <w:p w14:paraId="25FF0AAB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DAB+</w:t>
      </w:r>
    </w:p>
    <w:p w14:paraId="44490F5F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Radio</w:t>
      </w:r>
    </w:p>
    <w:p w14:paraId="41DF93C4" w14:textId="47D3FD8F" w:rsidR="000A63D8" w:rsidRPr="000A63D8" w:rsidRDefault="000A63D8" w:rsidP="00A248D5">
      <w:pPr>
        <w:spacing w:after="0"/>
        <w:rPr>
          <w:lang w:val="nl-NL"/>
        </w:rPr>
      </w:pPr>
    </w:p>
    <w:p w14:paraId="3934A164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3. Telefoneren</w:t>
      </w:r>
    </w:p>
    <w:p w14:paraId="33205557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lastRenderedPageBreak/>
        <w:t>Handsfree.</w:t>
      </w:r>
    </w:p>
    <w:p w14:paraId="7A76C68A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Veel veiliger.</w:t>
      </w:r>
    </w:p>
    <w:p w14:paraId="39AB9777" w14:textId="2AB33523" w:rsidR="000A63D8" w:rsidRPr="000A63D8" w:rsidRDefault="000A63D8" w:rsidP="00A248D5">
      <w:pPr>
        <w:spacing w:after="0"/>
        <w:rPr>
          <w:lang w:val="nl-NL"/>
        </w:rPr>
      </w:pPr>
    </w:p>
    <w:p w14:paraId="06DE8979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4. Berichten</w:t>
      </w:r>
    </w:p>
    <w:p w14:paraId="224CA73F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WhatsApp</w:t>
      </w:r>
    </w:p>
    <w:p w14:paraId="71B8EFE1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SMS</w:t>
      </w:r>
    </w:p>
    <w:p w14:paraId="5ED77C54" w14:textId="77777777" w:rsidR="000A63D8" w:rsidRPr="000A63D8" w:rsidRDefault="000A63D8" w:rsidP="00A248D5">
      <w:pPr>
        <w:spacing w:after="0"/>
        <w:rPr>
          <w:lang w:val="nl-NL"/>
        </w:rPr>
      </w:pP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leest alles voor.</w:t>
      </w:r>
    </w:p>
    <w:p w14:paraId="0BC98A72" w14:textId="380A3F8E" w:rsidR="000A63D8" w:rsidRPr="000A63D8" w:rsidRDefault="000A63D8" w:rsidP="00A248D5">
      <w:pPr>
        <w:spacing w:after="0"/>
        <w:rPr>
          <w:lang w:val="nl-NL"/>
        </w:rPr>
      </w:pPr>
    </w:p>
    <w:p w14:paraId="4DD0E86B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5. Zoeken</w:t>
      </w:r>
    </w:p>
    <w:p w14:paraId="627122C4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Dit is misschien wel de meest onderschatte functie.</w:t>
      </w:r>
    </w:p>
    <w:p w14:paraId="294FA780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kunt zeggen:</w:t>
      </w:r>
    </w:p>
    <w:p w14:paraId="6FD99B5C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"Zoek een bakker."</w:t>
      </w:r>
    </w:p>
    <w:p w14:paraId="0A2A0BAA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"Zoek een camping."</w:t>
      </w:r>
    </w:p>
    <w:p w14:paraId="0A0E3A53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"Zoek een apotheek."</w:t>
      </w:r>
    </w:p>
    <w:p w14:paraId="5EE03327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"Zoek een ziekenhuis."</w:t>
      </w:r>
    </w:p>
    <w:p w14:paraId="5A17576D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"Zoek een camperplaats."</w:t>
      </w:r>
    </w:p>
    <w:p w14:paraId="4C81DEE4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Dat is ideaal wanneer je onderweg bent.</w:t>
      </w:r>
    </w:p>
    <w:p w14:paraId="2D50B90E" w14:textId="7C34FB21" w:rsidR="000A63D8" w:rsidRPr="000A63D8" w:rsidRDefault="000A63D8" w:rsidP="00A248D5">
      <w:pPr>
        <w:spacing w:after="0"/>
        <w:rPr>
          <w:lang w:val="nl-NL"/>
        </w:rPr>
      </w:pPr>
    </w:p>
    <w:p w14:paraId="0CD81AF7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1.6 Wat moet je vooral niet doen?</w:t>
      </w:r>
    </w:p>
    <w:p w14:paraId="598F3724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❌</w:t>
      </w:r>
      <w:r w:rsidRPr="000A63D8">
        <w:rPr>
          <w:lang w:val="nl-NL"/>
        </w:rPr>
        <w:t xml:space="preserve"> Tijdens het rijden typen.</w:t>
      </w:r>
    </w:p>
    <w:p w14:paraId="66434FDE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❌</w:t>
      </w:r>
      <w:r w:rsidRPr="000A63D8">
        <w:rPr>
          <w:lang w:val="nl-NL"/>
        </w:rPr>
        <w:t xml:space="preserve"> Tijdens het rijden door menu's bladeren.</w:t>
      </w:r>
    </w:p>
    <w:p w14:paraId="3F5BF827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❌</w:t>
      </w:r>
      <w:r w:rsidRPr="000A63D8">
        <w:rPr>
          <w:lang w:val="nl-NL"/>
        </w:rPr>
        <w:t xml:space="preserve"> Tijdens het rijden instellingen veranderen.</w:t>
      </w:r>
    </w:p>
    <w:p w14:paraId="464BB75A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Doe dat altijd voordat je vertrekt of wanneer je stilstaat.</w:t>
      </w:r>
    </w:p>
    <w:p w14:paraId="61C5C099" w14:textId="17932B4F" w:rsidR="000A63D8" w:rsidRPr="000A63D8" w:rsidRDefault="000A63D8" w:rsidP="00A248D5">
      <w:pPr>
        <w:spacing w:after="0"/>
        <w:rPr>
          <w:lang w:val="nl-NL"/>
        </w:rPr>
      </w:pPr>
    </w:p>
    <w:p w14:paraId="7A7AA3AA" w14:textId="77777777" w:rsidR="000A63D8" w:rsidRPr="000A63D8" w:rsidRDefault="000A63D8" w:rsidP="00E52D8B">
      <w:pPr>
        <w:pStyle w:val="Kop1"/>
        <w:rPr>
          <w:lang w:val="nl-NL"/>
        </w:rPr>
      </w:pPr>
      <w:r w:rsidRPr="000A63D8">
        <w:rPr>
          <w:lang w:val="nl-NL"/>
        </w:rPr>
        <w:t>1.7 De drie knoppen die je moet kennen</w:t>
      </w:r>
    </w:p>
    <w:p w14:paraId="4DE5BB26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Voor nu hoef je eigenlijk maar drie onderdelen van het scherm te onthouden:</w:t>
      </w:r>
    </w:p>
    <w:p w14:paraId="01498D88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proofErr w:type="gramStart"/>
      <w:r w:rsidRPr="000A63D8">
        <w:rPr>
          <w:b/>
          <w:bCs/>
          <w:lang w:val="nl-NL"/>
        </w:rPr>
        <w:t>①</w:t>
      </w:r>
      <w:proofErr w:type="gramEnd"/>
      <w:r w:rsidRPr="000A63D8">
        <w:rPr>
          <w:b/>
          <w:bCs/>
          <w:lang w:val="nl-NL"/>
        </w:rPr>
        <w:t xml:space="preserve"> Home</w:t>
      </w:r>
    </w:p>
    <w:p w14:paraId="7DC73D05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Hiermee ga je altijd terug naar het beginscherm.</w:t>
      </w:r>
    </w:p>
    <w:p w14:paraId="5F7CE5DF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Denk eraan als de "thuisknop" van je systeem.</w:t>
      </w:r>
    </w:p>
    <w:p w14:paraId="558B8788" w14:textId="03F1352B" w:rsidR="000A63D8" w:rsidRPr="000A63D8" w:rsidRDefault="000A63D8" w:rsidP="00A248D5">
      <w:pPr>
        <w:spacing w:after="0"/>
        <w:rPr>
          <w:lang w:val="nl-NL"/>
        </w:rPr>
      </w:pPr>
    </w:p>
    <w:p w14:paraId="64DB5F58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proofErr w:type="gramStart"/>
      <w:r w:rsidRPr="000A63D8">
        <w:rPr>
          <w:b/>
          <w:bCs/>
          <w:lang w:val="nl-NL"/>
        </w:rPr>
        <w:t>②</w:t>
      </w:r>
      <w:proofErr w:type="gramEnd"/>
      <w:r w:rsidRPr="000A63D8">
        <w:rPr>
          <w:b/>
          <w:bCs/>
          <w:lang w:val="nl-NL"/>
        </w:rPr>
        <w:t xml:space="preserve"> Kaarten</w:t>
      </w:r>
    </w:p>
    <w:p w14:paraId="4EE5A53C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Hiermee start je de navigatie.</w:t>
      </w:r>
    </w:p>
    <w:p w14:paraId="5B00C8B6" w14:textId="57916054" w:rsidR="000A63D8" w:rsidRPr="000A63D8" w:rsidRDefault="000A63D8" w:rsidP="00A248D5">
      <w:pPr>
        <w:spacing w:after="0"/>
        <w:rPr>
          <w:lang w:val="nl-NL"/>
        </w:rPr>
      </w:pPr>
    </w:p>
    <w:p w14:paraId="4820C6C2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proofErr w:type="gramStart"/>
      <w:r w:rsidRPr="000A63D8">
        <w:rPr>
          <w:b/>
          <w:bCs/>
          <w:lang w:val="nl-NL"/>
        </w:rPr>
        <w:t>③</w:t>
      </w:r>
      <w:proofErr w:type="gramEnd"/>
      <w:r w:rsidRPr="000A63D8">
        <w:rPr>
          <w:b/>
          <w:bCs/>
          <w:lang w:val="nl-NL"/>
        </w:rPr>
        <w:t xml:space="preserve"> Telefoon</w:t>
      </w:r>
    </w:p>
    <w:p w14:paraId="2C75D5BF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Hiermee bel je iemand of bekijk je recente gesprekken.</w:t>
      </w:r>
    </w:p>
    <w:p w14:paraId="3F95CEFD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Dat zijn de drie onderdelen die je de eerste dagen het vaakst zult gebruiken.</w:t>
      </w:r>
    </w:p>
    <w:p w14:paraId="71328823" w14:textId="7F2948B5" w:rsidR="000A63D8" w:rsidRPr="000A63D8" w:rsidRDefault="000A63D8" w:rsidP="00A248D5">
      <w:pPr>
        <w:spacing w:after="0"/>
        <w:rPr>
          <w:lang w:val="nl-NL"/>
        </w:rPr>
      </w:pPr>
    </w:p>
    <w:p w14:paraId="3A9DAAD0" w14:textId="77777777" w:rsidR="000A63D8" w:rsidRPr="000A63D8" w:rsidRDefault="000A63D8" w:rsidP="00E52D8B">
      <w:pPr>
        <w:pStyle w:val="Kop1"/>
        <w:rPr>
          <w:lang w:val="nl-NL"/>
        </w:rPr>
      </w:pPr>
      <w:r w:rsidRPr="000A63D8">
        <w:rPr>
          <w:lang w:val="nl-NL"/>
        </w:rPr>
        <w:lastRenderedPageBreak/>
        <w:t>1.8 De eerste oefening</w:t>
      </w:r>
    </w:p>
    <w:p w14:paraId="4DAED064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Ga in de camper zitten terwijl deze </w:t>
      </w:r>
      <w:r w:rsidRPr="000A63D8">
        <w:rPr>
          <w:b/>
          <w:bCs/>
          <w:lang w:val="nl-NL"/>
        </w:rPr>
        <w:t>stilstaat</w:t>
      </w:r>
      <w:r w:rsidRPr="000A63D8">
        <w:rPr>
          <w:lang w:val="nl-NL"/>
        </w:rPr>
        <w:t>.</w:t>
      </w:r>
    </w:p>
    <w:p w14:paraId="467D7C92" w14:textId="77777777" w:rsidR="000A63D8" w:rsidRPr="000A63D8" w:rsidRDefault="000A63D8" w:rsidP="00A248D5">
      <w:pPr>
        <w:numPr>
          <w:ilvl w:val="0"/>
          <w:numId w:val="13"/>
        </w:numPr>
        <w:spacing w:after="0"/>
        <w:rPr>
          <w:lang w:val="nl-NL"/>
        </w:rPr>
      </w:pPr>
      <w:r w:rsidRPr="000A63D8">
        <w:rPr>
          <w:lang w:val="nl-NL"/>
        </w:rPr>
        <w:t xml:space="preserve">Start 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. </w:t>
      </w:r>
    </w:p>
    <w:p w14:paraId="5720CAA0" w14:textId="77777777" w:rsidR="000A63D8" w:rsidRPr="000A63D8" w:rsidRDefault="000A63D8" w:rsidP="00A248D5">
      <w:pPr>
        <w:numPr>
          <w:ilvl w:val="0"/>
          <w:numId w:val="13"/>
        </w:numPr>
        <w:spacing w:after="0"/>
        <w:rPr>
          <w:lang w:val="nl-NL"/>
        </w:rPr>
      </w:pPr>
      <w:r w:rsidRPr="000A63D8">
        <w:rPr>
          <w:lang w:val="nl-NL"/>
        </w:rPr>
        <w:t xml:space="preserve">Verbind je iPhone. </w:t>
      </w:r>
    </w:p>
    <w:p w14:paraId="200A30F2" w14:textId="77777777" w:rsidR="000A63D8" w:rsidRPr="000A63D8" w:rsidRDefault="000A63D8" w:rsidP="00A248D5">
      <w:pPr>
        <w:numPr>
          <w:ilvl w:val="0"/>
          <w:numId w:val="13"/>
        </w:numPr>
        <w:spacing w:after="0"/>
        <w:rPr>
          <w:lang w:val="nl-NL"/>
        </w:rPr>
      </w:pPr>
      <w:r w:rsidRPr="000A63D8">
        <w:rPr>
          <w:lang w:val="nl-NL"/>
        </w:rPr>
        <w:t xml:space="preserve">Wacht tot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verschijnt. </w:t>
      </w:r>
    </w:p>
    <w:p w14:paraId="42047F11" w14:textId="77777777" w:rsidR="000A63D8" w:rsidRPr="000A63D8" w:rsidRDefault="000A63D8" w:rsidP="00A248D5">
      <w:pPr>
        <w:numPr>
          <w:ilvl w:val="0"/>
          <w:numId w:val="13"/>
        </w:numPr>
        <w:spacing w:after="0"/>
        <w:rPr>
          <w:lang w:val="nl-NL"/>
        </w:rPr>
      </w:pPr>
      <w:r w:rsidRPr="000A63D8">
        <w:rPr>
          <w:lang w:val="nl-NL"/>
        </w:rPr>
        <w:t xml:space="preserve">Open </w:t>
      </w:r>
      <w:r w:rsidRPr="000A63D8">
        <w:rPr>
          <w:b/>
          <w:bCs/>
          <w:lang w:val="nl-NL"/>
        </w:rPr>
        <w:t>Kaarten</w:t>
      </w:r>
      <w:r w:rsidRPr="000A63D8">
        <w:rPr>
          <w:lang w:val="nl-NL"/>
        </w:rPr>
        <w:t xml:space="preserve">. </w:t>
      </w:r>
    </w:p>
    <w:p w14:paraId="418B9022" w14:textId="77777777" w:rsidR="000A63D8" w:rsidRPr="000A63D8" w:rsidRDefault="000A63D8" w:rsidP="00A248D5">
      <w:pPr>
        <w:numPr>
          <w:ilvl w:val="0"/>
          <w:numId w:val="13"/>
        </w:numPr>
        <w:spacing w:after="0"/>
        <w:rPr>
          <w:lang w:val="nl-NL"/>
        </w:rPr>
      </w:pPr>
      <w:r w:rsidRPr="000A63D8">
        <w:rPr>
          <w:lang w:val="nl-NL"/>
        </w:rPr>
        <w:t xml:space="preserve">Ga terug naar het beginscherm. </w:t>
      </w:r>
    </w:p>
    <w:p w14:paraId="222543D7" w14:textId="77777777" w:rsidR="000A63D8" w:rsidRPr="000A63D8" w:rsidRDefault="000A63D8" w:rsidP="00A248D5">
      <w:pPr>
        <w:numPr>
          <w:ilvl w:val="0"/>
          <w:numId w:val="13"/>
        </w:numPr>
        <w:spacing w:after="0"/>
        <w:rPr>
          <w:lang w:val="nl-NL"/>
        </w:rPr>
      </w:pPr>
      <w:r w:rsidRPr="000A63D8">
        <w:rPr>
          <w:lang w:val="nl-NL"/>
        </w:rPr>
        <w:t xml:space="preserve">Open </w:t>
      </w:r>
      <w:r w:rsidRPr="000A63D8">
        <w:rPr>
          <w:b/>
          <w:bCs/>
          <w:lang w:val="nl-NL"/>
        </w:rPr>
        <w:t>Telefoon</w:t>
      </w:r>
      <w:r w:rsidRPr="000A63D8">
        <w:rPr>
          <w:lang w:val="nl-NL"/>
        </w:rPr>
        <w:t xml:space="preserve">. </w:t>
      </w:r>
    </w:p>
    <w:p w14:paraId="0AA860A2" w14:textId="77777777" w:rsidR="000A63D8" w:rsidRPr="000A63D8" w:rsidRDefault="000A63D8" w:rsidP="00A248D5">
      <w:pPr>
        <w:numPr>
          <w:ilvl w:val="0"/>
          <w:numId w:val="13"/>
        </w:numPr>
        <w:spacing w:after="0"/>
        <w:rPr>
          <w:lang w:val="nl-NL"/>
        </w:rPr>
      </w:pPr>
      <w:r w:rsidRPr="000A63D8">
        <w:rPr>
          <w:lang w:val="nl-NL"/>
        </w:rPr>
        <w:t xml:space="preserve">Ga weer terug. </w:t>
      </w:r>
    </w:p>
    <w:p w14:paraId="788FCBF0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hoeft verder nog niets te doen.</w:t>
      </w:r>
    </w:p>
    <w:p w14:paraId="3F8FB305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Het doel is alleen dat je vertrouwd raakt met de bediening.</w:t>
      </w:r>
    </w:p>
    <w:p w14:paraId="06D391F9" w14:textId="6DD751EB" w:rsidR="000A63D8" w:rsidRPr="000A63D8" w:rsidRDefault="000A63D8" w:rsidP="00A248D5">
      <w:pPr>
        <w:spacing w:after="0"/>
        <w:rPr>
          <w:lang w:val="nl-NL"/>
        </w:rPr>
      </w:pPr>
    </w:p>
    <w:p w14:paraId="5F8F62ED" w14:textId="70950D7D" w:rsidR="00CC2383" w:rsidRDefault="00CC2383" w:rsidP="00A248D5">
      <w:pPr>
        <w:spacing w:after="0"/>
      </w:pPr>
    </w:p>
    <w:p w14:paraId="31F0D633" w14:textId="77777777" w:rsidR="00E52D8B" w:rsidRDefault="00E52D8B">
      <w:pPr>
        <w:rPr>
          <w:rFonts w:ascii="Kozuka Gothic Pro H" w:eastAsiaTheme="majorEastAsia" w:hAnsi="Kozuka Gothic Pro H" w:cstheme="majorBidi"/>
          <w:color w:val="00B050"/>
          <w:spacing w:val="5"/>
          <w:kern w:val="28"/>
          <w:sz w:val="52"/>
          <w:szCs w:val="52"/>
          <w:lang w:val="nl-NL"/>
        </w:rPr>
      </w:pPr>
      <w:r>
        <w:br w:type="page"/>
      </w:r>
    </w:p>
    <w:p w14:paraId="505FB6CC" w14:textId="4F87DDBC" w:rsidR="000A63D8" w:rsidRPr="000A63D8" w:rsidRDefault="000A63D8" w:rsidP="00E52D8B">
      <w:pPr>
        <w:pStyle w:val="Titel"/>
      </w:pPr>
      <w:r w:rsidRPr="000A63D8">
        <w:lastRenderedPageBreak/>
        <w:t>2 – De SPH-DA77DAB leren kennen</w:t>
      </w:r>
    </w:p>
    <w:p w14:paraId="47C8C2F7" w14:textId="1B9E6B9D" w:rsidR="000A63D8" w:rsidRPr="000A63D8" w:rsidRDefault="000A63D8" w:rsidP="00E52D8B">
      <w:pPr>
        <w:pStyle w:val="Kop1"/>
        <w:rPr>
          <w:lang w:val="nl-NL"/>
        </w:rPr>
      </w:pPr>
      <w:r w:rsidRPr="000A63D8">
        <w:rPr>
          <w:lang w:val="nl-NL"/>
        </w:rPr>
        <w:t xml:space="preserve">2.1 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is een computer</w:t>
      </w:r>
    </w:p>
    <w:p w14:paraId="7BEC5026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Veel mensen noemen het een "autoradio".</w:t>
      </w:r>
    </w:p>
    <w:p w14:paraId="33CBBA84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Dat klopt eigenlijk niet meer.</w:t>
      </w:r>
    </w:p>
    <w:p w14:paraId="29BF2568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De SPH-DA77DAB is een kleine computer met:</w:t>
      </w:r>
    </w:p>
    <w:p w14:paraId="250ADD40" w14:textId="77777777" w:rsidR="000A63D8" w:rsidRPr="000A63D8" w:rsidRDefault="000A63D8" w:rsidP="00A248D5">
      <w:pPr>
        <w:numPr>
          <w:ilvl w:val="0"/>
          <w:numId w:val="15"/>
        </w:numPr>
        <w:spacing w:after="0"/>
        <w:rPr>
          <w:lang w:val="nl-NL"/>
        </w:rPr>
      </w:pPr>
      <w:proofErr w:type="gramStart"/>
      <w:r w:rsidRPr="000A63D8">
        <w:rPr>
          <w:lang w:val="nl-NL"/>
        </w:rPr>
        <w:t>radio</w:t>
      </w:r>
      <w:proofErr w:type="gramEnd"/>
      <w:r w:rsidRPr="000A63D8">
        <w:rPr>
          <w:lang w:val="nl-NL"/>
        </w:rPr>
        <w:t xml:space="preserve"> (FM/DAB+)</w:t>
      </w:r>
    </w:p>
    <w:p w14:paraId="2CD6AB41" w14:textId="77777777" w:rsidR="000A63D8" w:rsidRPr="000A63D8" w:rsidRDefault="000A63D8" w:rsidP="00A248D5">
      <w:pPr>
        <w:numPr>
          <w:ilvl w:val="0"/>
          <w:numId w:val="15"/>
        </w:numPr>
        <w:spacing w:after="0"/>
        <w:rPr>
          <w:lang w:val="nl-NL"/>
        </w:rPr>
      </w:pPr>
      <w:r w:rsidRPr="000A63D8">
        <w:rPr>
          <w:lang w:val="nl-NL"/>
        </w:rPr>
        <w:t>Bluetooth</w:t>
      </w:r>
    </w:p>
    <w:p w14:paraId="4274AFA2" w14:textId="77777777" w:rsidR="000A63D8" w:rsidRPr="000A63D8" w:rsidRDefault="000A63D8" w:rsidP="00A248D5">
      <w:pPr>
        <w:numPr>
          <w:ilvl w:val="0"/>
          <w:numId w:val="15"/>
        </w:numPr>
        <w:spacing w:after="0"/>
        <w:rPr>
          <w:lang w:val="nl-NL"/>
        </w:rPr>
      </w:pPr>
      <w:r w:rsidRPr="000A63D8">
        <w:rPr>
          <w:lang w:val="nl-NL"/>
        </w:rPr>
        <w:t>Wi-Fi</w:t>
      </w:r>
    </w:p>
    <w:p w14:paraId="1182BD96" w14:textId="77777777" w:rsidR="000A63D8" w:rsidRPr="000A63D8" w:rsidRDefault="000A63D8" w:rsidP="00A248D5">
      <w:pPr>
        <w:numPr>
          <w:ilvl w:val="0"/>
          <w:numId w:val="15"/>
        </w:numPr>
        <w:spacing w:after="0"/>
        <w:rPr>
          <w:lang w:val="nl-NL"/>
        </w:rPr>
      </w:pPr>
      <w:r w:rsidRPr="000A63D8">
        <w:rPr>
          <w:lang w:val="nl-NL"/>
        </w:rPr>
        <w:t xml:space="preserve">Apple </w:t>
      </w:r>
      <w:proofErr w:type="spellStart"/>
      <w:r w:rsidRPr="000A63D8">
        <w:rPr>
          <w:lang w:val="nl-NL"/>
        </w:rPr>
        <w:t>CarPlay</w:t>
      </w:r>
      <w:proofErr w:type="spellEnd"/>
    </w:p>
    <w:p w14:paraId="5FAFCDE6" w14:textId="77777777" w:rsidR="000A63D8" w:rsidRPr="000A63D8" w:rsidRDefault="000A63D8" w:rsidP="00A248D5">
      <w:pPr>
        <w:numPr>
          <w:ilvl w:val="0"/>
          <w:numId w:val="15"/>
        </w:numPr>
        <w:spacing w:after="0"/>
        <w:rPr>
          <w:lang w:val="nl-NL"/>
        </w:rPr>
      </w:pPr>
      <w:r w:rsidRPr="000A63D8">
        <w:rPr>
          <w:lang w:val="nl-NL"/>
        </w:rPr>
        <w:t>Android Auto</w:t>
      </w:r>
    </w:p>
    <w:p w14:paraId="767AE969" w14:textId="77777777" w:rsidR="000A63D8" w:rsidRPr="000A63D8" w:rsidRDefault="000A63D8" w:rsidP="00A248D5">
      <w:pPr>
        <w:numPr>
          <w:ilvl w:val="0"/>
          <w:numId w:val="15"/>
        </w:numPr>
        <w:spacing w:after="0"/>
        <w:rPr>
          <w:lang w:val="nl-NL"/>
        </w:rPr>
      </w:pPr>
      <w:r w:rsidRPr="000A63D8">
        <w:rPr>
          <w:lang w:val="nl-NL"/>
        </w:rPr>
        <w:t>USB</w:t>
      </w:r>
    </w:p>
    <w:p w14:paraId="645960D2" w14:textId="77777777" w:rsidR="000A63D8" w:rsidRPr="000A63D8" w:rsidRDefault="000A63D8" w:rsidP="00A248D5">
      <w:pPr>
        <w:numPr>
          <w:ilvl w:val="0"/>
          <w:numId w:val="15"/>
        </w:numPr>
        <w:spacing w:after="0"/>
        <w:rPr>
          <w:lang w:val="nl-NL"/>
        </w:rPr>
      </w:pPr>
      <w:proofErr w:type="gramStart"/>
      <w:r w:rsidRPr="000A63D8">
        <w:rPr>
          <w:lang w:val="nl-NL"/>
        </w:rPr>
        <w:t>camera</w:t>
      </w:r>
      <w:proofErr w:type="gramEnd"/>
      <w:r w:rsidRPr="000A63D8">
        <w:rPr>
          <w:lang w:val="nl-NL"/>
        </w:rPr>
        <w:t>-aansluiting</w:t>
      </w:r>
    </w:p>
    <w:p w14:paraId="53E445E9" w14:textId="77777777" w:rsidR="000A63D8" w:rsidRPr="000A63D8" w:rsidRDefault="000A63D8" w:rsidP="00A248D5">
      <w:pPr>
        <w:numPr>
          <w:ilvl w:val="0"/>
          <w:numId w:val="15"/>
        </w:numPr>
        <w:spacing w:after="0"/>
        <w:rPr>
          <w:lang w:val="nl-NL"/>
        </w:rPr>
      </w:pPr>
      <w:proofErr w:type="gramStart"/>
      <w:r w:rsidRPr="000A63D8">
        <w:rPr>
          <w:lang w:val="nl-NL"/>
        </w:rPr>
        <w:t>microfoon</w:t>
      </w:r>
      <w:proofErr w:type="gramEnd"/>
    </w:p>
    <w:p w14:paraId="775ACB84" w14:textId="77777777" w:rsidR="000A63D8" w:rsidRPr="000A63D8" w:rsidRDefault="000A63D8" w:rsidP="00A248D5">
      <w:pPr>
        <w:numPr>
          <w:ilvl w:val="0"/>
          <w:numId w:val="15"/>
        </w:numPr>
        <w:spacing w:after="0"/>
        <w:rPr>
          <w:lang w:val="nl-NL"/>
        </w:rPr>
      </w:pPr>
      <w:proofErr w:type="gramStart"/>
      <w:r w:rsidRPr="000A63D8">
        <w:rPr>
          <w:lang w:val="nl-NL"/>
        </w:rPr>
        <w:t>geluidsversterker</w:t>
      </w:r>
      <w:proofErr w:type="gramEnd"/>
    </w:p>
    <w:p w14:paraId="713E78EB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Zie hem als een iPad die speciaal is gemaakt voor in de camper.</w:t>
      </w:r>
    </w:p>
    <w:p w14:paraId="2012892B" w14:textId="77777777" w:rsidR="000A63D8" w:rsidRPr="000A63D8" w:rsidRDefault="000A63D8" w:rsidP="00D97FB6">
      <w:pPr>
        <w:pStyle w:val="Kop1"/>
        <w:rPr>
          <w:lang w:val="nl-NL"/>
        </w:rPr>
      </w:pPr>
      <w:r w:rsidRPr="000A63D8">
        <w:rPr>
          <w:lang w:val="nl-NL"/>
        </w:rPr>
        <w:t>2.5 De Home-knop</w:t>
      </w:r>
    </w:p>
    <w:p w14:paraId="0224EB26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Dit is waarschijnlijk de knop die je het vaakst gebruikt.</w:t>
      </w:r>
    </w:p>
    <w:p w14:paraId="5D5DD0F1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Wanneer je ergens "verdwaald" bent in een menu:</w:t>
      </w:r>
    </w:p>
    <w:p w14:paraId="4285BBA5" w14:textId="46F7345C" w:rsidR="000A63D8" w:rsidRPr="000A63D8" w:rsidRDefault="000A63D8" w:rsidP="00A248D5">
      <w:pPr>
        <w:spacing w:after="0"/>
        <w:rPr>
          <w:lang w:val="nl-NL"/>
        </w:rPr>
      </w:pPr>
      <w:proofErr w:type="gramStart"/>
      <w:r w:rsidRPr="000A63D8">
        <w:rPr>
          <w:lang w:val="nl-NL"/>
        </w:rPr>
        <w:t>druk</w:t>
      </w:r>
      <w:proofErr w:type="gramEnd"/>
      <w:r w:rsidRPr="000A63D8">
        <w:rPr>
          <w:lang w:val="nl-NL"/>
        </w:rPr>
        <w:t xml:space="preserve"> op</w:t>
      </w:r>
      <w:r w:rsidR="00D97FB6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🏠</w:t>
      </w:r>
      <w:r w:rsidRPr="000A63D8">
        <w:rPr>
          <w:lang w:val="nl-NL"/>
        </w:rPr>
        <w:t xml:space="preserve"> Home</w:t>
      </w:r>
      <w:r w:rsidR="00D97FB6">
        <w:rPr>
          <w:lang w:val="nl-NL"/>
        </w:rPr>
        <w:t xml:space="preserve"> </w:t>
      </w:r>
      <w:r w:rsidR="00D97FB6" w:rsidRPr="00D97FB6">
        <w:rPr>
          <w:lang w:val="nl-NL"/>
        </w:rPr>
        <w:sym w:font="Wingdings" w:char="F0E0"/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Je bent meteen weer terug.</w:t>
      </w:r>
    </w:p>
    <w:p w14:paraId="04CFBAF7" w14:textId="77777777" w:rsidR="000A63D8" w:rsidRPr="000A63D8" w:rsidRDefault="000A63D8" w:rsidP="00D97FB6">
      <w:pPr>
        <w:pStyle w:val="Kop1"/>
        <w:rPr>
          <w:lang w:val="nl-NL"/>
        </w:rPr>
      </w:pPr>
      <w:r w:rsidRPr="000A63D8">
        <w:rPr>
          <w:lang w:val="nl-NL"/>
        </w:rPr>
        <w:t>2.6 Volume</w:t>
      </w:r>
    </w:p>
    <w:p w14:paraId="0F862744" w14:textId="68D6665D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Methode 1</w:t>
      </w:r>
      <w:r w:rsidR="00D97FB6">
        <w:rPr>
          <w:b/>
          <w:bCs/>
          <w:lang w:val="nl-NL"/>
        </w:rPr>
        <w:t xml:space="preserve"> </w:t>
      </w:r>
      <w:r w:rsidR="00D97FB6" w:rsidRPr="00D97FB6">
        <w:rPr>
          <w:b/>
          <w:bCs/>
          <w:lang w:val="nl-NL"/>
        </w:rPr>
        <w:sym w:font="Wingdings" w:char="F0E0"/>
      </w:r>
      <w:r w:rsidR="00D97FB6">
        <w:rPr>
          <w:b/>
          <w:bCs/>
          <w:lang w:val="nl-NL"/>
        </w:rPr>
        <w:t xml:space="preserve"> </w:t>
      </w:r>
      <w:r w:rsidRPr="000A63D8">
        <w:rPr>
          <w:lang w:val="nl-NL"/>
        </w:rPr>
        <w:t xml:space="preserve">Met de volumeknop van 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>.</w:t>
      </w:r>
    </w:p>
    <w:p w14:paraId="54D3BAC6" w14:textId="45974A6D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Methode 2</w:t>
      </w:r>
      <w:r w:rsidR="00D97FB6">
        <w:rPr>
          <w:b/>
          <w:bCs/>
          <w:lang w:val="nl-NL"/>
        </w:rPr>
        <w:t xml:space="preserve"> </w:t>
      </w:r>
      <w:r w:rsidR="00D97FB6" w:rsidRPr="00D97FB6">
        <w:rPr>
          <w:b/>
          <w:bCs/>
          <w:lang w:val="nl-NL"/>
        </w:rPr>
        <w:sym w:font="Wingdings" w:char="F0E0"/>
      </w:r>
      <w:r w:rsidR="00D97FB6">
        <w:rPr>
          <w:b/>
          <w:bCs/>
          <w:lang w:val="nl-NL"/>
        </w:rPr>
        <w:t xml:space="preserve"> </w:t>
      </w:r>
      <w:r w:rsidRPr="000A63D8">
        <w:rPr>
          <w:lang w:val="nl-NL"/>
        </w:rPr>
        <w:t>Met de knoppen op het stuur (als die zijn aangesloten).</w:t>
      </w:r>
    </w:p>
    <w:p w14:paraId="758C332D" w14:textId="116133E9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Methode 3</w:t>
      </w:r>
      <w:r w:rsidR="00D97FB6">
        <w:rPr>
          <w:b/>
          <w:bCs/>
          <w:lang w:val="nl-NL"/>
        </w:rPr>
        <w:t xml:space="preserve"> </w:t>
      </w:r>
      <w:r w:rsidR="00D97FB6" w:rsidRPr="00D97FB6">
        <w:rPr>
          <w:b/>
          <w:bCs/>
          <w:lang w:val="nl-NL"/>
        </w:rPr>
        <w:sym w:font="Wingdings" w:char="F0E0"/>
      </w:r>
      <w:r w:rsidR="00D97FB6">
        <w:rPr>
          <w:b/>
          <w:bCs/>
          <w:lang w:val="nl-NL"/>
        </w:rPr>
        <w:t xml:space="preserve"> </w:t>
      </w:r>
      <w:r w:rsidRPr="000A63D8">
        <w:rPr>
          <w:lang w:val="nl-NL"/>
        </w:rPr>
        <w:t xml:space="preserve">Via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>.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Bijvoorbeeld: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"Zet het volume iets harder."</w:t>
      </w:r>
    </w:p>
    <w:p w14:paraId="1E943EE2" w14:textId="59112CFD" w:rsidR="000A63D8" w:rsidRPr="000A63D8" w:rsidRDefault="000A63D8" w:rsidP="00A248D5">
      <w:pPr>
        <w:spacing w:after="0"/>
        <w:rPr>
          <w:lang w:val="nl-NL"/>
        </w:rPr>
      </w:pPr>
    </w:p>
    <w:p w14:paraId="383D2F8E" w14:textId="77777777" w:rsidR="000A63D8" w:rsidRPr="000A63D8" w:rsidRDefault="000A63D8" w:rsidP="00D97FB6">
      <w:pPr>
        <w:pStyle w:val="Kop1"/>
        <w:rPr>
          <w:lang w:val="nl-NL"/>
        </w:rPr>
      </w:pPr>
      <w:r w:rsidRPr="000A63D8">
        <w:rPr>
          <w:lang w:val="nl-NL"/>
        </w:rPr>
        <w:t>2.7 De bronnen (Sources)</w:t>
      </w:r>
    </w:p>
    <w:p w14:paraId="1E56310E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kent verschillende geluidsbronnen.</w:t>
      </w:r>
    </w:p>
    <w:p w14:paraId="22D1EFF1" w14:textId="3EB268BF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Bijvoorbeeld:</w:t>
      </w:r>
      <w:r w:rsidR="00D97FB6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📻</w:t>
      </w:r>
      <w:r w:rsidRPr="000A63D8">
        <w:rPr>
          <w:lang w:val="nl-NL"/>
        </w:rPr>
        <w:t xml:space="preserve"> DAB+</w:t>
      </w:r>
      <w:r w:rsidR="00D97FB6">
        <w:rPr>
          <w:lang w:val="nl-NL"/>
        </w:rPr>
        <w:t xml:space="preserve"> | </w:t>
      </w:r>
      <w:r w:rsidRPr="000A63D8">
        <w:rPr>
          <w:rFonts w:ascii="Segoe UI Emoji" w:hAnsi="Segoe UI Emoji" w:cs="Segoe UI Emoji"/>
          <w:lang w:val="nl-NL"/>
        </w:rPr>
        <w:t>📻</w:t>
      </w:r>
      <w:r w:rsidRPr="000A63D8">
        <w:rPr>
          <w:lang w:val="nl-NL"/>
        </w:rPr>
        <w:t xml:space="preserve"> FM</w:t>
      </w:r>
      <w:r w:rsidR="00D97FB6">
        <w:rPr>
          <w:lang w:val="nl-NL"/>
        </w:rPr>
        <w:t xml:space="preserve"> | </w:t>
      </w:r>
      <w:r w:rsidRPr="000A63D8">
        <w:rPr>
          <w:rFonts w:ascii="Segoe UI Emoji" w:hAnsi="Segoe UI Emoji" w:cs="Segoe UI Emoji"/>
          <w:lang w:val="nl-NL"/>
        </w:rPr>
        <w:t>📱</w:t>
      </w:r>
      <w:r w:rsidRPr="000A63D8">
        <w:rPr>
          <w:lang w:val="nl-NL"/>
        </w:rPr>
        <w:t xml:space="preserve"> Apple </w:t>
      </w:r>
      <w:proofErr w:type="spellStart"/>
      <w:r w:rsidRPr="000A63D8">
        <w:rPr>
          <w:lang w:val="nl-NL"/>
        </w:rPr>
        <w:t>CarPlay</w:t>
      </w:r>
      <w:proofErr w:type="spellEnd"/>
      <w:r w:rsidR="00D97FB6">
        <w:rPr>
          <w:lang w:val="nl-NL"/>
        </w:rPr>
        <w:t xml:space="preserve"> | </w:t>
      </w:r>
      <w:r w:rsidRPr="000A63D8">
        <w:rPr>
          <w:rFonts w:ascii="Segoe UI Emoji" w:hAnsi="Segoe UI Emoji" w:cs="Segoe UI Emoji"/>
          <w:lang w:val="nl-NL"/>
        </w:rPr>
        <w:t>🎵</w:t>
      </w:r>
      <w:r w:rsidRPr="000A63D8">
        <w:rPr>
          <w:lang w:val="nl-NL"/>
        </w:rPr>
        <w:t xml:space="preserve"> Bluetooth</w:t>
      </w:r>
      <w:r w:rsidR="00D97FB6">
        <w:rPr>
          <w:lang w:val="nl-NL"/>
        </w:rPr>
        <w:t xml:space="preserve"> | </w:t>
      </w:r>
      <w:r w:rsidRPr="000A63D8">
        <w:rPr>
          <w:rFonts w:ascii="Segoe UI Emoji" w:hAnsi="Segoe UI Emoji" w:cs="Segoe UI Emoji"/>
          <w:lang w:val="nl-NL"/>
        </w:rPr>
        <w:t>💾</w:t>
      </w:r>
      <w:r w:rsidRPr="000A63D8">
        <w:rPr>
          <w:lang w:val="nl-NL"/>
        </w:rPr>
        <w:t xml:space="preserve"> USB</w:t>
      </w:r>
    </w:p>
    <w:p w14:paraId="630E5012" w14:textId="28FB2B20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kiest dus altijd eerst een bron.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Denk eraan als het kiezen van een tv-zender.</w:t>
      </w:r>
    </w:p>
    <w:p w14:paraId="49795D02" w14:textId="77777777" w:rsidR="000A63D8" w:rsidRPr="000A63D8" w:rsidRDefault="000A63D8" w:rsidP="00D97FB6">
      <w:pPr>
        <w:pStyle w:val="Kop1"/>
        <w:rPr>
          <w:lang w:val="nl-NL"/>
        </w:rPr>
      </w:pPr>
      <w:r w:rsidRPr="000A63D8">
        <w:rPr>
          <w:lang w:val="nl-NL"/>
        </w:rPr>
        <w:lastRenderedPageBreak/>
        <w:t xml:space="preserve">2.8 Wanneer gebruik je 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>?</w:t>
      </w:r>
    </w:p>
    <w:p w14:paraId="475FCB73" w14:textId="5D282C36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gebruik je voor:</w:t>
      </w:r>
      <w:r w:rsidR="00D97FB6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radio luisteren</w:t>
      </w:r>
      <w:r w:rsidR="00D97FB6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geluidsinstellingen</w:t>
      </w:r>
      <w:r w:rsidR="00D97FB6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achteruitrijcamera</w:t>
      </w:r>
      <w:r w:rsidR="00D97FB6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</w:t>
      </w:r>
      <w:r w:rsidR="00D97FB6">
        <w:rPr>
          <w:lang w:val="nl-NL"/>
        </w:rPr>
        <w:t>v</w:t>
      </w:r>
      <w:r w:rsidRPr="000A63D8">
        <w:rPr>
          <w:lang w:val="nl-NL"/>
        </w:rPr>
        <w:t>olume</w:t>
      </w:r>
      <w:r w:rsidR="00D97FB6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instellingen</w:t>
      </w:r>
    </w:p>
    <w:p w14:paraId="22F81213" w14:textId="77777777" w:rsidR="000A63D8" w:rsidRPr="000A63D8" w:rsidRDefault="000A63D8" w:rsidP="00D97FB6">
      <w:pPr>
        <w:pStyle w:val="Kop1"/>
        <w:rPr>
          <w:lang w:val="nl-NL"/>
        </w:rPr>
      </w:pPr>
      <w:r w:rsidRPr="000A63D8">
        <w:rPr>
          <w:lang w:val="nl-NL"/>
        </w:rPr>
        <w:t>2.9 Wanneer gebruik je de iPhone?</w:t>
      </w:r>
    </w:p>
    <w:p w14:paraId="42498F62" w14:textId="03A00E09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De iPhone gebruik je voor:</w:t>
      </w:r>
      <w:r w:rsidR="00D97FB6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navigatie</w:t>
      </w:r>
      <w:r w:rsidR="00D97FB6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muziek</w:t>
      </w:r>
      <w:r w:rsidR="00D97FB6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WhatsApp</w:t>
      </w:r>
      <w:r w:rsidR="00D97FB6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telefoneren</w:t>
      </w:r>
      <w:r w:rsidR="00D97FB6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agenda</w:t>
      </w:r>
      <w:r w:rsidR="00D97FB6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</w:t>
      </w:r>
      <w:proofErr w:type="spellStart"/>
      <w:r w:rsidRPr="000A63D8">
        <w:rPr>
          <w:lang w:val="nl-NL"/>
        </w:rPr>
        <w:t>Siri</w:t>
      </w:r>
      <w:proofErr w:type="spellEnd"/>
      <w:r w:rsidR="00D97FB6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>contacten</w:t>
      </w:r>
    </w:p>
    <w:p w14:paraId="1B0E8309" w14:textId="77777777" w:rsidR="000A63D8" w:rsidRPr="000A63D8" w:rsidRDefault="000A63D8" w:rsidP="00D97FB6">
      <w:pPr>
        <w:pStyle w:val="Kop1"/>
        <w:rPr>
          <w:lang w:val="nl-NL"/>
        </w:rPr>
      </w:pPr>
      <w:r w:rsidRPr="000A63D8">
        <w:rPr>
          <w:lang w:val="nl-NL"/>
        </w:rPr>
        <w:t xml:space="preserve">2.10 De Direct </w:t>
      </w:r>
      <w:proofErr w:type="spellStart"/>
      <w:r w:rsidRPr="000A63D8">
        <w:rPr>
          <w:lang w:val="nl-NL"/>
        </w:rPr>
        <w:t>Key</w:t>
      </w:r>
      <w:proofErr w:type="spellEnd"/>
    </w:p>
    <w:p w14:paraId="16C5C158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De SPH-DA77DAB heeft een handige </w:t>
      </w:r>
      <w:r w:rsidRPr="000A63D8">
        <w:rPr>
          <w:b/>
          <w:bCs/>
          <w:lang w:val="nl-NL"/>
        </w:rPr>
        <w:t xml:space="preserve">Direct </w:t>
      </w:r>
      <w:proofErr w:type="spellStart"/>
      <w:r w:rsidRPr="000A63D8">
        <w:rPr>
          <w:b/>
          <w:bCs/>
          <w:lang w:val="nl-NL"/>
        </w:rPr>
        <w:t>Key</w:t>
      </w:r>
      <w:proofErr w:type="spellEnd"/>
      <w:r w:rsidRPr="000A63D8">
        <w:rPr>
          <w:lang w:val="nl-NL"/>
        </w:rPr>
        <w:t>.</w:t>
      </w:r>
    </w:p>
    <w:p w14:paraId="17300CE0" w14:textId="097AF51D" w:rsidR="000A63D8" w:rsidRPr="000A63D8" w:rsidRDefault="000A63D8" w:rsidP="00D97FB6">
      <w:p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Daarmee kun je snel wisselen tussen: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 xml:space="preserve">Apple </w:t>
      </w:r>
      <w:proofErr w:type="spellStart"/>
      <w:r w:rsidRPr="000A63D8">
        <w:rPr>
          <w:lang w:val="nl-NL"/>
        </w:rPr>
        <w:t>CarPlay</w:t>
      </w:r>
      <w:proofErr w:type="spellEnd"/>
      <w:r w:rsidR="00D97FB6">
        <w:rPr>
          <w:lang w:val="nl-NL"/>
        </w:rPr>
        <w:t xml:space="preserve"> | </w:t>
      </w:r>
      <w:r w:rsidRPr="000A63D8">
        <w:rPr>
          <w:lang w:val="nl-NL"/>
        </w:rPr>
        <w:t>Radio</w:t>
      </w:r>
      <w:r w:rsidR="00D97FB6">
        <w:rPr>
          <w:lang w:val="nl-NL"/>
        </w:rPr>
        <w:t xml:space="preserve"> | </w:t>
      </w:r>
      <w:r w:rsidRPr="000A63D8">
        <w:rPr>
          <w:lang w:val="nl-NL"/>
        </w:rPr>
        <w:t>Bluetooth</w:t>
      </w:r>
      <w:r w:rsidR="00D97FB6">
        <w:rPr>
          <w:lang w:val="nl-NL"/>
        </w:rPr>
        <w:t xml:space="preserve"> | </w:t>
      </w:r>
      <w:r w:rsidRPr="000A63D8">
        <w:rPr>
          <w:lang w:val="nl-NL"/>
        </w:rPr>
        <w:t>Instellingen</w:t>
      </w:r>
    </w:p>
    <w:p w14:paraId="283D79B1" w14:textId="6A6B3681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hoeft dus niet telkens terug naar het hoofdmenu.</w:t>
      </w:r>
    </w:p>
    <w:p w14:paraId="597230E0" w14:textId="77777777" w:rsidR="000A63D8" w:rsidRPr="000A63D8" w:rsidRDefault="000A63D8" w:rsidP="00D97FB6">
      <w:pPr>
        <w:pStyle w:val="Kop1"/>
        <w:rPr>
          <w:lang w:val="nl-NL"/>
        </w:rPr>
      </w:pPr>
      <w:r w:rsidRPr="000A63D8">
        <w:rPr>
          <w:lang w:val="nl-NL"/>
        </w:rPr>
        <w:t>2.11 De microfoon</w:t>
      </w:r>
    </w:p>
    <w:p w14:paraId="0CC9D659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Veel mensen vergeten dat 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een losse microfoon heeft.</w:t>
      </w:r>
    </w:p>
    <w:p w14:paraId="43DCB89E" w14:textId="18373E51" w:rsidR="000A63D8" w:rsidRPr="000A63D8" w:rsidRDefault="000A63D8" w:rsidP="00D97FB6">
      <w:p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Die zit meestal: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boven de bestuurder</w:t>
      </w:r>
      <w:r w:rsidR="00D97FB6">
        <w:rPr>
          <w:lang w:val="nl-NL"/>
        </w:rPr>
        <w:t>.</w:t>
      </w:r>
    </w:p>
    <w:p w14:paraId="0CAA39EB" w14:textId="0F4944F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Die microfoon luistert naar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>.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Dus spreek normaal.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Je hoeft niet te schreeuwen.</w:t>
      </w:r>
    </w:p>
    <w:p w14:paraId="3FA51BA1" w14:textId="77777777" w:rsidR="000A63D8" w:rsidRPr="000A63D8" w:rsidRDefault="000A63D8" w:rsidP="00D97FB6">
      <w:pPr>
        <w:pStyle w:val="Kop1"/>
        <w:rPr>
          <w:lang w:val="nl-NL"/>
        </w:rPr>
      </w:pPr>
      <w:r w:rsidRPr="000A63D8">
        <w:rPr>
          <w:lang w:val="nl-NL"/>
        </w:rPr>
        <w:t>2.12 De USB-aansluiting</w:t>
      </w:r>
    </w:p>
    <w:p w14:paraId="3C21D012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De USB-poort heeft meerdere functies.</w:t>
      </w:r>
    </w:p>
    <w:p w14:paraId="65CEF763" w14:textId="5E31656B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Hij kan:</w:t>
      </w:r>
      <w:r w:rsidR="00D97FB6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de iPhone opladen</w:t>
      </w:r>
      <w:r w:rsidR="00D97FB6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Apple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starten (bekabeld)</w:t>
      </w:r>
      <w:r w:rsidR="00D97FB6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muziek vanaf een USB-stick afspelen</w:t>
      </w:r>
      <w:r w:rsidR="00D97FB6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firmware-updates installeren</w:t>
      </w:r>
    </w:p>
    <w:p w14:paraId="4B04EF5E" w14:textId="77777777" w:rsidR="000A63D8" w:rsidRPr="000A63D8" w:rsidRDefault="000A63D8" w:rsidP="00D97FB6">
      <w:pPr>
        <w:pStyle w:val="Kop1"/>
        <w:rPr>
          <w:lang w:val="nl-NL"/>
        </w:rPr>
      </w:pPr>
      <w:r w:rsidRPr="000A63D8">
        <w:rPr>
          <w:lang w:val="nl-NL"/>
        </w:rPr>
        <w:t>2.13 Draadloze verbinding</w:t>
      </w:r>
    </w:p>
    <w:p w14:paraId="175FD460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Wanneer jouw iPhone eenmaal gekoppeld is, gaat het meestal zo:</w:t>
      </w:r>
    </w:p>
    <w:p w14:paraId="66771081" w14:textId="26B602B8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stapt in.</w:t>
      </w:r>
      <w:r w:rsidR="00D97FB6">
        <w:rPr>
          <w:lang w:val="nl-NL"/>
        </w:rPr>
        <w:t xml:space="preserve"> </w:t>
      </w:r>
      <w:r w:rsidR="00D97FB6" w:rsidRPr="00D97FB6">
        <w:rPr>
          <w:lang w:val="nl-NL"/>
        </w:rPr>
        <w:sym w:font="Wingdings" w:char="F0E0"/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 xml:space="preserve">Je start de </w:t>
      </w:r>
      <w:proofErr w:type="gramStart"/>
      <w:r w:rsidRPr="000A63D8">
        <w:rPr>
          <w:lang w:val="nl-NL"/>
        </w:rPr>
        <w:t>camper.</w:t>
      </w:r>
      <w:r w:rsidR="00D97FB6">
        <w:rPr>
          <w:lang w:val="nl-NL"/>
        </w:rPr>
        <w:t>--</w:t>
      </w:r>
      <w:proofErr w:type="gramEnd"/>
      <w:r w:rsidR="00D97FB6">
        <w:rPr>
          <w:lang w:val="nl-NL"/>
        </w:rPr>
        <w:t xml:space="preserve">&gt;  </w:t>
      </w:r>
      <w:r w:rsidRPr="000A63D8">
        <w:rPr>
          <w:lang w:val="nl-NL"/>
        </w:rPr>
        <w:t xml:space="preserve">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start.</w:t>
      </w:r>
      <w:r w:rsidR="00D97FB6">
        <w:rPr>
          <w:lang w:val="nl-NL"/>
        </w:rPr>
        <w:t xml:space="preserve"> </w:t>
      </w:r>
      <w:r w:rsidR="00D97FB6" w:rsidRPr="00D97FB6">
        <w:rPr>
          <w:lang w:val="nl-NL"/>
        </w:rPr>
        <w:sym w:font="Wingdings" w:char="F0E0"/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Na ongeveer 10–20 seconden maakt hij automatisch verbinding.</w:t>
      </w:r>
      <w:r w:rsidR="00D97FB6">
        <w:rPr>
          <w:lang w:val="nl-NL"/>
        </w:rPr>
        <w:t xml:space="preserve"> </w:t>
      </w:r>
      <w:r w:rsidR="00D97FB6" w:rsidRPr="00D97FB6">
        <w:rPr>
          <w:lang w:val="nl-NL"/>
        </w:rPr>
        <w:sym w:font="Wingdings" w:char="F0E0"/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 xml:space="preserve">Apple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verschijnt.</w:t>
      </w:r>
    </w:p>
    <w:p w14:paraId="00C1152F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hoeft je telefoon niet uit je zak te halen.</w:t>
      </w:r>
    </w:p>
    <w:p w14:paraId="30378367" w14:textId="77777777" w:rsidR="000A63D8" w:rsidRPr="000A63D8" w:rsidRDefault="000A63D8" w:rsidP="00D97FB6">
      <w:pPr>
        <w:pStyle w:val="Kop1"/>
        <w:rPr>
          <w:lang w:val="nl-NL"/>
        </w:rPr>
      </w:pPr>
      <w:r w:rsidRPr="000A63D8">
        <w:rPr>
          <w:lang w:val="nl-NL"/>
        </w:rPr>
        <w:lastRenderedPageBreak/>
        <w:t>2.14 Wat zie je rechtsonder?</w:t>
      </w:r>
    </w:p>
    <w:p w14:paraId="4D519B30" w14:textId="465A67DD" w:rsidR="000A63D8" w:rsidRPr="000A63D8" w:rsidRDefault="000A63D8" w:rsidP="00D97FB6">
      <w:p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Afhankelijk van de ingestelde weergave kun je daar informatie zien zoals: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de tijd;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de signaalsterkte van de telefoon;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het batterijniveau van de iPhone;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de naam van het afgespeelde nummer.</w:t>
      </w:r>
    </w:p>
    <w:p w14:paraId="0626D496" w14:textId="77777777" w:rsidR="000A63D8" w:rsidRPr="000A63D8" w:rsidRDefault="000A63D8" w:rsidP="00D97FB6">
      <w:pPr>
        <w:pStyle w:val="Kop1"/>
        <w:rPr>
          <w:lang w:val="nl-NL"/>
        </w:rPr>
      </w:pPr>
      <w:r w:rsidRPr="000A63D8">
        <w:rPr>
          <w:lang w:val="nl-NL"/>
        </w:rPr>
        <w:t>2.15 Een veelgemaakte fout</w:t>
      </w:r>
    </w:p>
    <w:p w14:paraId="42311FBB" w14:textId="22103186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Veel beginners openen eerst allerlei menu's op 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>.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Dat is meestal niet nodig.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 xml:space="preserve">Laat 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rustig opstarten.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 xml:space="preserve">Wacht tot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verschijnt.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 xml:space="preserve">Daarna doe je vrijwel alles vanuit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>.</w:t>
      </w:r>
    </w:p>
    <w:p w14:paraId="719B1D00" w14:textId="6248A1BE" w:rsidR="000A63D8" w:rsidRPr="000A63D8" w:rsidRDefault="000A63D8" w:rsidP="00A248D5">
      <w:pPr>
        <w:spacing w:after="0"/>
        <w:rPr>
          <w:lang w:val="nl-NL"/>
        </w:rPr>
      </w:pPr>
    </w:p>
    <w:p w14:paraId="66B4818F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Praktijkoefening</w:t>
      </w:r>
    </w:p>
    <w:p w14:paraId="35DB2ED4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Ga naar de camper en voer de volgende stappen uit terwijl je stilstaat:</w:t>
      </w:r>
    </w:p>
    <w:p w14:paraId="34A059BA" w14:textId="77777777" w:rsidR="000A63D8" w:rsidRPr="000A63D8" w:rsidRDefault="000A63D8" w:rsidP="00A248D5">
      <w:pPr>
        <w:numPr>
          <w:ilvl w:val="0"/>
          <w:numId w:val="19"/>
        </w:numPr>
        <w:spacing w:after="0"/>
        <w:rPr>
          <w:lang w:val="nl-NL"/>
        </w:rPr>
      </w:pPr>
      <w:r w:rsidRPr="000A63D8">
        <w:rPr>
          <w:lang w:val="nl-NL"/>
        </w:rPr>
        <w:t xml:space="preserve">Start 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>.</w:t>
      </w:r>
    </w:p>
    <w:p w14:paraId="069EFED4" w14:textId="77777777" w:rsidR="000A63D8" w:rsidRPr="000A63D8" w:rsidRDefault="000A63D8" w:rsidP="00A248D5">
      <w:pPr>
        <w:numPr>
          <w:ilvl w:val="0"/>
          <w:numId w:val="19"/>
        </w:numPr>
        <w:spacing w:after="0"/>
        <w:rPr>
          <w:lang w:val="nl-NL"/>
        </w:rPr>
      </w:pPr>
      <w:r w:rsidRPr="000A63D8">
        <w:rPr>
          <w:lang w:val="nl-NL"/>
        </w:rPr>
        <w:t xml:space="preserve">Kijk </w:t>
      </w:r>
      <w:proofErr w:type="gramStart"/>
      <w:r w:rsidRPr="000A63D8">
        <w:rPr>
          <w:lang w:val="nl-NL"/>
        </w:rPr>
        <w:t>hoe lang</w:t>
      </w:r>
      <w:proofErr w:type="gramEnd"/>
      <w:r w:rsidRPr="000A63D8">
        <w:rPr>
          <w:lang w:val="nl-NL"/>
        </w:rPr>
        <w:t xml:space="preserve"> het duurt voordat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verschijnt.</w:t>
      </w:r>
    </w:p>
    <w:p w14:paraId="1CA2BEB8" w14:textId="77777777" w:rsidR="000A63D8" w:rsidRPr="000A63D8" w:rsidRDefault="000A63D8" w:rsidP="00A248D5">
      <w:pPr>
        <w:numPr>
          <w:ilvl w:val="0"/>
          <w:numId w:val="19"/>
        </w:numPr>
        <w:spacing w:after="0"/>
        <w:rPr>
          <w:lang w:val="nl-NL"/>
        </w:rPr>
      </w:pPr>
      <w:r w:rsidRPr="000A63D8">
        <w:rPr>
          <w:lang w:val="nl-NL"/>
        </w:rPr>
        <w:t xml:space="preserve">Druk op </w:t>
      </w:r>
      <w:r w:rsidRPr="000A63D8">
        <w:rPr>
          <w:b/>
          <w:bCs/>
          <w:lang w:val="nl-NL"/>
        </w:rPr>
        <w:t>Home</w:t>
      </w:r>
      <w:r w:rsidRPr="000A63D8">
        <w:rPr>
          <w:lang w:val="nl-NL"/>
        </w:rPr>
        <w:t>.</w:t>
      </w:r>
    </w:p>
    <w:p w14:paraId="2A7B590F" w14:textId="77777777" w:rsidR="000A63D8" w:rsidRPr="000A63D8" w:rsidRDefault="000A63D8" w:rsidP="00A248D5">
      <w:pPr>
        <w:numPr>
          <w:ilvl w:val="0"/>
          <w:numId w:val="19"/>
        </w:numPr>
        <w:spacing w:after="0"/>
        <w:rPr>
          <w:lang w:val="nl-NL"/>
        </w:rPr>
      </w:pPr>
      <w:r w:rsidRPr="000A63D8">
        <w:rPr>
          <w:lang w:val="nl-NL"/>
        </w:rPr>
        <w:t>Open de radio (DAB+ of FM).</w:t>
      </w:r>
    </w:p>
    <w:p w14:paraId="59146179" w14:textId="77777777" w:rsidR="000A63D8" w:rsidRPr="000A63D8" w:rsidRDefault="000A63D8" w:rsidP="00A248D5">
      <w:pPr>
        <w:numPr>
          <w:ilvl w:val="0"/>
          <w:numId w:val="19"/>
        </w:numPr>
        <w:spacing w:after="0"/>
        <w:rPr>
          <w:lang w:val="nl-NL"/>
        </w:rPr>
      </w:pPr>
      <w:r w:rsidRPr="000A63D8">
        <w:rPr>
          <w:lang w:val="nl-NL"/>
        </w:rPr>
        <w:t xml:space="preserve">Ga terug naar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>.</w:t>
      </w:r>
    </w:p>
    <w:p w14:paraId="7DEC54AA" w14:textId="77777777" w:rsidR="000A63D8" w:rsidRPr="000A63D8" w:rsidRDefault="000A63D8" w:rsidP="00A248D5">
      <w:pPr>
        <w:numPr>
          <w:ilvl w:val="0"/>
          <w:numId w:val="19"/>
        </w:numPr>
        <w:spacing w:after="0"/>
        <w:rPr>
          <w:lang w:val="nl-NL"/>
        </w:rPr>
      </w:pPr>
      <w:r w:rsidRPr="000A63D8">
        <w:rPr>
          <w:lang w:val="nl-NL"/>
        </w:rPr>
        <w:t>Verhoog en verlaag het volume.</w:t>
      </w:r>
    </w:p>
    <w:p w14:paraId="6E790BAB" w14:textId="77777777" w:rsidR="000A63D8" w:rsidRPr="000A63D8" w:rsidRDefault="000A63D8" w:rsidP="00A248D5">
      <w:pPr>
        <w:numPr>
          <w:ilvl w:val="0"/>
          <w:numId w:val="19"/>
        </w:numPr>
        <w:spacing w:after="0"/>
        <w:rPr>
          <w:lang w:val="nl-NL"/>
        </w:rPr>
      </w:pPr>
      <w:r w:rsidRPr="000A63D8">
        <w:rPr>
          <w:lang w:val="nl-NL"/>
        </w:rPr>
        <w:t>Zoek de microfoon in de cabine.</w:t>
      </w:r>
    </w:p>
    <w:p w14:paraId="34C1A086" w14:textId="77777777" w:rsidR="000A63D8" w:rsidRPr="000A63D8" w:rsidRDefault="000A63D8" w:rsidP="00A248D5">
      <w:pPr>
        <w:numPr>
          <w:ilvl w:val="0"/>
          <w:numId w:val="19"/>
        </w:numPr>
        <w:spacing w:after="0"/>
        <w:rPr>
          <w:lang w:val="nl-NL"/>
        </w:rPr>
      </w:pPr>
      <w:r w:rsidRPr="000A63D8">
        <w:rPr>
          <w:lang w:val="nl-NL"/>
        </w:rPr>
        <w:t>Controleer waar de USB-aansluiting zit.</w:t>
      </w:r>
    </w:p>
    <w:p w14:paraId="033802D5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Doe dit een paar keer. Het doel is dat je zonder na te denken weet waar deze functies zitten.</w:t>
      </w:r>
    </w:p>
    <w:p w14:paraId="702C0772" w14:textId="77777777" w:rsidR="00D97FB6" w:rsidRDefault="00D97FB6" w:rsidP="00A248D5">
      <w:pPr>
        <w:spacing w:after="0"/>
        <w:rPr>
          <w:b/>
          <w:bCs/>
          <w:lang w:val="nl-NL"/>
        </w:rPr>
      </w:pPr>
    </w:p>
    <w:p w14:paraId="6DAA0DE0" w14:textId="77777777" w:rsidR="00D97FB6" w:rsidRDefault="00D97FB6">
      <w:pPr>
        <w:rPr>
          <w:rFonts w:ascii="Kozuka Gothic Pro H" w:eastAsiaTheme="majorEastAsia" w:hAnsi="Kozuka Gothic Pro H" w:cstheme="majorBidi"/>
          <w:color w:val="00B050"/>
          <w:spacing w:val="5"/>
          <w:kern w:val="28"/>
          <w:sz w:val="52"/>
          <w:szCs w:val="52"/>
          <w:lang w:val="nl-NL"/>
        </w:rPr>
      </w:pPr>
      <w:r>
        <w:br w:type="page"/>
      </w:r>
    </w:p>
    <w:p w14:paraId="076BF53B" w14:textId="15976FD5" w:rsidR="000A63D8" w:rsidRPr="000A63D8" w:rsidRDefault="000A63D8" w:rsidP="00D97FB6">
      <w:pPr>
        <w:pStyle w:val="Titel"/>
      </w:pPr>
      <w:r w:rsidRPr="000A63D8">
        <w:lastRenderedPageBreak/>
        <w:t xml:space="preserve">3 iPhone verbinden met Apple </w:t>
      </w:r>
      <w:proofErr w:type="spellStart"/>
      <w:r w:rsidRPr="000A63D8">
        <w:t>CarPlay</w:t>
      </w:r>
      <w:proofErr w:type="spellEnd"/>
    </w:p>
    <w:p w14:paraId="53AB81A5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Dit is misschien wel het belangrijkste hoofdstuk van de hele handleiding.</w:t>
      </w:r>
    </w:p>
    <w:p w14:paraId="75996D08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Als de verbinding eenmaal goed is ingesteld, hoef je daar meestal nooit meer iets aan te doen. Iedere keer dat je de camper start, maakt 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automatisch verbinding met je iPhone.</w:t>
      </w:r>
    </w:p>
    <w:p w14:paraId="13583F0E" w14:textId="77777777" w:rsidR="000A63D8" w:rsidRPr="000A63D8" w:rsidRDefault="000A63D8" w:rsidP="00D97FB6">
      <w:pPr>
        <w:pStyle w:val="Kop1"/>
        <w:rPr>
          <w:lang w:val="nl-NL"/>
        </w:rPr>
      </w:pPr>
      <w:r w:rsidRPr="000A63D8">
        <w:rPr>
          <w:lang w:val="nl-NL"/>
        </w:rPr>
        <w:t>3.1 Eerst even controleren</w:t>
      </w:r>
    </w:p>
    <w:p w14:paraId="7B8282DE" w14:textId="2C7038B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Pak je iPhone.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Controleer de volgende drie instellingen.</w:t>
      </w:r>
    </w:p>
    <w:p w14:paraId="1045EE52" w14:textId="28FF19C3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Stap 1 – Bluetooth</w:t>
      </w:r>
      <w:r w:rsidR="00D97FB6">
        <w:rPr>
          <w:b/>
          <w:bCs/>
          <w:lang w:val="nl-NL"/>
        </w:rPr>
        <w:t xml:space="preserve"> </w:t>
      </w:r>
      <w:r w:rsidR="00D97FB6" w:rsidRPr="00D97FB6">
        <w:rPr>
          <w:b/>
          <w:bCs/>
          <w:lang w:val="nl-NL"/>
        </w:rPr>
        <w:sym w:font="Wingdings" w:char="F0E0"/>
      </w:r>
      <w:r w:rsidR="00D97FB6">
        <w:rPr>
          <w:b/>
          <w:bCs/>
          <w:lang w:val="nl-NL"/>
        </w:rPr>
        <w:t xml:space="preserve"> </w:t>
      </w:r>
      <w:r w:rsidRPr="000A63D8">
        <w:rPr>
          <w:lang w:val="nl-NL"/>
        </w:rPr>
        <w:t>Open:</w:t>
      </w:r>
      <w:r w:rsidR="00D97FB6">
        <w:rPr>
          <w:lang w:val="nl-NL"/>
        </w:rPr>
        <w:t xml:space="preserve"> </w:t>
      </w:r>
      <w:r w:rsidRPr="000A63D8">
        <w:rPr>
          <w:b/>
          <w:bCs/>
          <w:lang w:val="nl-NL"/>
        </w:rPr>
        <w:t>Instellingen → Bluetooth</w:t>
      </w:r>
      <w:r w:rsidR="00D97FB6">
        <w:rPr>
          <w:b/>
          <w:bCs/>
          <w:lang w:val="nl-NL"/>
        </w:rPr>
        <w:t xml:space="preserve"> </w:t>
      </w:r>
      <w:r w:rsidR="00D97FB6" w:rsidRPr="00D97FB6">
        <w:rPr>
          <w:b/>
          <w:bCs/>
          <w:lang w:val="nl-NL"/>
        </w:rPr>
        <w:sym w:font="Wingdings" w:char="F0E0"/>
      </w:r>
      <w:r w:rsidR="00D97FB6">
        <w:rPr>
          <w:b/>
          <w:bCs/>
          <w:lang w:val="nl-NL"/>
        </w:rPr>
        <w:t xml:space="preserve"> </w:t>
      </w:r>
      <w:r w:rsidRPr="000A63D8">
        <w:rPr>
          <w:lang w:val="nl-NL"/>
        </w:rPr>
        <w:t xml:space="preserve">Controleer of Bluetooth </w:t>
      </w:r>
      <w:r w:rsidRPr="000A63D8">
        <w:rPr>
          <w:b/>
          <w:bCs/>
          <w:lang w:val="nl-NL"/>
        </w:rPr>
        <w:t>AAN</w:t>
      </w:r>
      <w:r w:rsidRPr="000A63D8">
        <w:rPr>
          <w:lang w:val="nl-NL"/>
        </w:rPr>
        <w:t xml:space="preserve"> staat.</w:t>
      </w:r>
    </w:p>
    <w:p w14:paraId="3FCD4878" w14:textId="2BDBDAFA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Stap 2 – Wi-Fi</w:t>
      </w:r>
      <w:r w:rsidR="00D97FB6">
        <w:rPr>
          <w:b/>
          <w:bCs/>
          <w:lang w:val="nl-NL"/>
        </w:rPr>
        <w:t xml:space="preserve"> </w:t>
      </w:r>
      <w:r w:rsidR="00D97FB6" w:rsidRPr="00D97FB6">
        <w:rPr>
          <w:b/>
          <w:bCs/>
          <w:lang w:val="nl-NL"/>
        </w:rPr>
        <w:sym w:font="Wingdings" w:char="F0E0"/>
      </w:r>
      <w:r w:rsidR="00D97FB6">
        <w:rPr>
          <w:b/>
          <w:bCs/>
          <w:lang w:val="nl-NL"/>
        </w:rPr>
        <w:t xml:space="preserve"> o</w:t>
      </w:r>
      <w:r w:rsidRPr="000A63D8">
        <w:rPr>
          <w:lang w:val="nl-NL"/>
        </w:rPr>
        <w:t>pen:</w:t>
      </w:r>
      <w:r w:rsidR="00D97FB6">
        <w:rPr>
          <w:lang w:val="nl-NL"/>
        </w:rPr>
        <w:t xml:space="preserve"> </w:t>
      </w:r>
      <w:r w:rsidRPr="000A63D8">
        <w:rPr>
          <w:b/>
          <w:bCs/>
          <w:lang w:val="nl-NL"/>
        </w:rPr>
        <w:t>Instellingen → Wi-Fi</w:t>
      </w:r>
      <w:r w:rsidR="00D97FB6">
        <w:rPr>
          <w:b/>
          <w:bCs/>
          <w:lang w:val="nl-NL"/>
        </w:rPr>
        <w:t xml:space="preserve"> </w:t>
      </w:r>
      <w:r w:rsidR="00D97FB6" w:rsidRPr="00D97FB6">
        <w:rPr>
          <w:b/>
          <w:bCs/>
          <w:lang w:val="nl-NL"/>
        </w:rPr>
        <w:sym w:font="Wingdings" w:char="F0E0"/>
      </w:r>
      <w:r w:rsidR="00D97FB6">
        <w:rPr>
          <w:b/>
          <w:bCs/>
          <w:lang w:val="nl-NL"/>
        </w:rPr>
        <w:t xml:space="preserve"> </w:t>
      </w:r>
      <w:r w:rsidRPr="000A63D8">
        <w:rPr>
          <w:lang w:val="nl-NL"/>
        </w:rPr>
        <w:t xml:space="preserve">Controleer of Wi-Fi </w:t>
      </w:r>
      <w:r w:rsidRPr="000A63D8">
        <w:rPr>
          <w:b/>
          <w:bCs/>
          <w:lang w:val="nl-NL"/>
        </w:rPr>
        <w:t>AAN</w:t>
      </w:r>
      <w:r w:rsidRPr="000A63D8">
        <w:rPr>
          <w:lang w:val="nl-NL"/>
        </w:rPr>
        <w:t xml:space="preserve"> staat.</w:t>
      </w:r>
    </w:p>
    <w:p w14:paraId="665007FD" w14:textId="503BC043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Opmerking</w:t>
      </w:r>
      <w:r w:rsidR="00D97FB6">
        <w:rPr>
          <w:b/>
          <w:bCs/>
          <w:lang w:val="nl-NL"/>
        </w:rPr>
        <w:t xml:space="preserve"> </w:t>
      </w:r>
      <w:r w:rsidR="00D97FB6" w:rsidRPr="00D97FB6">
        <w:rPr>
          <w:b/>
          <w:bCs/>
          <w:lang w:val="nl-NL"/>
        </w:rPr>
        <w:sym w:font="Wingdings" w:char="F0E0"/>
      </w:r>
      <w:r w:rsidR="00D97FB6">
        <w:rPr>
          <w:b/>
          <w:bCs/>
          <w:lang w:val="nl-NL"/>
        </w:rPr>
        <w:t xml:space="preserve"> </w:t>
      </w:r>
      <w:r w:rsidRPr="000A63D8">
        <w:rPr>
          <w:lang w:val="nl-NL"/>
        </w:rPr>
        <w:t xml:space="preserve">Ook al gebruik je geen internet via Wi-Fi, draadloos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gebruikt Wi-Fi voor de snelle verbinding tussen de iPhone en 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>.</w:t>
      </w:r>
    </w:p>
    <w:p w14:paraId="303F827E" w14:textId="427575AC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 xml:space="preserve">Stap 3 – </w:t>
      </w:r>
      <w:proofErr w:type="spellStart"/>
      <w:r w:rsidRPr="000A63D8">
        <w:rPr>
          <w:b/>
          <w:bCs/>
          <w:lang w:val="nl-NL"/>
        </w:rPr>
        <w:t>Siri</w:t>
      </w:r>
      <w:proofErr w:type="spellEnd"/>
      <w:r w:rsidR="00D97FB6">
        <w:rPr>
          <w:b/>
          <w:bCs/>
          <w:lang w:val="nl-NL"/>
        </w:rPr>
        <w:t xml:space="preserve"> </w:t>
      </w:r>
      <w:r w:rsidR="00D97FB6" w:rsidRPr="00D97FB6">
        <w:rPr>
          <w:b/>
          <w:bCs/>
          <w:lang w:val="nl-NL"/>
        </w:rPr>
        <w:sym w:font="Wingdings" w:char="F0E0"/>
      </w:r>
      <w:r w:rsidR="00D97FB6">
        <w:rPr>
          <w:b/>
          <w:bCs/>
          <w:lang w:val="nl-NL"/>
        </w:rPr>
        <w:t xml:space="preserve"> </w:t>
      </w:r>
      <w:r w:rsidRPr="000A63D8">
        <w:rPr>
          <w:lang w:val="nl-NL"/>
        </w:rPr>
        <w:t>Open:</w:t>
      </w:r>
      <w:r w:rsidR="00D97FB6">
        <w:rPr>
          <w:lang w:val="nl-NL"/>
        </w:rPr>
        <w:t xml:space="preserve"> </w:t>
      </w:r>
      <w:r w:rsidRPr="000A63D8">
        <w:rPr>
          <w:b/>
          <w:bCs/>
          <w:lang w:val="nl-NL"/>
        </w:rPr>
        <w:t xml:space="preserve">Instellingen → Apple Intelligence en </w:t>
      </w:r>
      <w:proofErr w:type="spellStart"/>
      <w:r w:rsidRPr="000A63D8">
        <w:rPr>
          <w:b/>
          <w:bCs/>
          <w:lang w:val="nl-NL"/>
        </w:rPr>
        <w:t>Siri</w:t>
      </w:r>
      <w:proofErr w:type="spellEnd"/>
      <w:r w:rsidRPr="000A63D8">
        <w:rPr>
          <w:lang w:val="nl-NL"/>
        </w:rPr>
        <w:t xml:space="preserve"> </w:t>
      </w:r>
      <w:r w:rsidRPr="000A63D8">
        <w:rPr>
          <w:i/>
          <w:iCs/>
          <w:lang w:val="nl-NL"/>
        </w:rPr>
        <w:t>(of "</w:t>
      </w:r>
      <w:proofErr w:type="spellStart"/>
      <w:r w:rsidRPr="000A63D8">
        <w:rPr>
          <w:i/>
          <w:iCs/>
          <w:lang w:val="nl-NL"/>
        </w:rPr>
        <w:t>Siri</w:t>
      </w:r>
      <w:proofErr w:type="spellEnd"/>
      <w:r w:rsidRPr="000A63D8">
        <w:rPr>
          <w:i/>
          <w:iCs/>
          <w:lang w:val="nl-NL"/>
        </w:rPr>
        <w:t>", afhankelijk van je iOS-versie)</w:t>
      </w:r>
      <w:r w:rsidR="00D97FB6">
        <w:rPr>
          <w:i/>
          <w:iCs/>
          <w:lang w:val="nl-NL"/>
        </w:rPr>
        <w:t xml:space="preserve"> </w:t>
      </w:r>
      <w:r w:rsidRPr="000A63D8">
        <w:rPr>
          <w:lang w:val="nl-NL"/>
        </w:rPr>
        <w:t>Controleer:</w:t>
      </w:r>
      <w:r w:rsidR="00D97FB6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✅</w:t>
      </w:r>
      <w:r w:rsidRPr="000A63D8">
        <w:rPr>
          <w:lang w:val="nl-NL"/>
        </w:rPr>
        <w:t xml:space="preserve">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is ingeschakeld.</w:t>
      </w:r>
      <w:r w:rsidR="00D97FB6">
        <w:rPr>
          <w:lang w:val="nl-NL"/>
        </w:rPr>
        <w:t xml:space="preserve"> </w:t>
      </w:r>
      <w:r w:rsidR="00D97FB6" w:rsidRPr="00D97FB6">
        <w:rPr>
          <w:lang w:val="nl-NL"/>
        </w:rPr>
        <w:sym w:font="Wingdings" w:char="F0E0"/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 xml:space="preserve">Zonder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werkt Apple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niet volledig.</w:t>
      </w:r>
    </w:p>
    <w:p w14:paraId="6E8676BB" w14:textId="77777777" w:rsidR="000A63D8" w:rsidRPr="000A63D8" w:rsidRDefault="000A63D8" w:rsidP="00D97FB6">
      <w:pPr>
        <w:pStyle w:val="Kop1"/>
        <w:rPr>
          <w:lang w:val="nl-NL"/>
        </w:rPr>
      </w:pPr>
      <w:r w:rsidRPr="000A63D8">
        <w:rPr>
          <w:lang w:val="nl-NL"/>
        </w:rPr>
        <w:t>3.2 Bekabeld of draadloos?</w:t>
      </w:r>
    </w:p>
    <w:p w14:paraId="3785D1A1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SPH-DA77DAB ondersteunt beide.</w:t>
      </w:r>
    </w:p>
    <w:p w14:paraId="2FF94F84" w14:textId="4E660ADD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Bekabeld</w:t>
      </w:r>
      <w:r w:rsidR="00D97FB6">
        <w:rPr>
          <w:b/>
          <w:bCs/>
          <w:lang w:val="nl-NL"/>
        </w:rPr>
        <w:t xml:space="preserve"> </w:t>
      </w:r>
      <w:r w:rsidR="00D97FB6" w:rsidRPr="00D97FB6">
        <w:rPr>
          <w:b/>
          <w:bCs/>
          <w:lang w:val="nl-NL"/>
        </w:rPr>
        <w:sym w:font="Wingdings" w:char="F0E0"/>
      </w:r>
      <w:r w:rsidR="00D97FB6">
        <w:rPr>
          <w:b/>
          <w:bCs/>
          <w:lang w:val="nl-NL"/>
        </w:rPr>
        <w:t xml:space="preserve"> </w:t>
      </w:r>
      <w:r w:rsidRPr="000A63D8">
        <w:rPr>
          <w:lang w:val="nl-NL"/>
        </w:rPr>
        <w:t>Voordelen:</w:t>
      </w:r>
      <w:r w:rsidR="00D97FB6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Altijd stabiel.</w:t>
      </w:r>
      <w:r w:rsidR="00D97FB6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Tegelijk opladen.</w:t>
      </w:r>
      <w:r w:rsidR="00D97FB6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Ideaal voor lange vakanties.</w:t>
      </w:r>
    </w:p>
    <w:p w14:paraId="79B2D944" w14:textId="25F7FC1A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Nadeel: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Je moet de kabel aansluiten.</w:t>
      </w:r>
    </w:p>
    <w:p w14:paraId="7226ED5A" w14:textId="53B59B5E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Draadloos</w:t>
      </w:r>
      <w:r w:rsidR="00D97FB6">
        <w:rPr>
          <w:b/>
          <w:bCs/>
          <w:lang w:val="nl-NL"/>
        </w:rPr>
        <w:t xml:space="preserve"> </w:t>
      </w:r>
      <w:r w:rsidR="00D97FB6" w:rsidRPr="00D97FB6">
        <w:rPr>
          <w:b/>
          <w:bCs/>
          <w:lang w:val="nl-NL"/>
        </w:rPr>
        <w:sym w:font="Wingdings" w:char="F0E0"/>
      </w:r>
      <w:r w:rsidR="00D97FB6">
        <w:rPr>
          <w:b/>
          <w:bCs/>
          <w:lang w:val="nl-NL"/>
        </w:rPr>
        <w:t xml:space="preserve"> </w:t>
      </w:r>
      <w:r w:rsidRPr="000A63D8">
        <w:rPr>
          <w:lang w:val="nl-NL"/>
        </w:rPr>
        <w:t>Voordelen:</w:t>
      </w:r>
      <w:r w:rsidR="00D97FB6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Instappen.</w:t>
      </w:r>
      <w:r w:rsidR="00D97FB6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Motor starten.</w:t>
      </w:r>
      <w:r w:rsidR="00D97FB6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Klaar.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Geen kabel nodig.</w:t>
      </w:r>
    </w:p>
    <w:p w14:paraId="12B9AA90" w14:textId="67D6E66C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Nadelen: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De iPhone-batterij loopt sneller leeg.</w:t>
      </w:r>
    </w:p>
    <w:p w14:paraId="77D1188C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Daarom gebruiken veel camperaars onderweg toch een USB-kabel om de telefoon op te laden.</w:t>
      </w:r>
    </w:p>
    <w:p w14:paraId="5914DB02" w14:textId="77777777" w:rsidR="000A63D8" w:rsidRPr="000A63D8" w:rsidRDefault="000A63D8" w:rsidP="00D97FB6">
      <w:pPr>
        <w:pStyle w:val="Kop1"/>
        <w:rPr>
          <w:lang w:val="nl-NL"/>
        </w:rPr>
      </w:pPr>
      <w:r w:rsidRPr="000A63D8">
        <w:rPr>
          <w:lang w:val="nl-NL"/>
        </w:rPr>
        <w:t>3.3 Eerste keer koppelen</w:t>
      </w:r>
    </w:p>
    <w:p w14:paraId="7A91A5CE" w14:textId="0DE44AE6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Ga in de camper zitten.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 xml:space="preserve">Zet 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aan.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Pak de iPhone.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Open Bluetooth.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 xml:space="preserve">Na enkele seconden zie je een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>-apparaat verschijnen.</w:t>
      </w:r>
    </w:p>
    <w:p w14:paraId="6D3D1910" w14:textId="5352C0A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Bijvoorbeeld:</w:t>
      </w:r>
      <w:r w:rsidR="00D97FB6">
        <w:rPr>
          <w:lang w:val="nl-NL"/>
        </w:rPr>
        <w:t xml:space="preserve">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SPH-DA77DAB</w:t>
      </w:r>
      <w:r w:rsidR="00D97FB6">
        <w:rPr>
          <w:lang w:val="nl-NL"/>
        </w:rPr>
        <w:t xml:space="preserve"> </w:t>
      </w:r>
      <w:r w:rsidR="00D97FB6" w:rsidRPr="00D97FB6">
        <w:rPr>
          <w:lang w:val="nl-NL"/>
        </w:rPr>
        <w:sym w:font="Wingdings" w:char="F0E0"/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Tik daarop.</w:t>
      </w:r>
    </w:p>
    <w:p w14:paraId="3FF21D4E" w14:textId="77777777" w:rsidR="000A63D8" w:rsidRPr="000A63D8" w:rsidRDefault="000A63D8" w:rsidP="00D97FB6">
      <w:pPr>
        <w:pStyle w:val="Kop1"/>
        <w:rPr>
          <w:lang w:val="nl-NL"/>
        </w:rPr>
      </w:pPr>
      <w:r w:rsidRPr="000A63D8">
        <w:rPr>
          <w:lang w:val="nl-NL"/>
        </w:rPr>
        <w:lastRenderedPageBreak/>
        <w:t>3.4 Bevestigen</w:t>
      </w:r>
    </w:p>
    <w:p w14:paraId="6E96784F" w14:textId="44C85908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Nu verschijnt meestal een code.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Bijvoorbeeld: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458931</w:t>
      </w:r>
    </w:p>
    <w:p w14:paraId="3639D038" w14:textId="4F40798C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Dezelfde code verschijnt op 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>.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Vergelijk beide codes.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Zijn ze gelijk?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 xml:space="preserve">Druk </w:t>
      </w:r>
      <w:proofErr w:type="spellStart"/>
      <w:proofErr w:type="gramStart"/>
      <w:r w:rsidRPr="000A63D8">
        <w:rPr>
          <w:lang w:val="nl-NL"/>
        </w:rPr>
        <w:t>op:</w:t>
      </w:r>
      <w:r w:rsidRPr="000A63D8">
        <w:rPr>
          <w:b/>
          <w:bCs/>
          <w:lang w:val="nl-NL"/>
        </w:rPr>
        <w:t>Koppelen</w:t>
      </w:r>
      <w:proofErr w:type="spellEnd"/>
      <w:proofErr w:type="gramEnd"/>
    </w:p>
    <w:p w14:paraId="0C4CA33B" w14:textId="77777777" w:rsidR="000A63D8" w:rsidRPr="000A63D8" w:rsidRDefault="000A63D8" w:rsidP="00D97FB6">
      <w:pPr>
        <w:pStyle w:val="Kop1"/>
        <w:rPr>
          <w:lang w:val="nl-NL"/>
        </w:rPr>
      </w:pPr>
      <w:r w:rsidRPr="000A63D8">
        <w:rPr>
          <w:lang w:val="nl-NL"/>
        </w:rPr>
        <w:t xml:space="preserve">3.5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toestaan</w:t>
      </w:r>
    </w:p>
    <w:p w14:paraId="0137B75E" w14:textId="10C3E65C" w:rsidR="000A63D8" w:rsidRPr="000A63D8" w:rsidRDefault="00D97FB6" w:rsidP="00A248D5">
      <w:pPr>
        <w:spacing w:after="0"/>
        <w:rPr>
          <w:lang w:val="nl-NL"/>
        </w:rPr>
      </w:pPr>
      <w:r>
        <w:rPr>
          <w:lang w:val="nl-NL"/>
        </w:rPr>
        <w:t xml:space="preserve"> N</w:t>
      </w:r>
      <w:r w:rsidR="000A63D8" w:rsidRPr="000A63D8">
        <w:rPr>
          <w:lang w:val="nl-NL"/>
        </w:rPr>
        <w:t>u vraagt de iPhone:</w:t>
      </w:r>
      <w:r>
        <w:rPr>
          <w:lang w:val="nl-NL"/>
        </w:rPr>
        <w:t xml:space="preserve"> </w:t>
      </w:r>
      <w:r w:rsidR="000A63D8" w:rsidRPr="000A63D8">
        <w:rPr>
          <w:lang w:val="nl-NL"/>
        </w:rPr>
        <w:t xml:space="preserve">"Wilt u Apple </w:t>
      </w:r>
      <w:proofErr w:type="spellStart"/>
      <w:r w:rsidR="000A63D8" w:rsidRPr="000A63D8">
        <w:rPr>
          <w:lang w:val="nl-NL"/>
        </w:rPr>
        <w:t>CarPlay</w:t>
      </w:r>
      <w:proofErr w:type="spellEnd"/>
      <w:r w:rsidR="000A63D8" w:rsidRPr="000A63D8">
        <w:rPr>
          <w:lang w:val="nl-NL"/>
        </w:rPr>
        <w:t xml:space="preserve"> toestaan?"</w:t>
      </w:r>
      <w:r>
        <w:rPr>
          <w:lang w:val="nl-NL"/>
        </w:rPr>
        <w:t xml:space="preserve"> </w:t>
      </w:r>
      <w:r w:rsidR="000A63D8" w:rsidRPr="000A63D8">
        <w:rPr>
          <w:lang w:val="nl-NL"/>
        </w:rPr>
        <w:t>Antwoord:</w:t>
      </w:r>
      <w:r>
        <w:rPr>
          <w:lang w:val="nl-NL"/>
        </w:rPr>
        <w:t xml:space="preserve"> </w:t>
      </w:r>
      <w:r w:rsidR="000A63D8" w:rsidRPr="000A63D8">
        <w:rPr>
          <w:b/>
          <w:bCs/>
          <w:lang w:val="nl-NL"/>
        </w:rPr>
        <w:t>Sta toe</w:t>
      </w:r>
    </w:p>
    <w:p w14:paraId="0EDA10EE" w14:textId="491E50D8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Dit is belangrijk.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 xml:space="preserve">Veel mensen drukken per ongeluk op "Niet toestaan" en vragen zich daarna af waarom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niet werkt.</w:t>
      </w:r>
    </w:p>
    <w:p w14:paraId="40356642" w14:textId="77777777" w:rsidR="000A63D8" w:rsidRPr="000A63D8" w:rsidRDefault="000A63D8" w:rsidP="00D97FB6">
      <w:pPr>
        <w:pStyle w:val="Kop1"/>
        <w:rPr>
          <w:lang w:val="nl-NL"/>
        </w:rPr>
      </w:pPr>
      <w:r w:rsidRPr="000A63D8">
        <w:rPr>
          <w:lang w:val="nl-NL"/>
        </w:rPr>
        <w:t>3.6 Daarna gebeurt er automatisch dit</w:t>
      </w:r>
    </w:p>
    <w:p w14:paraId="40A6FA65" w14:textId="07645DC0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Binnen enkele seconden zie je: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APPLE CARPLAY</w:t>
      </w:r>
    </w:p>
    <w:p w14:paraId="60E0C516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Daaronder verschijnen de bekende pictogrammen:</w:t>
      </w:r>
    </w:p>
    <w:p w14:paraId="29F5D960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📞</w:t>
      </w:r>
      <w:r w:rsidRPr="000A63D8">
        <w:rPr>
          <w:lang w:val="nl-NL"/>
        </w:rPr>
        <w:t xml:space="preserve"> Telefoon</w:t>
      </w:r>
    </w:p>
    <w:p w14:paraId="57A0FF6E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Symbol" w:hAnsi="Segoe UI Symbol" w:cs="Segoe UI Symbol"/>
          <w:lang w:val="nl-NL"/>
        </w:rPr>
        <w:t>🗺</w:t>
      </w:r>
      <w:r w:rsidRPr="000A63D8">
        <w:rPr>
          <w:lang w:val="nl-NL"/>
        </w:rPr>
        <w:t>️ Kaarten</w:t>
      </w:r>
    </w:p>
    <w:p w14:paraId="56740AB5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🎵</w:t>
      </w:r>
      <w:r w:rsidRPr="000A63D8">
        <w:rPr>
          <w:lang w:val="nl-NL"/>
        </w:rPr>
        <w:t xml:space="preserve"> Muziek</w:t>
      </w:r>
    </w:p>
    <w:p w14:paraId="3CCBA33C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💬</w:t>
      </w:r>
      <w:r w:rsidRPr="000A63D8">
        <w:rPr>
          <w:lang w:val="nl-NL"/>
        </w:rPr>
        <w:t xml:space="preserve"> Berichten</w:t>
      </w:r>
    </w:p>
    <w:p w14:paraId="6B421AB2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📅</w:t>
      </w:r>
      <w:r w:rsidRPr="000A63D8">
        <w:rPr>
          <w:lang w:val="nl-NL"/>
        </w:rPr>
        <w:t xml:space="preserve"> Agenda</w:t>
      </w:r>
    </w:p>
    <w:p w14:paraId="62072010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En je bent klaar.</w:t>
      </w:r>
    </w:p>
    <w:p w14:paraId="51412D4D" w14:textId="77777777" w:rsidR="000A63D8" w:rsidRPr="000A63D8" w:rsidRDefault="000A63D8" w:rsidP="00D97FB6">
      <w:pPr>
        <w:pStyle w:val="Kop1"/>
        <w:rPr>
          <w:lang w:val="nl-NL"/>
        </w:rPr>
      </w:pPr>
      <w:r w:rsidRPr="000A63D8">
        <w:rPr>
          <w:lang w:val="nl-NL"/>
        </w:rPr>
        <w:t>3.7 De tweede keer</w:t>
      </w:r>
    </w:p>
    <w:p w14:paraId="2293A1B9" w14:textId="629503EC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Vanaf nu gaat het veel sneller.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Je loopt naar de camper.</w:t>
      </w:r>
      <w:r w:rsidR="00D97FB6">
        <w:rPr>
          <w:lang w:val="nl-NL"/>
        </w:rPr>
        <w:t xml:space="preserve"> </w:t>
      </w:r>
      <w:r w:rsidR="00D97FB6" w:rsidRPr="00D97FB6">
        <w:rPr>
          <w:lang w:val="nl-NL"/>
        </w:rPr>
        <w:sym w:font="Wingdings" w:char="F0E0"/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Je start de motor.</w:t>
      </w:r>
      <w:r w:rsidR="00D97FB6">
        <w:rPr>
          <w:lang w:val="nl-NL"/>
        </w:rPr>
        <w:t xml:space="preserve"> </w:t>
      </w:r>
      <w:r w:rsidR="00D97FB6" w:rsidRPr="00D97FB6">
        <w:rPr>
          <w:lang w:val="nl-NL"/>
        </w:rPr>
        <w:sym w:font="Wingdings" w:char="F0E0"/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 xml:space="preserve">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start.</w:t>
      </w:r>
      <w:r w:rsidR="00D97FB6">
        <w:rPr>
          <w:lang w:val="nl-NL"/>
        </w:rPr>
        <w:t xml:space="preserve"> </w:t>
      </w:r>
      <w:r w:rsidR="00D97FB6" w:rsidRPr="00D97FB6">
        <w:rPr>
          <w:lang w:val="nl-NL"/>
        </w:rPr>
        <w:sym w:font="Wingdings" w:char="F0E0"/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 xml:space="preserve">Na ongeveer 10–20 seconden verschijnt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automatisch.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Je hoeft niets meer te doen.</w:t>
      </w:r>
    </w:p>
    <w:p w14:paraId="40283C42" w14:textId="77777777" w:rsidR="000A63D8" w:rsidRPr="000A63D8" w:rsidRDefault="000A63D8" w:rsidP="00D97FB6">
      <w:pPr>
        <w:pStyle w:val="Kop1"/>
        <w:rPr>
          <w:lang w:val="nl-NL"/>
        </w:rPr>
      </w:pPr>
      <w:r w:rsidRPr="000A63D8">
        <w:rPr>
          <w:lang w:val="nl-NL"/>
        </w:rPr>
        <w:t>3.8 Hoe weet je dat alles goed werkt?</w:t>
      </w:r>
    </w:p>
    <w:p w14:paraId="629C8252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Controleer vier dingen.</w:t>
      </w:r>
    </w:p>
    <w:p w14:paraId="415FC86D" w14:textId="7421560E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Test 1</w:t>
      </w:r>
      <w:r w:rsidR="00D97FB6">
        <w:rPr>
          <w:b/>
          <w:bCs/>
          <w:lang w:val="nl-NL"/>
        </w:rPr>
        <w:t xml:space="preserve"> </w:t>
      </w:r>
      <w:r w:rsidR="00D97FB6" w:rsidRPr="00D97FB6">
        <w:rPr>
          <w:b/>
          <w:bCs/>
          <w:lang w:val="nl-NL"/>
        </w:rPr>
        <w:sym w:font="Wingdings" w:char="F0E0"/>
      </w:r>
      <w:r w:rsidR="00D97FB6">
        <w:rPr>
          <w:b/>
          <w:bCs/>
          <w:lang w:val="nl-NL"/>
        </w:rPr>
        <w:t xml:space="preserve"> </w:t>
      </w:r>
      <w:r w:rsidRPr="000A63D8">
        <w:rPr>
          <w:lang w:val="nl-NL"/>
        </w:rPr>
        <w:t>Open Kaarten.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Verschijnt de kaart?</w:t>
      </w:r>
      <w:r w:rsidR="00D97FB6">
        <w:rPr>
          <w:lang w:val="nl-NL"/>
        </w:rPr>
        <w:t xml:space="preserve"> </w:t>
      </w:r>
      <w:proofErr w:type="gramStart"/>
      <w:r w:rsidRPr="000A63D8">
        <w:rPr>
          <w:lang w:val="nl-NL"/>
        </w:rPr>
        <w:t>Mooi</w:t>
      </w:r>
      <w:proofErr w:type="gramEnd"/>
      <w:r w:rsidRPr="000A63D8">
        <w:rPr>
          <w:lang w:val="nl-NL"/>
        </w:rPr>
        <w:t>.</w:t>
      </w:r>
    </w:p>
    <w:p w14:paraId="1640D830" w14:textId="5A230F9C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Test 2</w:t>
      </w:r>
      <w:r w:rsidR="00D97FB6">
        <w:rPr>
          <w:b/>
          <w:bCs/>
          <w:lang w:val="nl-NL"/>
        </w:rPr>
        <w:t xml:space="preserve"> </w:t>
      </w:r>
      <w:r w:rsidR="00D97FB6" w:rsidRPr="00D97FB6">
        <w:rPr>
          <w:b/>
          <w:bCs/>
          <w:lang w:val="nl-NL"/>
        </w:rPr>
        <w:sym w:font="Wingdings" w:char="F0E0"/>
      </w:r>
      <w:r w:rsidR="00D97FB6">
        <w:rPr>
          <w:b/>
          <w:bCs/>
          <w:lang w:val="nl-NL"/>
        </w:rPr>
        <w:t xml:space="preserve"> </w:t>
      </w:r>
      <w:r w:rsidRPr="000A63D8">
        <w:rPr>
          <w:lang w:val="nl-NL"/>
        </w:rPr>
        <w:t>Open Muziek.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Kun je muziek afspelen?</w:t>
      </w:r>
      <w:r w:rsidR="00D97FB6">
        <w:rPr>
          <w:lang w:val="nl-NL"/>
        </w:rPr>
        <w:t xml:space="preserve"> </w:t>
      </w:r>
      <w:proofErr w:type="gramStart"/>
      <w:r w:rsidRPr="000A63D8">
        <w:rPr>
          <w:lang w:val="nl-NL"/>
        </w:rPr>
        <w:t>Prima</w:t>
      </w:r>
      <w:proofErr w:type="gramEnd"/>
      <w:r w:rsidRPr="000A63D8">
        <w:rPr>
          <w:lang w:val="nl-NL"/>
        </w:rPr>
        <w:t>.</w:t>
      </w:r>
    </w:p>
    <w:p w14:paraId="54E4E254" w14:textId="2BFF8420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Test 3</w:t>
      </w:r>
      <w:r w:rsidR="00D97FB6">
        <w:rPr>
          <w:b/>
          <w:bCs/>
          <w:lang w:val="nl-NL"/>
        </w:rPr>
        <w:t xml:space="preserve"> </w:t>
      </w:r>
      <w:r w:rsidR="00D97FB6" w:rsidRPr="00D97FB6">
        <w:rPr>
          <w:b/>
          <w:bCs/>
          <w:lang w:val="nl-NL"/>
        </w:rPr>
        <w:sym w:font="Wingdings" w:char="F0E0"/>
      </w:r>
      <w:r w:rsidR="00D97FB6">
        <w:rPr>
          <w:b/>
          <w:bCs/>
          <w:lang w:val="nl-NL"/>
        </w:rPr>
        <w:t xml:space="preserve"> </w:t>
      </w:r>
      <w:r w:rsidRPr="000A63D8">
        <w:rPr>
          <w:lang w:val="nl-NL"/>
        </w:rPr>
        <w:t xml:space="preserve">Druk op de microfoonknop (of activeer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>).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Zeg: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"Hoe laat is het?"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 xml:space="preserve">Geeft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antwoord?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Perfect.</w:t>
      </w:r>
    </w:p>
    <w:p w14:paraId="1E13B8C8" w14:textId="5E00A0B6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Test 4</w:t>
      </w:r>
      <w:r w:rsidR="00D97FB6">
        <w:rPr>
          <w:b/>
          <w:bCs/>
          <w:lang w:val="nl-NL"/>
        </w:rPr>
        <w:t xml:space="preserve"> </w:t>
      </w:r>
      <w:r w:rsidR="00D97FB6" w:rsidRPr="00D97FB6">
        <w:rPr>
          <w:b/>
          <w:bCs/>
          <w:lang w:val="nl-NL"/>
        </w:rPr>
        <w:sym w:font="Wingdings" w:char="F0E0"/>
      </w:r>
      <w:r w:rsidR="00D97FB6">
        <w:rPr>
          <w:b/>
          <w:bCs/>
          <w:lang w:val="nl-NL"/>
        </w:rPr>
        <w:t xml:space="preserve"> </w:t>
      </w:r>
      <w:r w:rsidRPr="000A63D8">
        <w:rPr>
          <w:lang w:val="nl-NL"/>
        </w:rPr>
        <w:t>Bel jezelf of een familielid.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Werkt het geluid goed?</w:t>
      </w:r>
      <w:r w:rsidR="00D97FB6">
        <w:rPr>
          <w:lang w:val="nl-NL"/>
        </w:rPr>
        <w:t xml:space="preserve"> </w:t>
      </w:r>
      <w:proofErr w:type="gramStart"/>
      <w:r w:rsidRPr="000A63D8">
        <w:rPr>
          <w:lang w:val="nl-NL"/>
        </w:rPr>
        <w:t>Dan</w:t>
      </w:r>
      <w:proofErr w:type="gramEnd"/>
      <w:r w:rsidRPr="000A63D8">
        <w:rPr>
          <w:lang w:val="nl-NL"/>
        </w:rPr>
        <w:t xml:space="preserve"> is alles in orde.</w:t>
      </w:r>
    </w:p>
    <w:p w14:paraId="449E9051" w14:textId="77777777" w:rsidR="000A63D8" w:rsidRPr="000A63D8" w:rsidRDefault="000A63D8" w:rsidP="00D97FB6">
      <w:pPr>
        <w:pStyle w:val="Kop1"/>
        <w:rPr>
          <w:lang w:val="nl-NL"/>
        </w:rPr>
      </w:pPr>
      <w:r w:rsidRPr="000A63D8">
        <w:rPr>
          <w:lang w:val="nl-NL"/>
        </w:rPr>
        <w:lastRenderedPageBreak/>
        <w:t>3.9 Je iPhone onthouden</w:t>
      </w:r>
    </w:p>
    <w:p w14:paraId="0326F491" w14:textId="2A86DB30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onthoudt je telefoon.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Dat betekent: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Je hoeft hem niet iedere keer opnieuw te koppelen.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De radio herkent jouw iPhone automatisch.</w:t>
      </w:r>
    </w:p>
    <w:p w14:paraId="5CB31C0B" w14:textId="77777777" w:rsidR="000A63D8" w:rsidRPr="000A63D8" w:rsidRDefault="000A63D8" w:rsidP="00D97FB6">
      <w:pPr>
        <w:pStyle w:val="Kop1"/>
        <w:rPr>
          <w:lang w:val="nl-NL"/>
        </w:rPr>
      </w:pPr>
      <w:r w:rsidRPr="000A63D8">
        <w:rPr>
          <w:lang w:val="nl-NL"/>
        </w:rPr>
        <w:t xml:space="preserve">3.10 Twee </w:t>
      </w:r>
      <w:proofErr w:type="spellStart"/>
      <w:r w:rsidRPr="000A63D8">
        <w:rPr>
          <w:lang w:val="nl-NL"/>
        </w:rPr>
        <w:t>iPhones</w:t>
      </w:r>
      <w:proofErr w:type="spellEnd"/>
      <w:r w:rsidRPr="000A63D8">
        <w:rPr>
          <w:lang w:val="nl-NL"/>
        </w:rPr>
        <w:t xml:space="preserve"> gebruiken</w:t>
      </w:r>
    </w:p>
    <w:p w14:paraId="0351CFF6" w14:textId="726ACBAA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Stel dat jij en Janneke allebei een iPhone hebben.</w:t>
      </w:r>
      <w:r w:rsidR="00D97FB6">
        <w:rPr>
          <w:lang w:val="nl-NL"/>
        </w:rPr>
        <w:t xml:space="preserve"> </w:t>
      </w:r>
      <w:r w:rsidRPr="000A63D8">
        <w:rPr>
          <w:lang w:val="nl-NL"/>
        </w:rPr>
        <w:t>Dat kan.</w:t>
      </w:r>
    </w:p>
    <w:p w14:paraId="74A3B8AD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Maar 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kan </w:t>
      </w:r>
      <w:r w:rsidRPr="000A63D8">
        <w:rPr>
          <w:b/>
          <w:bCs/>
          <w:lang w:val="nl-NL"/>
        </w:rPr>
        <w:t xml:space="preserve">maar één </w:t>
      </w:r>
      <w:proofErr w:type="spellStart"/>
      <w:r w:rsidRPr="000A63D8">
        <w:rPr>
          <w:b/>
          <w:bCs/>
          <w:lang w:val="nl-NL"/>
        </w:rPr>
        <w:t>CarPlay</w:t>
      </w:r>
      <w:proofErr w:type="spellEnd"/>
      <w:r w:rsidRPr="000A63D8">
        <w:rPr>
          <w:b/>
          <w:bCs/>
          <w:lang w:val="nl-NL"/>
        </w:rPr>
        <w:t>-verbinding tegelijk actief gebruiken</w:t>
      </w:r>
      <w:r w:rsidRPr="000A63D8">
        <w:rPr>
          <w:lang w:val="nl-NL"/>
        </w:rPr>
        <w:t>.</w:t>
      </w:r>
    </w:p>
    <w:p w14:paraId="47F0BA6A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Meestal maakt hij verbinding met de telefoon die hij als eerste ziet of die het laatst actief was.</w:t>
      </w:r>
    </w:p>
    <w:p w14:paraId="792C3EC2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Als de "verkeerde" iPhone verbindt, kun je op die telefoon Bluetooth even uitzetten of op 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handmatig de gewenste telefoon kiezen.</w:t>
      </w:r>
    </w:p>
    <w:p w14:paraId="47A6BCA5" w14:textId="77777777" w:rsidR="000A63D8" w:rsidRPr="000A63D8" w:rsidRDefault="000A63D8" w:rsidP="00534CB9">
      <w:pPr>
        <w:pStyle w:val="Kop1"/>
        <w:rPr>
          <w:lang w:val="nl-NL"/>
        </w:rPr>
      </w:pPr>
      <w:r w:rsidRPr="000A63D8">
        <w:rPr>
          <w:lang w:val="nl-NL"/>
        </w:rPr>
        <w:t>3.11 Verbinding verwijderen</w:t>
      </w:r>
    </w:p>
    <w:p w14:paraId="2A83EB64" w14:textId="1996AE54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Soms wil je opnieuw beginnen.</w:t>
      </w:r>
      <w:r w:rsidR="00534CB9">
        <w:rPr>
          <w:lang w:val="nl-NL"/>
        </w:rPr>
        <w:t xml:space="preserve"> </w:t>
      </w:r>
      <w:r w:rsidRPr="000A63D8">
        <w:rPr>
          <w:lang w:val="nl-NL"/>
        </w:rPr>
        <w:t xml:space="preserve">Bijvoorbeeld als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vreemd doet.</w:t>
      </w:r>
    </w:p>
    <w:p w14:paraId="2D718D8D" w14:textId="5CB21CCC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Ga op de iPhone naar:</w:t>
      </w:r>
      <w:r w:rsidR="00534CB9">
        <w:rPr>
          <w:lang w:val="nl-NL"/>
        </w:rPr>
        <w:t xml:space="preserve"> </w:t>
      </w:r>
      <w:r w:rsidRPr="000A63D8">
        <w:rPr>
          <w:b/>
          <w:bCs/>
          <w:lang w:val="nl-NL"/>
        </w:rPr>
        <w:t xml:space="preserve">Instellingen → Algemeen → </w:t>
      </w:r>
      <w:proofErr w:type="spellStart"/>
      <w:r w:rsidRPr="000A63D8">
        <w:rPr>
          <w:b/>
          <w:bCs/>
          <w:lang w:val="nl-NL"/>
        </w:rPr>
        <w:t>CarPlay</w:t>
      </w:r>
      <w:proofErr w:type="spellEnd"/>
    </w:p>
    <w:p w14:paraId="33A2ECC2" w14:textId="17A1E85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Kies:</w:t>
      </w:r>
      <w:r w:rsidR="00534CB9">
        <w:rPr>
          <w:lang w:val="nl-NL"/>
        </w:rPr>
        <w:t xml:space="preserve"> </w:t>
      </w:r>
      <w:proofErr w:type="spellStart"/>
      <w:r w:rsidRPr="000A63D8">
        <w:rPr>
          <w:b/>
          <w:bCs/>
          <w:lang w:val="nl-NL"/>
        </w:rPr>
        <w:t>Pioneer</w:t>
      </w:r>
      <w:proofErr w:type="spellEnd"/>
      <w:r w:rsidRPr="000A63D8">
        <w:rPr>
          <w:b/>
          <w:bCs/>
          <w:lang w:val="nl-NL"/>
        </w:rPr>
        <w:t xml:space="preserve"> SPH-DA77DAB</w:t>
      </w:r>
    </w:p>
    <w:p w14:paraId="190A4288" w14:textId="3F479D66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Tik o</w:t>
      </w:r>
      <w:r w:rsidR="00534CB9">
        <w:rPr>
          <w:lang w:val="nl-NL"/>
        </w:rPr>
        <w:t>p</w:t>
      </w:r>
      <w:r w:rsidRPr="000A63D8">
        <w:rPr>
          <w:lang w:val="nl-NL"/>
        </w:rPr>
        <w:t>:</w:t>
      </w:r>
      <w:r w:rsidR="00534CB9">
        <w:rPr>
          <w:lang w:val="nl-NL"/>
        </w:rPr>
        <w:t xml:space="preserve"> </w:t>
      </w:r>
      <w:r w:rsidRPr="000A63D8">
        <w:rPr>
          <w:b/>
          <w:bCs/>
          <w:lang w:val="nl-NL"/>
        </w:rPr>
        <w:t>Vergeet deze auto</w:t>
      </w:r>
    </w:p>
    <w:p w14:paraId="39A72210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Verwijder eventueel ook de Bluetooth-koppeling.</w:t>
      </w:r>
    </w:p>
    <w:p w14:paraId="5BD2A4AA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Daarna kun je opnieuw koppelen zoals in dit hoofdstuk beschreven.</w:t>
      </w:r>
    </w:p>
    <w:p w14:paraId="22A749ED" w14:textId="77777777" w:rsidR="000A63D8" w:rsidRPr="000A63D8" w:rsidRDefault="000A63D8" w:rsidP="00534CB9">
      <w:pPr>
        <w:pStyle w:val="Kop1"/>
        <w:rPr>
          <w:lang w:val="nl-NL"/>
        </w:rPr>
      </w:pPr>
      <w:r w:rsidRPr="000A63D8">
        <w:rPr>
          <w:lang w:val="nl-NL"/>
        </w:rPr>
        <w:t>3.12 De vijf meest voorkomende problemen</w:t>
      </w:r>
    </w:p>
    <w:p w14:paraId="51D19C47" w14:textId="4BDE4435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Probleem 1</w:t>
      </w:r>
      <w:r w:rsidR="00534CB9">
        <w:rPr>
          <w:b/>
          <w:bCs/>
          <w:lang w:val="nl-NL"/>
        </w:rPr>
        <w:t xml:space="preserve"> </w:t>
      </w:r>
      <w:r w:rsidR="00534CB9" w:rsidRPr="00534CB9">
        <w:rPr>
          <w:b/>
          <w:bCs/>
          <w:lang w:val="nl-NL"/>
        </w:rPr>
        <w:sym w:font="Wingdings" w:char="F0E0"/>
      </w:r>
      <w:r w:rsidR="00534CB9">
        <w:rPr>
          <w:b/>
          <w:bCs/>
          <w:lang w:val="nl-NL"/>
        </w:rPr>
        <w:t xml:space="preserve"> </w:t>
      </w:r>
      <w:proofErr w:type="spellStart"/>
      <w:r w:rsidRPr="000A63D8">
        <w:rPr>
          <w:b/>
          <w:bCs/>
          <w:lang w:val="nl-NL"/>
        </w:rPr>
        <w:t>CarPlay</w:t>
      </w:r>
      <w:proofErr w:type="spellEnd"/>
      <w:r w:rsidRPr="000A63D8">
        <w:rPr>
          <w:b/>
          <w:bCs/>
          <w:lang w:val="nl-NL"/>
        </w:rPr>
        <w:t xml:space="preserve"> verschijnt niet.</w:t>
      </w:r>
    </w:p>
    <w:p w14:paraId="008942BD" w14:textId="3122AA67" w:rsidR="000A63D8" w:rsidRPr="000A63D8" w:rsidRDefault="000A63D8" w:rsidP="00534CB9">
      <w:pPr>
        <w:spacing w:after="0"/>
        <w:rPr>
          <w:lang w:val="nl-NL"/>
        </w:rPr>
      </w:pPr>
      <w:r w:rsidRPr="000A63D8">
        <w:rPr>
          <w:lang w:val="nl-NL"/>
        </w:rPr>
        <w:t>Controleer:</w:t>
      </w:r>
      <w:r w:rsidR="00534CB9">
        <w:rPr>
          <w:lang w:val="nl-NL"/>
        </w:rPr>
        <w:t xml:space="preserve"> </w:t>
      </w:r>
      <w:r w:rsidRPr="000A63D8">
        <w:rPr>
          <w:lang w:val="nl-NL"/>
        </w:rPr>
        <w:t>Bluetooth aan?</w:t>
      </w:r>
      <w:r w:rsidR="00534CB9">
        <w:rPr>
          <w:lang w:val="nl-NL"/>
        </w:rPr>
        <w:t xml:space="preserve"> </w:t>
      </w:r>
      <w:r w:rsidRPr="000A63D8">
        <w:rPr>
          <w:lang w:val="nl-NL"/>
        </w:rPr>
        <w:t>Wi-Fi aan?</w:t>
      </w:r>
      <w:r w:rsidR="00534CB9">
        <w:rPr>
          <w:lang w:val="nl-NL"/>
        </w:rPr>
        <w:t xml:space="preserve">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aan?</w:t>
      </w:r>
    </w:p>
    <w:p w14:paraId="70107AA0" w14:textId="7A39AA6D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Probleem 2</w:t>
      </w:r>
      <w:r w:rsidR="00534CB9">
        <w:rPr>
          <w:b/>
          <w:bCs/>
          <w:lang w:val="nl-NL"/>
        </w:rPr>
        <w:t xml:space="preserve"> </w:t>
      </w:r>
      <w:r w:rsidR="00534CB9" w:rsidRPr="00534CB9">
        <w:rPr>
          <w:b/>
          <w:bCs/>
          <w:lang w:val="nl-NL"/>
        </w:rPr>
        <w:sym w:font="Wingdings" w:char="F0E0"/>
      </w:r>
      <w:r w:rsidR="00534CB9">
        <w:rPr>
          <w:b/>
          <w:bCs/>
          <w:lang w:val="nl-NL"/>
        </w:rPr>
        <w:t xml:space="preserve">  </w:t>
      </w:r>
      <w:r w:rsidRPr="000A63D8">
        <w:rPr>
          <w:b/>
          <w:bCs/>
          <w:lang w:val="nl-NL"/>
        </w:rPr>
        <w:t>Wel verbonden, maar geen geluid.</w:t>
      </w:r>
    </w:p>
    <w:p w14:paraId="7376EE3A" w14:textId="436783B9" w:rsidR="000A63D8" w:rsidRPr="000A63D8" w:rsidRDefault="000A63D8" w:rsidP="00534CB9">
      <w:p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Controleer:</w:t>
      </w:r>
      <w:r w:rsidR="00534CB9">
        <w:rPr>
          <w:lang w:val="nl-NL"/>
        </w:rPr>
        <w:t xml:space="preserve"> </w:t>
      </w:r>
      <w:r w:rsidRPr="000A63D8">
        <w:rPr>
          <w:lang w:val="nl-NL"/>
        </w:rPr>
        <w:t xml:space="preserve">Volume van 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>.</w:t>
      </w:r>
      <w:r w:rsidR="00534CB9">
        <w:rPr>
          <w:lang w:val="nl-NL"/>
        </w:rPr>
        <w:t xml:space="preserve"> </w:t>
      </w:r>
      <w:r w:rsidRPr="000A63D8">
        <w:rPr>
          <w:lang w:val="nl-NL"/>
        </w:rPr>
        <w:t>Of het geluid misschien nog via een Bluetooth-speaker of oordopjes wordt afgespeeld.</w:t>
      </w:r>
    </w:p>
    <w:p w14:paraId="3B7DE50D" w14:textId="29E2C2D2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Probleem 3</w:t>
      </w:r>
      <w:r w:rsidR="00534CB9">
        <w:rPr>
          <w:b/>
          <w:bCs/>
          <w:lang w:val="nl-NL"/>
        </w:rPr>
        <w:t xml:space="preserve"> </w:t>
      </w:r>
      <w:r w:rsidR="00534CB9" w:rsidRPr="00534CB9">
        <w:rPr>
          <w:b/>
          <w:bCs/>
          <w:lang w:val="nl-NL"/>
        </w:rPr>
        <w:sym w:font="Wingdings" w:char="F0E0"/>
      </w:r>
      <w:r w:rsidR="00534CB9">
        <w:rPr>
          <w:b/>
          <w:bCs/>
          <w:lang w:val="nl-NL"/>
        </w:rPr>
        <w:t xml:space="preserve"> </w:t>
      </w:r>
      <w:r w:rsidRPr="000A63D8">
        <w:rPr>
          <w:b/>
          <w:bCs/>
          <w:lang w:val="nl-NL"/>
        </w:rPr>
        <w:t>De verbinding valt steeds weg.</w:t>
      </w:r>
    </w:p>
    <w:p w14:paraId="67C9080D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Vaak helpt het om:</w:t>
      </w:r>
    </w:p>
    <w:p w14:paraId="2646BCE1" w14:textId="77777777" w:rsidR="000A63D8" w:rsidRPr="000A63D8" w:rsidRDefault="000A63D8" w:rsidP="00A248D5">
      <w:pPr>
        <w:numPr>
          <w:ilvl w:val="0"/>
          <w:numId w:val="23"/>
        </w:numPr>
        <w:spacing w:after="0"/>
        <w:rPr>
          <w:lang w:val="nl-NL"/>
        </w:rPr>
      </w:pPr>
      <w:proofErr w:type="gramStart"/>
      <w:r w:rsidRPr="000A63D8">
        <w:rPr>
          <w:lang w:val="nl-NL"/>
        </w:rPr>
        <w:t>de</w:t>
      </w:r>
      <w:proofErr w:type="gramEnd"/>
      <w:r w:rsidRPr="000A63D8">
        <w:rPr>
          <w:lang w:val="nl-NL"/>
        </w:rPr>
        <w:t xml:space="preserve"> iPhone opnieuw op te starten;</w:t>
      </w:r>
    </w:p>
    <w:p w14:paraId="02C8DBA2" w14:textId="77777777" w:rsidR="000A63D8" w:rsidRPr="000A63D8" w:rsidRDefault="000A63D8" w:rsidP="00A248D5">
      <w:pPr>
        <w:numPr>
          <w:ilvl w:val="0"/>
          <w:numId w:val="23"/>
        </w:numPr>
        <w:spacing w:after="0"/>
        <w:rPr>
          <w:lang w:val="nl-NL"/>
        </w:rPr>
      </w:pPr>
      <w:proofErr w:type="gramStart"/>
      <w:r w:rsidRPr="000A63D8">
        <w:rPr>
          <w:lang w:val="nl-NL"/>
        </w:rPr>
        <w:t>de</w:t>
      </w:r>
      <w:proofErr w:type="gramEnd"/>
      <w:r w:rsidRPr="000A63D8">
        <w:rPr>
          <w:lang w:val="nl-NL"/>
        </w:rPr>
        <w:t xml:space="preserve">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opnieuw te starten;</w:t>
      </w:r>
    </w:p>
    <w:p w14:paraId="6E9E8BCC" w14:textId="77777777" w:rsidR="000A63D8" w:rsidRPr="000A63D8" w:rsidRDefault="000A63D8" w:rsidP="00A248D5">
      <w:pPr>
        <w:numPr>
          <w:ilvl w:val="0"/>
          <w:numId w:val="23"/>
        </w:numPr>
        <w:spacing w:after="0"/>
        <w:rPr>
          <w:lang w:val="nl-NL"/>
        </w:rPr>
      </w:pPr>
      <w:proofErr w:type="gramStart"/>
      <w:r w:rsidRPr="000A63D8">
        <w:rPr>
          <w:lang w:val="nl-NL"/>
        </w:rPr>
        <w:t>de</w:t>
      </w:r>
      <w:proofErr w:type="gramEnd"/>
      <w:r w:rsidRPr="000A63D8">
        <w:rPr>
          <w:lang w:val="nl-NL"/>
        </w:rPr>
        <w:t xml:space="preserve"> koppeling te verwijderen en opnieuw aan te maken.</w:t>
      </w:r>
    </w:p>
    <w:p w14:paraId="6B14593A" w14:textId="66228DF9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Probleem 4</w:t>
      </w:r>
      <w:r w:rsidR="00534CB9">
        <w:rPr>
          <w:b/>
          <w:bCs/>
          <w:lang w:val="nl-NL"/>
        </w:rPr>
        <w:t xml:space="preserve"> </w:t>
      </w:r>
      <w:r w:rsidR="00534CB9" w:rsidRPr="00534CB9">
        <w:rPr>
          <w:b/>
          <w:bCs/>
          <w:lang w:val="nl-NL"/>
        </w:rPr>
        <w:sym w:font="Wingdings" w:char="F0E0"/>
      </w:r>
      <w:r w:rsidR="00534CB9">
        <w:rPr>
          <w:b/>
          <w:bCs/>
          <w:lang w:val="nl-NL"/>
        </w:rPr>
        <w:t xml:space="preserve"> </w:t>
      </w:r>
      <w:proofErr w:type="spellStart"/>
      <w:r w:rsidRPr="000A63D8">
        <w:rPr>
          <w:b/>
          <w:bCs/>
          <w:lang w:val="nl-NL"/>
        </w:rPr>
        <w:t>CarPlay</w:t>
      </w:r>
      <w:proofErr w:type="spellEnd"/>
      <w:r w:rsidRPr="000A63D8">
        <w:rPr>
          <w:b/>
          <w:bCs/>
          <w:lang w:val="nl-NL"/>
        </w:rPr>
        <w:t xml:space="preserve"> start heel langzaam.</w:t>
      </w:r>
    </w:p>
    <w:p w14:paraId="06AFF7E4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Wacht rustig 20 tot 30 seconden na het starten van de camper. Het systeem heeft even tijd nodig om op te starten en verbinding te maken.</w:t>
      </w:r>
    </w:p>
    <w:p w14:paraId="65404DED" w14:textId="3293B516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Probleem 5</w:t>
      </w:r>
      <w:r w:rsidR="00534CB9">
        <w:rPr>
          <w:b/>
          <w:bCs/>
          <w:lang w:val="nl-NL"/>
        </w:rPr>
        <w:t xml:space="preserve"> </w:t>
      </w:r>
      <w:r w:rsidR="00534CB9" w:rsidRPr="00534CB9">
        <w:rPr>
          <w:b/>
          <w:bCs/>
          <w:lang w:val="nl-NL"/>
        </w:rPr>
        <w:sym w:font="Wingdings" w:char="F0E0"/>
      </w:r>
      <w:r w:rsidR="00534CB9">
        <w:rPr>
          <w:b/>
          <w:bCs/>
          <w:lang w:val="nl-NL"/>
        </w:rPr>
        <w:t xml:space="preserve"> </w:t>
      </w:r>
      <w:r w:rsidRPr="000A63D8">
        <w:rPr>
          <w:b/>
          <w:bCs/>
          <w:lang w:val="nl-NL"/>
        </w:rPr>
        <w:t>Er gebeurt helemaal niets.</w:t>
      </w:r>
    </w:p>
    <w:p w14:paraId="6EFA6133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Sluit de iPhone met een USB-kabel aan.</w:t>
      </w:r>
    </w:p>
    <w:p w14:paraId="166FD525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lastRenderedPageBreak/>
        <w:t xml:space="preserve">Werkt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dan wel?</w:t>
      </w:r>
    </w:p>
    <w:p w14:paraId="5B50AA68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Dan zit het probleem waarschijnlijk in de draadloze verbinding.</w:t>
      </w:r>
    </w:p>
    <w:p w14:paraId="40A639F0" w14:textId="6796EE06" w:rsidR="000A63D8" w:rsidRPr="000A63D8" w:rsidRDefault="000A63D8" w:rsidP="00A248D5">
      <w:pPr>
        <w:spacing w:after="0"/>
        <w:rPr>
          <w:lang w:val="nl-NL"/>
        </w:rPr>
      </w:pPr>
    </w:p>
    <w:p w14:paraId="44098414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Praktijkoefening</w:t>
      </w:r>
    </w:p>
    <w:p w14:paraId="3C1CCF94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Voer deze oefening uit terwijl de camper stilstaat.</w:t>
      </w:r>
    </w:p>
    <w:p w14:paraId="38543237" w14:textId="77777777" w:rsidR="000A63D8" w:rsidRPr="000A63D8" w:rsidRDefault="000A63D8" w:rsidP="00A248D5">
      <w:pPr>
        <w:numPr>
          <w:ilvl w:val="0"/>
          <w:numId w:val="24"/>
        </w:numPr>
        <w:spacing w:after="0"/>
        <w:rPr>
          <w:lang w:val="nl-NL"/>
        </w:rPr>
      </w:pPr>
      <w:r w:rsidRPr="000A63D8">
        <w:rPr>
          <w:lang w:val="nl-NL"/>
        </w:rPr>
        <w:t xml:space="preserve">Zet Bluetooth, Wi-Fi en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aan.</w:t>
      </w:r>
    </w:p>
    <w:p w14:paraId="11172C78" w14:textId="77777777" w:rsidR="000A63D8" w:rsidRPr="000A63D8" w:rsidRDefault="000A63D8" w:rsidP="00A248D5">
      <w:pPr>
        <w:numPr>
          <w:ilvl w:val="0"/>
          <w:numId w:val="24"/>
        </w:numPr>
        <w:spacing w:after="0"/>
        <w:rPr>
          <w:lang w:val="nl-NL"/>
        </w:rPr>
      </w:pPr>
      <w:r w:rsidRPr="000A63D8">
        <w:rPr>
          <w:lang w:val="nl-NL"/>
        </w:rPr>
        <w:t xml:space="preserve">Start 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>.</w:t>
      </w:r>
    </w:p>
    <w:p w14:paraId="4111ABD2" w14:textId="77777777" w:rsidR="000A63D8" w:rsidRPr="000A63D8" w:rsidRDefault="000A63D8" w:rsidP="00A248D5">
      <w:pPr>
        <w:numPr>
          <w:ilvl w:val="0"/>
          <w:numId w:val="24"/>
        </w:numPr>
        <w:spacing w:after="0"/>
        <w:rPr>
          <w:lang w:val="nl-NL"/>
        </w:rPr>
      </w:pPr>
      <w:r w:rsidRPr="000A63D8">
        <w:rPr>
          <w:lang w:val="nl-NL"/>
        </w:rPr>
        <w:t xml:space="preserve">Controleer of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automatisch verschijnt.</w:t>
      </w:r>
    </w:p>
    <w:p w14:paraId="5DF961EB" w14:textId="77777777" w:rsidR="000A63D8" w:rsidRPr="000A63D8" w:rsidRDefault="000A63D8" w:rsidP="00A248D5">
      <w:pPr>
        <w:numPr>
          <w:ilvl w:val="0"/>
          <w:numId w:val="24"/>
        </w:numPr>
        <w:spacing w:after="0"/>
        <w:rPr>
          <w:lang w:val="nl-NL"/>
        </w:rPr>
      </w:pPr>
      <w:r w:rsidRPr="000A63D8">
        <w:rPr>
          <w:lang w:val="nl-NL"/>
        </w:rPr>
        <w:t>Open Kaarten.</w:t>
      </w:r>
    </w:p>
    <w:p w14:paraId="432E4AEA" w14:textId="77777777" w:rsidR="000A63D8" w:rsidRPr="000A63D8" w:rsidRDefault="000A63D8" w:rsidP="00A248D5">
      <w:pPr>
        <w:numPr>
          <w:ilvl w:val="0"/>
          <w:numId w:val="24"/>
        </w:numPr>
        <w:spacing w:after="0"/>
        <w:rPr>
          <w:lang w:val="nl-NL"/>
        </w:rPr>
      </w:pPr>
      <w:r w:rsidRPr="000A63D8">
        <w:rPr>
          <w:lang w:val="nl-NL"/>
        </w:rPr>
        <w:t>Open Muziek.</w:t>
      </w:r>
    </w:p>
    <w:p w14:paraId="61FCC4FA" w14:textId="77777777" w:rsidR="000A63D8" w:rsidRPr="000A63D8" w:rsidRDefault="000A63D8" w:rsidP="00A248D5">
      <w:pPr>
        <w:numPr>
          <w:ilvl w:val="0"/>
          <w:numId w:val="24"/>
        </w:numPr>
        <w:spacing w:after="0"/>
        <w:rPr>
          <w:lang w:val="nl-NL"/>
        </w:rPr>
      </w:pPr>
      <w:r w:rsidRPr="000A63D8">
        <w:rPr>
          <w:lang w:val="nl-NL"/>
        </w:rPr>
        <w:t xml:space="preserve">Activeer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en vraag: "Hoe laat is het?"</w:t>
      </w:r>
    </w:p>
    <w:p w14:paraId="391DA015" w14:textId="77777777" w:rsidR="000A63D8" w:rsidRPr="000A63D8" w:rsidRDefault="000A63D8" w:rsidP="00A248D5">
      <w:pPr>
        <w:numPr>
          <w:ilvl w:val="0"/>
          <w:numId w:val="24"/>
        </w:numPr>
        <w:spacing w:after="0"/>
        <w:rPr>
          <w:lang w:val="nl-NL"/>
        </w:rPr>
      </w:pPr>
      <w:r w:rsidRPr="000A63D8">
        <w:rPr>
          <w:lang w:val="nl-NL"/>
        </w:rPr>
        <w:t>Zet de camper uit.</w:t>
      </w:r>
    </w:p>
    <w:p w14:paraId="409329BC" w14:textId="77777777" w:rsidR="000A63D8" w:rsidRPr="000A63D8" w:rsidRDefault="000A63D8" w:rsidP="00A248D5">
      <w:pPr>
        <w:numPr>
          <w:ilvl w:val="0"/>
          <w:numId w:val="24"/>
        </w:numPr>
        <w:spacing w:after="0"/>
        <w:rPr>
          <w:lang w:val="nl-NL"/>
        </w:rPr>
      </w:pPr>
      <w:r w:rsidRPr="000A63D8">
        <w:rPr>
          <w:lang w:val="nl-NL"/>
        </w:rPr>
        <w:t>Wacht een minuut.</w:t>
      </w:r>
    </w:p>
    <w:p w14:paraId="68B4DE8C" w14:textId="77777777" w:rsidR="000A63D8" w:rsidRPr="000A63D8" w:rsidRDefault="000A63D8" w:rsidP="00A248D5">
      <w:pPr>
        <w:numPr>
          <w:ilvl w:val="0"/>
          <w:numId w:val="24"/>
        </w:numPr>
        <w:spacing w:after="0"/>
        <w:rPr>
          <w:lang w:val="nl-NL"/>
        </w:rPr>
      </w:pPr>
      <w:r w:rsidRPr="000A63D8">
        <w:rPr>
          <w:lang w:val="nl-NL"/>
        </w:rPr>
        <w:t xml:space="preserve">Start opnieuw en controleer of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vanzelf terugkomt.</w:t>
      </w:r>
    </w:p>
    <w:p w14:paraId="7DCA851C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Als dit lukt, is de basis goed ingesteld.</w:t>
      </w:r>
    </w:p>
    <w:p w14:paraId="5D6184B9" w14:textId="24363EA3" w:rsidR="000A63D8" w:rsidRPr="000A63D8" w:rsidRDefault="000A63D8" w:rsidP="00A248D5">
      <w:pPr>
        <w:spacing w:after="0"/>
        <w:rPr>
          <w:lang w:val="nl-NL"/>
        </w:rPr>
      </w:pPr>
    </w:p>
    <w:p w14:paraId="3FAA789F" w14:textId="77777777" w:rsidR="00534CB9" w:rsidRDefault="00534CB9">
      <w:pPr>
        <w:rPr>
          <w:rFonts w:ascii="Kozuka Gothic Pro H" w:eastAsiaTheme="majorEastAsia" w:hAnsi="Kozuka Gothic Pro H" w:cstheme="majorBidi"/>
          <w:color w:val="00B050"/>
          <w:spacing w:val="5"/>
          <w:kern w:val="28"/>
          <w:sz w:val="52"/>
          <w:szCs w:val="52"/>
          <w:lang w:val="nl-NL"/>
        </w:rPr>
      </w:pPr>
      <w:r>
        <w:br w:type="page"/>
      </w:r>
    </w:p>
    <w:p w14:paraId="188D94D6" w14:textId="0425F812" w:rsidR="000A63D8" w:rsidRPr="000A63D8" w:rsidRDefault="000A63D8" w:rsidP="00534CB9">
      <w:pPr>
        <w:pStyle w:val="Titel"/>
      </w:pPr>
      <w:r w:rsidRPr="000A63D8">
        <w:lastRenderedPageBreak/>
        <w:t xml:space="preserve">4 – Het </w:t>
      </w:r>
      <w:proofErr w:type="spellStart"/>
      <w:r w:rsidRPr="000A63D8">
        <w:t>CarPlay</w:t>
      </w:r>
      <w:proofErr w:type="spellEnd"/>
      <w:r w:rsidRPr="000A63D8">
        <w:t>-scherm gebruiken</w:t>
      </w:r>
    </w:p>
    <w:p w14:paraId="3F5DB913" w14:textId="77777777" w:rsidR="000A63D8" w:rsidRPr="000A63D8" w:rsidRDefault="000A63D8" w:rsidP="00D03AEE">
      <w:pPr>
        <w:pStyle w:val="Kop1"/>
        <w:rPr>
          <w:lang w:val="nl-NL"/>
        </w:rPr>
      </w:pPr>
      <w:r w:rsidRPr="000A63D8">
        <w:rPr>
          <w:lang w:val="nl-NL"/>
        </w:rPr>
        <w:t xml:space="preserve">4.1 Welkom in </w:t>
      </w:r>
      <w:proofErr w:type="spellStart"/>
      <w:r w:rsidRPr="000A63D8">
        <w:rPr>
          <w:lang w:val="nl-NL"/>
        </w:rPr>
        <w:t>CarPlay</w:t>
      </w:r>
      <w:proofErr w:type="spellEnd"/>
    </w:p>
    <w:p w14:paraId="0991DE87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Wanneer 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verbinding heeft gemaakt met je iPhone, zie je ongeveer dit scherm:</w:t>
      </w:r>
    </w:p>
    <w:p w14:paraId="3C12A59A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┌──────────────────────────────────────────┐</w:t>
      </w:r>
    </w:p>
    <w:p w14:paraId="3267E681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│                                          │</w:t>
      </w:r>
    </w:p>
    <w:p w14:paraId="5702A95F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│   </w:t>
      </w:r>
      <w:r w:rsidRPr="000A63D8">
        <w:rPr>
          <w:rFonts w:ascii="Segoe UI Emoji" w:hAnsi="Segoe UI Emoji" w:cs="Segoe UI Emoji"/>
          <w:lang w:val="nl-NL"/>
        </w:rPr>
        <w:t>📞</w:t>
      </w:r>
      <w:r w:rsidRPr="000A63D8">
        <w:rPr>
          <w:lang w:val="nl-NL"/>
        </w:rPr>
        <w:t xml:space="preserve">     </w:t>
      </w:r>
      <w:r w:rsidRPr="000A63D8">
        <w:rPr>
          <w:rFonts w:ascii="Segoe UI Symbol" w:hAnsi="Segoe UI Symbol" w:cs="Segoe UI Symbol"/>
          <w:lang w:val="nl-NL"/>
        </w:rPr>
        <w:t>🗺</w:t>
      </w:r>
      <w:r w:rsidRPr="000A63D8">
        <w:rPr>
          <w:lang w:val="nl-NL"/>
        </w:rPr>
        <w:t xml:space="preserve">️     </w:t>
      </w:r>
      <w:r w:rsidRPr="000A63D8">
        <w:rPr>
          <w:rFonts w:ascii="Segoe UI Emoji" w:hAnsi="Segoe UI Emoji" w:cs="Segoe UI Emoji"/>
          <w:lang w:val="nl-NL"/>
        </w:rPr>
        <w:t>🎵</w:t>
      </w:r>
      <w:r w:rsidRPr="000A63D8">
        <w:rPr>
          <w:lang w:val="nl-NL"/>
        </w:rPr>
        <w:t xml:space="preserve">     </w:t>
      </w:r>
      <w:r w:rsidRPr="000A63D8">
        <w:rPr>
          <w:rFonts w:ascii="Segoe UI Emoji" w:hAnsi="Segoe UI Emoji" w:cs="Segoe UI Emoji"/>
          <w:lang w:val="nl-NL"/>
        </w:rPr>
        <w:t>💬</w:t>
      </w:r>
      <w:r w:rsidRPr="000A63D8">
        <w:rPr>
          <w:lang w:val="nl-NL"/>
        </w:rPr>
        <w:t xml:space="preserve">      </w:t>
      </w:r>
      <w:r w:rsidRPr="000A63D8">
        <w:rPr>
          <w:rFonts w:ascii="Segoe UI Emoji" w:hAnsi="Segoe UI Emoji" w:cs="Segoe UI Emoji"/>
          <w:lang w:val="nl-NL"/>
        </w:rPr>
        <w:t>📅</w:t>
      </w:r>
      <w:r w:rsidRPr="000A63D8">
        <w:rPr>
          <w:lang w:val="nl-NL"/>
        </w:rPr>
        <w:t xml:space="preserve">        │</w:t>
      </w:r>
    </w:p>
    <w:p w14:paraId="1C28786E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│                                          │</w:t>
      </w:r>
    </w:p>
    <w:p w14:paraId="57A0E269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│   </w:t>
      </w:r>
      <w:r w:rsidRPr="000A63D8">
        <w:rPr>
          <w:rFonts w:ascii="Segoe UI Emoji" w:hAnsi="Segoe UI Emoji" w:cs="Segoe UI Emoji"/>
          <w:lang w:val="nl-NL"/>
        </w:rPr>
        <w:t>📻</w:t>
      </w:r>
      <w:r w:rsidRPr="000A63D8">
        <w:rPr>
          <w:lang w:val="nl-NL"/>
        </w:rPr>
        <w:t xml:space="preserve">     </w:t>
      </w:r>
      <w:r w:rsidRPr="000A63D8">
        <w:rPr>
          <w:rFonts w:ascii="Segoe UI Symbol" w:hAnsi="Segoe UI Symbol" w:cs="Segoe UI Symbol"/>
          <w:lang w:val="nl-NL"/>
        </w:rPr>
        <w:t>⚙</w:t>
      </w:r>
      <w:r w:rsidRPr="000A63D8">
        <w:rPr>
          <w:lang w:val="nl-NL"/>
        </w:rPr>
        <w:t xml:space="preserve">️     </w:t>
      </w:r>
      <w:r w:rsidRPr="000A63D8">
        <w:rPr>
          <w:rFonts w:ascii="Segoe UI Emoji" w:hAnsi="Segoe UI Emoji" w:cs="Segoe UI Emoji"/>
          <w:lang w:val="nl-NL"/>
        </w:rPr>
        <w:t>📚</w:t>
      </w:r>
      <w:r w:rsidRPr="000A63D8">
        <w:rPr>
          <w:lang w:val="nl-NL"/>
        </w:rPr>
        <w:t xml:space="preserve">     </w:t>
      </w:r>
      <w:r w:rsidRPr="000A63D8">
        <w:rPr>
          <w:rFonts w:ascii="Segoe UI Emoji" w:hAnsi="Segoe UI Emoji" w:cs="Segoe UI Emoji"/>
          <w:lang w:val="nl-NL"/>
        </w:rPr>
        <w:t>🎧</w:t>
      </w:r>
      <w:r w:rsidRPr="000A63D8">
        <w:rPr>
          <w:lang w:val="nl-NL"/>
        </w:rPr>
        <w:t xml:space="preserve">      </w:t>
      </w:r>
      <w:r w:rsidRPr="000A63D8">
        <w:rPr>
          <w:rFonts w:ascii="Segoe UI Emoji" w:hAnsi="Segoe UI Emoji" w:cs="Segoe UI Emoji"/>
          <w:lang w:val="nl-NL"/>
        </w:rPr>
        <w:t>📍</w:t>
      </w:r>
      <w:r w:rsidRPr="000A63D8">
        <w:rPr>
          <w:lang w:val="nl-NL"/>
        </w:rPr>
        <w:t xml:space="preserve">        │</w:t>
      </w:r>
    </w:p>
    <w:p w14:paraId="521AB6CD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│                                          │</w:t>
      </w:r>
    </w:p>
    <w:p w14:paraId="65E3BC73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└──────────────────────────────────────────┘</w:t>
      </w:r>
    </w:p>
    <w:p w14:paraId="5D98EE16" w14:textId="7B5A6040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Dit noemen we het </w:t>
      </w:r>
      <w:r w:rsidRPr="000A63D8">
        <w:rPr>
          <w:b/>
          <w:bCs/>
          <w:lang w:val="nl-NL"/>
        </w:rPr>
        <w:t>Beginscherm</w:t>
      </w:r>
      <w:r w:rsidRPr="000A63D8">
        <w:rPr>
          <w:lang w:val="nl-NL"/>
        </w:rPr>
        <w:t>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Zie het als het bureaublad van je computer.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Van hieruit open je alle apps.</w:t>
      </w:r>
    </w:p>
    <w:p w14:paraId="4BFDAFCD" w14:textId="77777777" w:rsidR="000A63D8" w:rsidRPr="000A63D8" w:rsidRDefault="000A63D8" w:rsidP="00D03AEE">
      <w:pPr>
        <w:pStyle w:val="Kop1"/>
        <w:rPr>
          <w:lang w:val="nl-NL"/>
        </w:rPr>
      </w:pPr>
      <w:r w:rsidRPr="000A63D8">
        <w:rPr>
          <w:lang w:val="nl-NL"/>
        </w:rPr>
        <w:t>4.2 De apps</w:t>
      </w:r>
    </w:p>
    <w:p w14:paraId="4DFFD4E4" w14:textId="280A0832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Niet alle apps van je iPhone verschijnen.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Apple laat alleen apps zien die veilig zijn tijdens het rijden.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Bijvoorbeeld: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8"/>
        <w:gridCol w:w="2504"/>
      </w:tblGrid>
      <w:tr w:rsidR="000A63D8" w:rsidRPr="000A63D8" w14:paraId="1533EDE5" w14:textId="77777777" w:rsidTr="000A63D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A97110F" w14:textId="77777777" w:rsidR="000A63D8" w:rsidRPr="000A63D8" w:rsidRDefault="000A63D8" w:rsidP="00A248D5">
            <w:pPr>
              <w:spacing w:after="0"/>
              <w:rPr>
                <w:b/>
                <w:bCs/>
                <w:lang w:val="nl-NL"/>
              </w:rPr>
            </w:pPr>
            <w:r w:rsidRPr="000A63D8">
              <w:rPr>
                <w:b/>
                <w:bCs/>
                <w:lang w:val="nl-NL"/>
              </w:rPr>
              <w:t>App</w:t>
            </w:r>
          </w:p>
        </w:tc>
        <w:tc>
          <w:tcPr>
            <w:tcW w:w="0" w:type="auto"/>
            <w:vAlign w:val="center"/>
            <w:hideMark/>
          </w:tcPr>
          <w:p w14:paraId="40764B4F" w14:textId="77777777" w:rsidR="000A63D8" w:rsidRPr="000A63D8" w:rsidRDefault="000A63D8" w:rsidP="00A248D5">
            <w:pPr>
              <w:spacing w:after="0"/>
              <w:rPr>
                <w:b/>
                <w:bCs/>
                <w:lang w:val="nl-NL"/>
              </w:rPr>
            </w:pPr>
            <w:r w:rsidRPr="000A63D8">
              <w:rPr>
                <w:b/>
                <w:bCs/>
                <w:lang w:val="nl-NL"/>
              </w:rPr>
              <w:t>Waarvoor gebruik je hem?</w:t>
            </w:r>
          </w:p>
        </w:tc>
      </w:tr>
      <w:tr w:rsidR="000A63D8" w:rsidRPr="000A63D8" w14:paraId="7183D4D5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3A15A7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rFonts w:ascii="Segoe UI Emoji" w:hAnsi="Segoe UI Emoji" w:cs="Segoe UI Emoji"/>
                <w:lang w:val="nl-NL"/>
              </w:rPr>
              <w:t>📞</w:t>
            </w:r>
            <w:r w:rsidRPr="000A63D8">
              <w:rPr>
                <w:lang w:val="nl-NL"/>
              </w:rPr>
              <w:t xml:space="preserve"> Telefoon</w:t>
            </w:r>
          </w:p>
        </w:tc>
        <w:tc>
          <w:tcPr>
            <w:tcW w:w="0" w:type="auto"/>
            <w:vAlign w:val="center"/>
            <w:hideMark/>
          </w:tcPr>
          <w:p w14:paraId="435D68A2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Bellen</w:t>
            </w:r>
          </w:p>
        </w:tc>
      </w:tr>
      <w:tr w:rsidR="000A63D8" w:rsidRPr="000A63D8" w14:paraId="4771E932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88E23E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rFonts w:ascii="Segoe UI Symbol" w:hAnsi="Segoe UI Symbol" w:cs="Segoe UI Symbol"/>
                <w:lang w:val="nl-NL"/>
              </w:rPr>
              <w:t>🗺</w:t>
            </w:r>
            <w:r w:rsidRPr="000A63D8">
              <w:rPr>
                <w:lang w:val="nl-NL"/>
              </w:rPr>
              <w:t>️ Kaarten</w:t>
            </w:r>
          </w:p>
        </w:tc>
        <w:tc>
          <w:tcPr>
            <w:tcW w:w="0" w:type="auto"/>
            <w:vAlign w:val="center"/>
            <w:hideMark/>
          </w:tcPr>
          <w:p w14:paraId="435C4FE5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Navigatie</w:t>
            </w:r>
          </w:p>
        </w:tc>
      </w:tr>
      <w:tr w:rsidR="000A63D8" w:rsidRPr="000A63D8" w14:paraId="7CDF801D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0BF74E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rFonts w:ascii="Segoe UI Emoji" w:hAnsi="Segoe UI Emoji" w:cs="Segoe UI Emoji"/>
                <w:lang w:val="nl-NL"/>
              </w:rPr>
              <w:t>🎵</w:t>
            </w:r>
            <w:r w:rsidRPr="000A63D8">
              <w:rPr>
                <w:lang w:val="nl-NL"/>
              </w:rPr>
              <w:t xml:space="preserve"> Muziek</w:t>
            </w:r>
          </w:p>
        </w:tc>
        <w:tc>
          <w:tcPr>
            <w:tcW w:w="0" w:type="auto"/>
            <w:vAlign w:val="center"/>
            <w:hideMark/>
          </w:tcPr>
          <w:p w14:paraId="7E1B6ADC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Apple Music</w:t>
            </w:r>
          </w:p>
        </w:tc>
      </w:tr>
      <w:tr w:rsidR="000A63D8" w:rsidRPr="000A63D8" w14:paraId="7C75F834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42E507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rFonts w:ascii="Segoe UI Emoji" w:hAnsi="Segoe UI Emoji" w:cs="Segoe UI Emoji"/>
                <w:lang w:val="nl-NL"/>
              </w:rPr>
              <w:t>🎧</w:t>
            </w:r>
            <w:r w:rsidRPr="000A63D8">
              <w:rPr>
                <w:lang w:val="nl-NL"/>
              </w:rPr>
              <w:t xml:space="preserve"> </w:t>
            </w:r>
            <w:proofErr w:type="spellStart"/>
            <w:r w:rsidRPr="000A63D8">
              <w:rPr>
                <w:lang w:val="nl-NL"/>
              </w:rPr>
              <w:t>Spotify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2590733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Muziek</w:t>
            </w:r>
          </w:p>
        </w:tc>
      </w:tr>
      <w:tr w:rsidR="000A63D8" w:rsidRPr="000A63D8" w14:paraId="2905FBE0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BFEA6F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rFonts w:ascii="Segoe UI Emoji" w:hAnsi="Segoe UI Emoji" w:cs="Segoe UI Emoji"/>
                <w:lang w:val="nl-NL"/>
              </w:rPr>
              <w:t>💬</w:t>
            </w:r>
            <w:r w:rsidRPr="000A63D8">
              <w:rPr>
                <w:lang w:val="nl-NL"/>
              </w:rPr>
              <w:t xml:space="preserve"> Berichten</w:t>
            </w:r>
          </w:p>
        </w:tc>
        <w:tc>
          <w:tcPr>
            <w:tcW w:w="0" w:type="auto"/>
            <w:vAlign w:val="center"/>
            <w:hideMark/>
          </w:tcPr>
          <w:p w14:paraId="619194CA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 xml:space="preserve">SMS en </w:t>
            </w:r>
            <w:proofErr w:type="spellStart"/>
            <w:r w:rsidRPr="000A63D8">
              <w:rPr>
                <w:lang w:val="nl-NL"/>
              </w:rPr>
              <w:t>iMessage</w:t>
            </w:r>
            <w:proofErr w:type="spellEnd"/>
          </w:p>
        </w:tc>
      </w:tr>
      <w:tr w:rsidR="000A63D8" w:rsidRPr="000A63D8" w14:paraId="6DDD466C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9C88D4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rFonts w:ascii="Segoe UI Emoji" w:hAnsi="Segoe UI Emoji" w:cs="Segoe UI Emoji"/>
                <w:lang w:val="nl-NL"/>
              </w:rPr>
              <w:t>📅</w:t>
            </w:r>
            <w:r w:rsidRPr="000A63D8">
              <w:rPr>
                <w:lang w:val="nl-NL"/>
              </w:rPr>
              <w:t xml:space="preserve"> Agenda</w:t>
            </w:r>
          </w:p>
        </w:tc>
        <w:tc>
          <w:tcPr>
            <w:tcW w:w="0" w:type="auto"/>
            <w:vAlign w:val="center"/>
            <w:hideMark/>
          </w:tcPr>
          <w:p w14:paraId="413A1FA8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Afspraken</w:t>
            </w:r>
          </w:p>
        </w:tc>
      </w:tr>
      <w:tr w:rsidR="000A63D8" w:rsidRPr="000A63D8" w14:paraId="1C4C7BA1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E387A2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rFonts w:ascii="Segoe UI Symbol" w:hAnsi="Segoe UI Symbol" w:cs="Segoe UI Symbol"/>
                <w:lang w:val="nl-NL"/>
              </w:rPr>
              <w:t>🎙</w:t>
            </w:r>
            <w:r w:rsidRPr="000A63D8">
              <w:rPr>
                <w:lang w:val="nl-NL"/>
              </w:rPr>
              <w:t>️ Podcasts</w:t>
            </w:r>
          </w:p>
        </w:tc>
        <w:tc>
          <w:tcPr>
            <w:tcW w:w="0" w:type="auto"/>
            <w:vAlign w:val="center"/>
            <w:hideMark/>
          </w:tcPr>
          <w:p w14:paraId="1FD728FF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Podcasts luisteren</w:t>
            </w:r>
          </w:p>
        </w:tc>
      </w:tr>
      <w:tr w:rsidR="000A63D8" w:rsidRPr="000A63D8" w14:paraId="2994E7EB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2FA3C8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rFonts w:ascii="Segoe UI Emoji" w:hAnsi="Segoe UI Emoji" w:cs="Segoe UI Emoji"/>
                <w:lang w:val="nl-NL"/>
              </w:rPr>
              <w:t>📻</w:t>
            </w:r>
            <w:r w:rsidRPr="000A63D8">
              <w:rPr>
                <w:lang w:val="nl-NL"/>
              </w:rPr>
              <w:t xml:space="preserve"> DAB</w:t>
            </w:r>
          </w:p>
        </w:tc>
        <w:tc>
          <w:tcPr>
            <w:tcW w:w="0" w:type="auto"/>
            <w:vAlign w:val="center"/>
            <w:hideMark/>
          </w:tcPr>
          <w:p w14:paraId="67AB16C1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 xml:space="preserve">Via </w:t>
            </w:r>
            <w:proofErr w:type="spellStart"/>
            <w:r w:rsidRPr="000A63D8">
              <w:rPr>
                <w:lang w:val="nl-NL"/>
              </w:rPr>
              <w:t>Pioneer</w:t>
            </w:r>
            <w:proofErr w:type="spellEnd"/>
            <w:r w:rsidRPr="000A63D8">
              <w:rPr>
                <w:lang w:val="nl-NL"/>
              </w:rPr>
              <w:t>-radio</w:t>
            </w:r>
          </w:p>
        </w:tc>
      </w:tr>
      <w:tr w:rsidR="000A63D8" w:rsidRPr="000A63D8" w14:paraId="005E10B3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91FB3C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rFonts w:ascii="Segoe UI Emoji" w:hAnsi="Segoe UI Emoji" w:cs="Segoe UI Emoji"/>
                <w:lang w:val="nl-NL"/>
              </w:rPr>
              <w:t>📚</w:t>
            </w:r>
            <w:r w:rsidRPr="000A63D8">
              <w:rPr>
                <w:lang w:val="nl-NL"/>
              </w:rPr>
              <w:t xml:space="preserve"> Luisterboeken</w:t>
            </w:r>
          </w:p>
        </w:tc>
        <w:tc>
          <w:tcPr>
            <w:tcW w:w="0" w:type="auto"/>
            <w:vAlign w:val="center"/>
            <w:hideMark/>
          </w:tcPr>
          <w:p w14:paraId="0B6016F9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Audioboeken</w:t>
            </w:r>
          </w:p>
        </w:tc>
      </w:tr>
    </w:tbl>
    <w:p w14:paraId="33B34605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Dat maakt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veilig en overzichtelijk.</w:t>
      </w:r>
    </w:p>
    <w:p w14:paraId="1F3CC39A" w14:textId="77777777" w:rsidR="000A63D8" w:rsidRPr="000A63D8" w:rsidRDefault="000A63D8" w:rsidP="00D03AEE">
      <w:pPr>
        <w:pStyle w:val="Kop1"/>
        <w:rPr>
          <w:lang w:val="nl-NL"/>
        </w:rPr>
      </w:pPr>
      <w:r w:rsidRPr="000A63D8">
        <w:rPr>
          <w:lang w:val="nl-NL"/>
        </w:rPr>
        <w:lastRenderedPageBreak/>
        <w:t>4.3 Eén keer tikken is genoeg</w:t>
      </w:r>
    </w:p>
    <w:p w14:paraId="2AB27F50" w14:textId="6FF74ED1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Een veelgemaakte fout: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Mensen tikken drie of vier keer achter elkaar.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Doe dat niet.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Het scherm reageert net als een iPhone.</w:t>
      </w:r>
      <w:r w:rsidR="00D03AEE">
        <w:rPr>
          <w:lang w:val="nl-NL"/>
        </w:rPr>
        <w:t xml:space="preserve"> </w:t>
      </w:r>
      <w:r w:rsidRPr="000A63D8">
        <w:rPr>
          <w:b/>
          <w:bCs/>
          <w:lang w:val="nl-NL"/>
        </w:rPr>
        <w:t>Eén rustige tik is voldoende.</w:t>
      </w:r>
    </w:p>
    <w:p w14:paraId="2F49E277" w14:textId="77777777" w:rsidR="000A63D8" w:rsidRPr="000A63D8" w:rsidRDefault="000A63D8" w:rsidP="00D03AEE">
      <w:pPr>
        <w:pStyle w:val="Kop1"/>
        <w:rPr>
          <w:lang w:val="nl-NL"/>
        </w:rPr>
      </w:pPr>
      <w:r w:rsidRPr="000A63D8">
        <w:rPr>
          <w:lang w:val="nl-NL"/>
        </w:rPr>
        <w:t>4.4 Terug naar het beginscherm</w:t>
      </w:r>
    </w:p>
    <w:p w14:paraId="110FED1F" w14:textId="37AF868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Ben je ergens "verdwaald"?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Druk gewoon op:</w:t>
      </w:r>
      <w:r w:rsidR="00D03AEE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🏠</w:t>
      </w:r>
      <w:r w:rsidRPr="000A63D8">
        <w:rPr>
          <w:lang w:val="nl-NL"/>
        </w:rPr>
        <w:t xml:space="preserve"> </w:t>
      </w:r>
      <w:r w:rsidRPr="000A63D8">
        <w:rPr>
          <w:b/>
          <w:bCs/>
          <w:lang w:val="nl-NL"/>
        </w:rPr>
        <w:t>Home</w:t>
      </w:r>
      <w:r w:rsidR="00D03AEE">
        <w:rPr>
          <w:b/>
          <w:bCs/>
          <w:lang w:val="nl-NL"/>
        </w:rPr>
        <w:t xml:space="preserve"> </w:t>
      </w:r>
      <w:r w:rsidRPr="000A63D8">
        <w:rPr>
          <w:lang w:val="nl-NL"/>
        </w:rPr>
        <w:t>Je bent meteen weer terug.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Je kunt eigenlijk niets "stuk maken".</w:t>
      </w:r>
    </w:p>
    <w:p w14:paraId="2B087B68" w14:textId="77777777" w:rsidR="000A63D8" w:rsidRPr="000A63D8" w:rsidRDefault="000A63D8" w:rsidP="00D03AEE">
      <w:pPr>
        <w:pStyle w:val="Kop1"/>
        <w:rPr>
          <w:lang w:val="nl-NL"/>
        </w:rPr>
      </w:pPr>
      <w:r w:rsidRPr="000A63D8">
        <w:rPr>
          <w:lang w:val="nl-NL"/>
        </w:rPr>
        <w:t>4.5 Tussen apps wisselen</w:t>
      </w:r>
    </w:p>
    <w:p w14:paraId="03AEF6EF" w14:textId="6221A170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Stel: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 xml:space="preserve">Je rijdt met Google </w:t>
      </w:r>
      <w:proofErr w:type="spellStart"/>
      <w:r w:rsidRPr="000A63D8">
        <w:rPr>
          <w:lang w:val="nl-NL"/>
        </w:rPr>
        <w:t>Maps</w:t>
      </w:r>
      <w:proofErr w:type="spellEnd"/>
      <w:r w:rsidRPr="000A63D8">
        <w:rPr>
          <w:lang w:val="nl-NL"/>
        </w:rPr>
        <w:t>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Er komt een telefoontje.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Na het gesprek wil je terug naar de route.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Dat gaat heel eenvoudig.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Tik gewoon op:</w:t>
      </w:r>
      <w:r w:rsidR="00D03AEE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🗺</w:t>
      </w:r>
      <w:r w:rsidRPr="000A63D8">
        <w:rPr>
          <w:lang w:val="nl-NL"/>
        </w:rPr>
        <w:t xml:space="preserve">️ Google </w:t>
      </w:r>
      <w:proofErr w:type="spellStart"/>
      <w:r w:rsidRPr="000A63D8">
        <w:rPr>
          <w:lang w:val="nl-NL"/>
        </w:rPr>
        <w:t>Maps</w:t>
      </w:r>
      <w:proofErr w:type="spellEnd"/>
    </w:p>
    <w:p w14:paraId="4AF6E281" w14:textId="5D180E7A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route staat er nog steeds.</w:t>
      </w:r>
      <w:r w:rsidR="00D03AEE">
        <w:rPr>
          <w:lang w:val="nl-NL"/>
        </w:rPr>
        <w:t xml:space="preserve">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onthoudt waar je mee bezig was.</w:t>
      </w:r>
    </w:p>
    <w:p w14:paraId="7BE22D1C" w14:textId="77777777" w:rsidR="000A63D8" w:rsidRPr="000A63D8" w:rsidRDefault="000A63D8" w:rsidP="00D03AEE">
      <w:pPr>
        <w:pStyle w:val="Kop1"/>
        <w:rPr>
          <w:lang w:val="nl-NL"/>
        </w:rPr>
      </w:pPr>
      <w:r w:rsidRPr="000A63D8">
        <w:rPr>
          <w:lang w:val="nl-NL"/>
        </w:rPr>
        <w:t>4.6 Het Dashboard</w:t>
      </w:r>
    </w:p>
    <w:p w14:paraId="532DE33B" w14:textId="5FA609BC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Dit is mijn favoriete scherm.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Veel mensen gebruiken het nooit.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Dat is jammer.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Het Dashboard ziet er ongeveer zo uit:</w:t>
      </w:r>
    </w:p>
    <w:p w14:paraId="3D17EB3C" w14:textId="50ABF012" w:rsidR="000A63D8" w:rsidRPr="000A63D8" w:rsidRDefault="000A63D8" w:rsidP="00D03AEE">
      <w:pPr>
        <w:spacing w:after="0"/>
        <w:rPr>
          <w:lang w:val="nl-NL"/>
        </w:rPr>
      </w:pPr>
      <w:r w:rsidRPr="000A63D8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🗺</w:t>
      </w:r>
      <w:proofErr w:type="gramStart"/>
      <w:r w:rsidRPr="000A63D8">
        <w:rPr>
          <w:lang w:val="nl-NL"/>
        </w:rPr>
        <w:t>️  Kaart</w:t>
      </w:r>
      <w:proofErr w:type="gramEnd"/>
    </w:p>
    <w:p w14:paraId="7B65B9D5" w14:textId="77777777" w:rsidR="000A63D8" w:rsidRPr="000A63D8" w:rsidRDefault="000A63D8" w:rsidP="00D03AEE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🎵</w:t>
      </w:r>
      <w:r w:rsidRPr="000A63D8">
        <w:rPr>
          <w:lang w:val="nl-NL"/>
        </w:rPr>
        <w:t xml:space="preserve"> </w:t>
      </w:r>
      <w:proofErr w:type="spellStart"/>
      <w:r w:rsidRPr="000A63D8">
        <w:rPr>
          <w:lang w:val="nl-NL"/>
        </w:rPr>
        <w:t>Dire</w:t>
      </w:r>
      <w:proofErr w:type="spellEnd"/>
      <w:r w:rsidRPr="000A63D8">
        <w:rPr>
          <w:lang w:val="nl-NL"/>
        </w:rPr>
        <w:t xml:space="preserve"> </w:t>
      </w:r>
      <w:proofErr w:type="spellStart"/>
      <w:r w:rsidRPr="000A63D8">
        <w:rPr>
          <w:lang w:val="nl-NL"/>
        </w:rPr>
        <w:t>Straits</w:t>
      </w:r>
      <w:proofErr w:type="spellEnd"/>
    </w:p>
    <w:p w14:paraId="266E2109" w14:textId="77777777" w:rsidR="000A63D8" w:rsidRPr="000A63D8" w:rsidRDefault="000A63D8" w:rsidP="00D03AEE">
      <w:pPr>
        <w:spacing w:after="0"/>
        <w:rPr>
          <w:lang w:val="nl-NL"/>
        </w:rPr>
      </w:pPr>
      <w:r w:rsidRPr="000A63D8">
        <w:rPr>
          <w:lang w:val="nl-NL"/>
        </w:rPr>
        <w:t xml:space="preserve">Money </w:t>
      </w:r>
      <w:proofErr w:type="spellStart"/>
      <w:r w:rsidRPr="000A63D8">
        <w:rPr>
          <w:lang w:val="nl-NL"/>
        </w:rPr>
        <w:t>for</w:t>
      </w:r>
      <w:proofErr w:type="spellEnd"/>
      <w:r w:rsidRPr="000A63D8">
        <w:rPr>
          <w:lang w:val="nl-NL"/>
        </w:rPr>
        <w:t xml:space="preserve"> </w:t>
      </w:r>
      <w:proofErr w:type="spellStart"/>
      <w:r w:rsidRPr="000A63D8">
        <w:rPr>
          <w:lang w:val="nl-NL"/>
        </w:rPr>
        <w:t>Nothing</w:t>
      </w:r>
      <w:proofErr w:type="spellEnd"/>
    </w:p>
    <w:p w14:paraId="6A367FF6" w14:textId="77777777" w:rsidR="000A63D8" w:rsidRPr="000A63D8" w:rsidRDefault="000A63D8" w:rsidP="00D03AEE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📅</w:t>
      </w:r>
      <w:r w:rsidRPr="000A63D8">
        <w:rPr>
          <w:lang w:val="nl-NL"/>
        </w:rPr>
        <w:t xml:space="preserve"> Volgende afspraak</w:t>
      </w:r>
    </w:p>
    <w:p w14:paraId="4C77DF64" w14:textId="77777777" w:rsidR="000A63D8" w:rsidRPr="000A63D8" w:rsidRDefault="000A63D8" w:rsidP="00D03AEE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📍</w:t>
      </w:r>
      <w:r w:rsidRPr="000A63D8">
        <w:rPr>
          <w:lang w:val="nl-NL"/>
        </w:rPr>
        <w:t xml:space="preserve"> Aankomst 14:42</w:t>
      </w:r>
    </w:p>
    <w:p w14:paraId="3085F83F" w14:textId="65D5562D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ziet meerdere dingen tegelijk:</w:t>
      </w:r>
      <w:r w:rsidR="00D03AEE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kaart</w:t>
      </w:r>
      <w:r w:rsidR="00D03AEE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muziek</w:t>
      </w:r>
      <w:r w:rsidR="00D03AEE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aankomsttijd</w:t>
      </w:r>
      <w:r w:rsidR="00D03AEE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agenda</w:t>
      </w:r>
    </w:p>
    <w:p w14:paraId="1E91431C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hoeft dus niet steeds tussen apps te wisselen.</w:t>
      </w:r>
    </w:p>
    <w:p w14:paraId="2E91D50E" w14:textId="77777777" w:rsidR="000A63D8" w:rsidRPr="000A63D8" w:rsidRDefault="000A63D8" w:rsidP="00D03AEE">
      <w:pPr>
        <w:pStyle w:val="Kop1"/>
        <w:rPr>
          <w:lang w:val="nl-NL"/>
        </w:rPr>
      </w:pPr>
      <w:r w:rsidRPr="000A63D8">
        <w:rPr>
          <w:lang w:val="nl-NL"/>
        </w:rPr>
        <w:t>4.7 Waarom het Dashboard ideaal is</w:t>
      </w:r>
    </w:p>
    <w:p w14:paraId="4ABCD157" w14:textId="1A4EAD68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Stel: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Je rijdt naar Zuid-Frankrijk.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Je wilt: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de kaart zien;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muziek luisteren;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weten hoe laat je aankomt.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Daarvoor hoef je geen drie apps open te hebben.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Het Dashboard laat alles tegelijk zien.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Tijdens lange camperritten gebruik ik zelf bijna alleen dit scherm.</w:t>
      </w:r>
    </w:p>
    <w:p w14:paraId="4EC756F5" w14:textId="77777777" w:rsidR="000A63D8" w:rsidRPr="000A63D8" w:rsidRDefault="000A63D8" w:rsidP="00D03AEE">
      <w:pPr>
        <w:pStyle w:val="Kop1"/>
        <w:rPr>
          <w:lang w:val="nl-NL"/>
        </w:rPr>
      </w:pPr>
      <w:r w:rsidRPr="000A63D8">
        <w:rPr>
          <w:lang w:val="nl-NL"/>
        </w:rPr>
        <w:t xml:space="preserve">4.8 De </w:t>
      </w:r>
      <w:proofErr w:type="spellStart"/>
      <w:r w:rsidRPr="000A63D8">
        <w:rPr>
          <w:lang w:val="nl-NL"/>
        </w:rPr>
        <w:t>dock</w:t>
      </w:r>
      <w:proofErr w:type="spellEnd"/>
    </w:p>
    <w:p w14:paraId="71243122" w14:textId="78D68D93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Aan de linkerkant zie je vaak een smalle balk.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 xml:space="preserve">Dat heet de </w:t>
      </w:r>
      <w:proofErr w:type="spellStart"/>
      <w:r w:rsidRPr="000A63D8">
        <w:rPr>
          <w:b/>
          <w:bCs/>
          <w:lang w:val="nl-NL"/>
        </w:rPr>
        <w:t>Dock</w:t>
      </w:r>
      <w:proofErr w:type="spellEnd"/>
      <w:r w:rsidRPr="000A63D8">
        <w:rPr>
          <w:lang w:val="nl-NL"/>
        </w:rPr>
        <w:t>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Bijvoorbeeld:</w:t>
      </w:r>
    </w:p>
    <w:p w14:paraId="3D71C39C" w14:textId="5A0239DC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lastRenderedPageBreak/>
        <w:t>🏠</w:t>
      </w:r>
    </w:p>
    <w:p w14:paraId="0DCA5BD0" w14:textId="227297B2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Symbol" w:hAnsi="Segoe UI Symbol" w:cs="Segoe UI Symbol"/>
          <w:lang w:val="nl-NL"/>
        </w:rPr>
        <w:t>🗺</w:t>
      </w:r>
      <w:r w:rsidRPr="000A63D8">
        <w:rPr>
          <w:lang w:val="nl-NL"/>
        </w:rPr>
        <w:t>️</w:t>
      </w:r>
    </w:p>
    <w:p w14:paraId="1A682FF9" w14:textId="21325B49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🎵</w:t>
      </w:r>
    </w:p>
    <w:p w14:paraId="2A051E0D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📞</w:t>
      </w:r>
    </w:p>
    <w:p w14:paraId="215EB436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Hier staan de laatst gebruikte apps.</w:t>
      </w:r>
    </w:p>
    <w:p w14:paraId="49344D24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Daardoor kun je razendsnel wisselen.</w:t>
      </w:r>
    </w:p>
    <w:p w14:paraId="2DC61CE0" w14:textId="77777777" w:rsidR="000A63D8" w:rsidRPr="000A63D8" w:rsidRDefault="000A63D8" w:rsidP="00D03AEE">
      <w:pPr>
        <w:pStyle w:val="Kop1"/>
        <w:rPr>
          <w:lang w:val="nl-NL"/>
        </w:rPr>
      </w:pPr>
      <w:r w:rsidRPr="000A63D8">
        <w:rPr>
          <w:lang w:val="nl-NL"/>
        </w:rPr>
        <w:t>4.9 Meldingen</w:t>
      </w:r>
    </w:p>
    <w:p w14:paraId="6F878726" w14:textId="78C63088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Wanneer iemand belt: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Het scherm verandert automatisch.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Je ziet:</w:t>
      </w:r>
      <w:r w:rsidR="00D03AEE">
        <w:rPr>
          <w:lang w:val="nl-NL"/>
        </w:rPr>
        <w:t xml:space="preserve"> </w:t>
      </w:r>
      <w:r w:rsidRPr="000A63D8">
        <w:rPr>
          <w:b/>
          <w:bCs/>
          <w:lang w:val="nl-NL"/>
        </w:rPr>
        <w:t>Accepteren</w:t>
      </w:r>
      <w:r w:rsidR="00D03AEE">
        <w:rPr>
          <w:b/>
          <w:bCs/>
          <w:lang w:val="nl-NL"/>
        </w:rPr>
        <w:t xml:space="preserve"> </w:t>
      </w:r>
      <w:r w:rsidRPr="000A63D8">
        <w:rPr>
          <w:lang w:val="nl-NL"/>
        </w:rPr>
        <w:t>of</w:t>
      </w:r>
      <w:r w:rsidR="00D03AEE">
        <w:rPr>
          <w:lang w:val="nl-NL"/>
        </w:rPr>
        <w:t xml:space="preserve"> </w:t>
      </w:r>
      <w:r w:rsidRPr="000A63D8">
        <w:rPr>
          <w:b/>
          <w:bCs/>
          <w:lang w:val="nl-NL"/>
        </w:rPr>
        <w:t>Weigeren</w:t>
      </w:r>
    </w:p>
    <w:p w14:paraId="0E2FE04F" w14:textId="5BF60A9D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Na het gesprek gaat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vanzelf terug naar de navigatie.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Je hoeft niets te doen.</w:t>
      </w:r>
    </w:p>
    <w:p w14:paraId="3242BF9A" w14:textId="77777777" w:rsidR="000A63D8" w:rsidRPr="000A63D8" w:rsidRDefault="000A63D8" w:rsidP="00D03AEE">
      <w:pPr>
        <w:pStyle w:val="Kop1"/>
        <w:rPr>
          <w:lang w:val="nl-NL"/>
        </w:rPr>
      </w:pPr>
      <w:r w:rsidRPr="000A63D8">
        <w:rPr>
          <w:lang w:val="nl-NL"/>
        </w:rPr>
        <w:t>4.10 Muziek veranderen</w:t>
      </w:r>
    </w:p>
    <w:p w14:paraId="6518D6F9" w14:textId="2869D036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Tijdens het rijden kun je:</w:t>
      </w:r>
      <w:r w:rsidR="00D03AEE">
        <w:rPr>
          <w:lang w:val="nl-NL"/>
        </w:rPr>
        <w:t xml:space="preserve"> </w:t>
      </w:r>
      <w:r w:rsidRPr="000A63D8">
        <w:rPr>
          <w:rFonts w:ascii="Cambria Math" w:hAnsi="Cambria Math" w:cs="Cambria Math"/>
          <w:lang w:val="nl-NL"/>
        </w:rPr>
        <w:t>▶</w:t>
      </w:r>
      <w:r w:rsidRPr="000A63D8">
        <w:rPr>
          <w:lang w:val="nl-NL"/>
        </w:rPr>
        <w:t xml:space="preserve"> Volgend </w:t>
      </w:r>
      <w:proofErr w:type="gramStart"/>
      <w:r w:rsidRPr="000A63D8">
        <w:rPr>
          <w:lang w:val="nl-NL"/>
        </w:rPr>
        <w:t>nummer</w:t>
      </w:r>
      <w:r w:rsidR="00D03AEE">
        <w:rPr>
          <w:lang w:val="nl-NL"/>
        </w:rPr>
        <w:t xml:space="preserve"> </w:t>
      </w:r>
      <w:r w:rsidRPr="000A63D8">
        <w:rPr>
          <w:rFonts w:cs="Calibri"/>
          <w:lang w:val="nl-NL"/>
        </w:rPr>
        <w:t>⏸</w:t>
      </w:r>
      <w:r w:rsidRPr="000A63D8">
        <w:rPr>
          <w:lang w:val="nl-NL"/>
        </w:rPr>
        <w:t xml:space="preserve"> Pauze</w:t>
      </w:r>
      <w:proofErr w:type="gramEnd"/>
      <w:r w:rsidR="00D03AEE">
        <w:rPr>
          <w:lang w:val="nl-NL"/>
        </w:rPr>
        <w:t xml:space="preserve"> </w:t>
      </w:r>
      <w:r w:rsidRPr="000A63D8">
        <w:rPr>
          <w:rFonts w:cs="Calibri"/>
          <w:lang w:val="nl-NL"/>
        </w:rPr>
        <w:t>⏮</w:t>
      </w:r>
      <w:r w:rsidRPr="000A63D8">
        <w:rPr>
          <w:lang w:val="nl-NL"/>
        </w:rPr>
        <w:t xml:space="preserve"> Vorig nummer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Maar....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 xml:space="preserve">Gebruik liever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>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Bijvoorbeeld: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 xml:space="preserve">"Speel </w:t>
      </w:r>
      <w:proofErr w:type="spellStart"/>
      <w:r w:rsidRPr="000A63D8">
        <w:rPr>
          <w:lang w:val="nl-NL"/>
        </w:rPr>
        <w:t>Eagles</w:t>
      </w:r>
      <w:proofErr w:type="spellEnd"/>
      <w:r w:rsidRPr="000A63D8">
        <w:rPr>
          <w:lang w:val="nl-NL"/>
        </w:rPr>
        <w:t>."</w:t>
      </w:r>
      <w:r w:rsidR="00D03AEE">
        <w:rPr>
          <w:lang w:val="nl-NL"/>
        </w:rPr>
        <w:t xml:space="preserve"> </w:t>
      </w:r>
      <w:r w:rsidR="00D03AEE" w:rsidRPr="000A63D8">
        <w:rPr>
          <w:lang w:val="nl-NL"/>
        </w:rPr>
        <w:t>O</w:t>
      </w:r>
      <w:r w:rsidRPr="000A63D8">
        <w:rPr>
          <w:lang w:val="nl-NL"/>
        </w:rPr>
        <w:t>f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"Speel mijn afspeellijst Camper."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Dat is veiliger.</w:t>
      </w:r>
    </w:p>
    <w:p w14:paraId="523BD88D" w14:textId="77777777" w:rsidR="000A63D8" w:rsidRPr="000A63D8" w:rsidRDefault="000A63D8" w:rsidP="00D03AEE">
      <w:pPr>
        <w:pStyle w:val="Kop1"/>
        <w:rPr>
          <w:lang w:val="nl-NL"/>
        </w:rPr>
      </w:pPr>
      <w:r w:rsidRPr="000A63D8">
        <w:rPr>
          <w:lang w:val="nl-NL"/>
        </w:rPr>
        <w:t>4.11 Berichten</w:t>
      </w:r>
    </w:p>
    <w:p w14:paraId="04F3EFD9" w14:textId="41B3A7EC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Wanneer er een bericht binnenkomt: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Je krijgt niet meteen een groot scherm vol tekst.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Apple doet dat expres.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Je ziet alleen een melding.</w:t>
      </w:r>
      <w:r w:rsidR="00D03AEE">
        <w:rPr>
          <w:lang w:val="nl-NL"/>
        </w:rPr>
        <w:t xml:space="preserve">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vraagt vervolgens: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"Wil je het bericht horen?"</w:t>
      </w:r>
    </w:p>
    <w:p w14:paraId="128B5711" w14:textId="71188708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antwoordt: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"Ja."</w:t>
      </w:r>
      <w:r w:rsidR="00D03AEE">
        <w:rPr>
          <w:lang w:val="nl-NL"/>
        </w:rPr>
        <w:t xml:space="preserve">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leest het voor.</w:t>
      </w:r>
    </w:p>
    <w:p w14:paraId="0DC566A6" w14:textId="77777777" w:rsidR="000A63D8" w:rsidRPr="000A63D8" w:rsidRDefault="000A63D8" w:rsidP="00D03AEE">
      <w:pPr>
        <w:pStyle w:val="Kop1"/>
        <w:rPr>
          <w:lang w:val="nl-NL"/>
        </w:rPr>
      </w:pPr>
      <w:r w:rsidRPr="000A63D8">
        <w:rPr>
          <w:lang w:val="nl-NL"/>
        </w:rPr>
        <w:t>4.12 De agenda</w:t>
      </w:r>
    </w:p>
    <w:p w14:paraId="11713D30" w14:textId="6D1FA682" w:rsidR="000A63D8" w:rsidRPr="000A63D8" w:rsidRDefault="000A63D8" w:rsidP="00A248D5">
      <w:pPr>
        <w:spacing w:after="0"/>
        <w:rPr>
          <w:lang w:val="nl-NL"/>
        </w:rPr>
      </w:pP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kan ook je agenda tonen.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Bijvoorbeeld:</w:t>
      </w:r>
      <w:r w:rsidR="00D03AEE">
        <w:rPr>
          <w:lang w:val="nl-NL"/>
        </w:rPr>
        <w:t xml:space="preserve"> </w:t>
      </w:r>
      <w:proofErr w:type="gramStart"/>
      <w:r w:rsidRPr="000A63D8">
        <w:rPr>
          <w:lang w:val="nl-NL"/>
        </w:rPr>
        <w:t>15:00</w:t>
      </w:r>
      <w:r w:rsidR="00D03AEE">
        <w:rPr>
          <w:lang w:val="nl-NL"/>
        </w:rPr>
        <w:t xml:space="preserve">  </w:t>
      </w:r>
      <w:r w:rsidRPr="000A63D8">
        <w:rPr>
          <w:lang w:val="nl-NL"/>
        </w:rPr>
        <w:t>Camping</w:t>
      </w:r>
      <w:proofErr w:type="gramEnd"/>
      <w:r w:rsidRPr="000A63D8">
        <w:rPr>
          <w:lang w:val="nl-NL"/>
        </w:rPr>
        <w:t xml:space="preserve"> Les </w:t>
      </w:r>
      <w:proofErr w:type="spellStart"/>
      <w:r w:rsidRPr="000A63D8">
        <w:rPr>
          <w:lang w:val="nl-NL"/>
        </w:rPr>
        <w:t>Trois</w:t>
      </w:r>
      <w:proofErr w:type="spellEnd"/>
      <w:r w:rsidRPr="000A63D8">
        <w:rPr>
          <w:lang w:val="nl-NL"/>
        </w:rPr>
        <w:t xml:space="preserve"> </w:t>
      </w:r>
      <w:proofErr w:type="spellStart"/>
      <w:r w:rsidRPr="000A63D8">
        <w:rPr>
          <w:lang w:val="nl-NL"/>
        </w:rPr>
        <w:t>Lacs</w:t>
      </w:r>
      <w:proofErr w:type="spellEnd"/>
    </w:p>
    <w:p w14:paraId="2CFC7407" w14:textId="43CC868A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Tik erop.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Je kunt direct navigeren.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Dat is ideaal tijdens vakanties.</w:t>
      </w:r>
    </w:p>
    <w:p w14:paraId="3FB3FCF0" w14:textId="77777777" w:rsidR="000A63D8" w:rsidRPr="000A63D8" w:rsidRDefault="000A63D8" w:rsidP="00D03AEE">
      <w:pPr>
        <w:pStyle w:val="Kop1"/>
        <w:rPr>
          <w:lang w:val="nl-NL"/>
        </w:rPr>
      </w:pPr>
      <w:r w:rsidRPr="000A63D8">
        <w:rPr>
          <w:lang w:val="nl-NL"/>
        </w:rPr>
        <w:t>4.13 Donkere en lichte weergave</w:t>
      </w:r>
    </w:p>
    <w:p w14:paraId="3CD26817" w14:textId="122E7F4B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Overdag gebruikt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meestal een licht scherm.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's Avonds schakelt hij automatisch naar donker.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Dat voorkomt verblinding.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Je hoeft daar meestal niets voor in te stellen.</w:t>
      </w:r>
    </w:p>
    <w:p w14:paraId="0CD041FE" w14:textId="77777777" w:rsidR="000A63D8" w:rsidRPr="000A63D8" w:rsidRDefault="000A63D8" w:rsidP="00D03AEE">
      <w:pPr>
        <w:pStyle w:val="Kop1"/>
        <w:rPr>
          <w:lang w:val="nl-NL"/>
        </w:rPr>
      </w:pPr>
      <w:r w:rsidRPr="000A63D8">
        <w:rPr>
          <w:lang w:val="nl-NL"/>
        </w:rPr>
        <w:t>4.14 Apps verplaatsen</w:t>
      </w:r>
    </w:p>
    <w:p w14:paraId="40D73672" w14:textId="4A9C942B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Misschien wil jij: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 xml:space="preserve">Google </w:t>
      </w:r>
      <w:proofErr w:type="spellStart"/>
      <w:r w:rsidRPr="000A63D8">
        <w:rPr>
          <w:lang w:val="nl-NL"/>
        </w:rPr>
        <w:t>Maps</w:t>
      </w:r>
      <w:proofErr w:type="spellEnd"/>
      <w:r w:rsidRPr="000A63D8">
        <w:rPr>
          <w:lang w:val="nl-NL"/>
        </w:rPr>
        <w:t xml:space="preserve"> bovenaan.</w:t>
      </w:r>
      <w:r w:rsidR="00D03AEE">
        <w:rPr>
          <w:lang w:val="nl-NL"/>
        </w:rPr>
        <w:t xml:space="preserve"> </w:t>
      </w:r>
      <w:proofErr w:type="spellStart"/>
      <w:r w:rsidRPr="000A63D8">
        <w:rPr>
          <w:lang w:val="nl-NL"/>
        </w:rPr>
        <w:t>Spotify</w:t>
      </w:r>
      <w:proofErr w:type="spellEnd"/>
      <w:r w:rsidRPr="000A63D8">
        <w:rPr>
          <w:lang w:val="nl-NL"/>
        </w:rPr>
        <w:t xml:space="preserve"> daarnaast.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WhatsApp iets lager.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Dat kan.</w:t>
      </w:r>
    </w:p>
    <w:p w14:paraId="028234F1" w14:textId="03E85A65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Op de iPhone:</w:t>
      </w:r>
      <w:r w:rsidR="00D03AEE">
        <w:rPr>
          <w:lang w:val="nl-NL"/>
        </w:rPr>
        <w:t xml:space="preserve"> </w:t>
      </w:r>
      <w:r w:rsidRPr="000A63D8">
        <w:rPr>
          <w:b/>
          <w:bCs/>
          <w:lang w:val="nl-NL"/>
        </w:rPr>
        <w:t>Instellingen</w:t>
      </w:r>
      <w:r w:rsidR="00D03AEE">
        <w:rPr>
          <w:b/>
          <w:bCs/>
          <w:lang w:val="nl-NL"/>
        </w:rPr>
        <w:t xml:space="preserve"> </w:t>
      </w:r>
      <w:r w:rsidR="00D03AEE" w:rsidRPr="00D03AEE">
        <w:rPr>
          <w:b/>
          <w:bCs/>
          <w:lang w:val="nl-NL"/>
        </w:rPr>
        <w:sym w:font="Wingdings" w:char="F0E0"/>
      </w:r>
      <w:r w:rsidR="00D03AEE">
        <w:rPr>
          <w:b/>
          <w:bCs/>
          <w:lang w:val="nl-NL"/>
        </w:rPr>
        <w:t xml:space="preserve"> </w:t>
      </w:r>
      <w:r w:rsidRPr="000A63D8">
        <w:rPr>
          <w:b/>
          <w:bCs/>
          <w:lang w:val="nl-NL"/>
        </w:rPr>
        <w:t>Algemeen</w:t>
      </w:r>
      <w:r w:rsidR="00D03AEE">
        <w:rPr>
          <w:b/>
          <w:bCs/>
          <w:lang w:val="nl-NL"/>
        </w:rPr>
        <w:t xml:space="preserve"> </w:t>
      </w:r>
      <w:r w:rsidR="00D03AEE" w:rsidRPr="00D03AEE">
        <w:rPr>
          <w:b/>
          <w:bCs/>
          <w:lang w:val="nl-NL"/>
        </w:rPr>
        <w:sym w:font="Wingdings" w:char="F0E0"/>
      </w:r>
      <w:r w:rsidR="00D03AEE">
        <w:rPr>
          <w:b/>
          <w:bCs/>
          <w:lang w:val="nl-NL"/>
        </w:rPr>
        <w:t xml:space="preserve"> </w:t>
      </w:r>
      <w:proofErr w:type="spellStart"/>
      <w:r w:rsidRPr="000A63D8">
        <w:rPr>
          <w:b/>
          <w:bCs/>
          <w:lang w:val="nl-NL"/>
        </w:rPr>
        <w:t>CarPlay</w:t>
      </w:r>
      <w:proofErr w:type="spellEnd"/>
      <w:r w:rsidR="00D03AEE">
        <w:rPr>
          <w:b/>
          <w:bCs/>
          <w:lang w:val="nl-NL"/>
        </w:rPr>
        <w:t xml:space="preserve"> </w:t>
      </w:r>
      <w:r w:rsidR="00D03AEE" w:rsidRPr="00D03AEE">
        <w:rPr>
          <w:b/>
          <w:bCs/>
          <w:lang w:val="nl-NL"/>
        </w:rPr>
        <w:sym w:font="Wingdings" w:char="F0E0"/>
      </w:r>
      <w:r w:rsidR="00D03AEE">
        <w:rPr>
          <w:b/>
          <w:bCs/>
          <w:lang w:val="nl-NL"/>
        </w:rPr>
        <w:t xml:space="preserve"> </w:t>
      </w:r>
      <w:proofErr w:type="spellStart"/>
      <w:r w:rsidRPr="000A63D8">
        <w:rPr>
          <w:b/>
          <w:bCs/>
          <w:lang w:val="nl-NL"/>
        </w:rPr>
        <w:t>Pioneer</w:t>
      </w:r>
      <w:proofErr w:type="spellEnd"/>
      <w:r w:rsidRPr="000A63D8">
        <w:rPr>
          <w:b/>
          <w:bCs/>
          <w:lang w:val="nl-NL"/>
        </w:rPr>
        <w:t xml:space="preserve"> SPH-DA77DAB</w:t>
      </w:r>
      <w:r w:rsidR="00D03AEE">
        <w:rPr>
          <w:b/>
          <w:bCs/>
          <w:lang w:val="nl-NL"/>
        </w:rPr>
        <w:t xml:space="preserve"> </w:t>
      </w:r>
      <w:r w:rsidR="00D03AEE" w:rsidRPr="00D03AEE">
        <w:rPr>
          <w:b/>
          <w:bCs/>
          <w:lang w:val="nl-NL"/>
        </w:rPr>
        <w:sym w:font="Wingdings" w:char="F0E0"/>
      </w:r>
      <w:r w:rsidR="00D03AEE">
        <w:rPr>
          <w:b/>
          <w:bCs/>
          <w:lang w:val="nl-NL"/>
        </w:rPr>
        <w:t xml:space="preserve"> </w:t>
      </w:r>
      <w:r w:rsidRPr="000A63D8">
        <w:rPr>
          <w:b/>
          <w:bCs/>
          <w:lang w:val="nl-NL"/>
        </w:rPr>
        <w:t>Pas apps aan</w:t>
      </w:r>
    </w:p>
    <w:p w14:paraId="20ECEE05" w14:textId="558485EF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lastRenderedPageBreak/>
        <w:t>Je kunt nu apps slepen.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Maak het scherm zoals jij prettig vindt.</w:t>
      </w:r>
    </w:p>
    <w:p w14:paraId="47846000" w14:textId="77777777" w:rsidR="000A63D8" w:rsidRPr="000A63D8" w:rsidRDefault="000A63D8" w:rsidP="00D03AEE">
      <w:pPr>
        <w:pStyle w:val="Kop1"/>
        <w:rPr>
          <w:lang w:val="nl-NL"/>
        </w:rPr>
      </w:pPr>
      <w:r w:rsidRPr="000A63D8">
        <w:rPr>
          <w:lang w:val="nl-NL"/>
        </w:rPr>
        <w:t>4.15 Mijn persoonlijke advies</w:t>
      </w:r>
    </w:p>
    <w:p w14:paraId="3C63CAEC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Voor jouw gebruik (camperreizen door Europa) zou ik de eerste pagina zo indelen:</w:t>
      </w:r>
    </w:p>
    <w:p w14:paraId="5B6CA14A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Symbol" w:hAnsi="Segoe UI Symbol" w:cs="Segoe UI Symbol"/>
          <w:lang w:val="nl-NL"/>
        </w:rPr>
        <w:t>🗺</w:t>
      </w:r>
      <w:r w:rsidRPr="000A63D8">
        <w:rPr>
          <w:lang w:val="nl-NL"/>
        </w:rPr>
        <w:t xml:space="preserve">️ Google </w:t>
      </w:r>
      <w:proofErr w:type="spellStart"/>
      <w:r w:rsidRPr="000A63D8">
        <w:rPr>
          <w:lang w:val="nl-NL"/>
        </w:rPr>
        <w:t>Maps</w:t>
      </w:r>
      <w:proofErr w:type="spellEnd"/>
    </w:p>
    <w:p w14:paraId="1D7C4308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🎵</w:t>
      </w:r>
      <w:r w:rsidRPr="000A63D8">
        <w:rPr>
          <w:lang w:val="nl-NL"/>
        </w:rPr>
        <w:t xml:space="preserve"> </w:t>
      </w:r>
      <w:proofErr w:type="spellStart"/>
      <w:r w:rsidRPr="000A63D8">
        <w:rPr>
          <w:lang w:val="nl-NL"/>
        </w:rPr>
        <w:t>Spotify</w:t>
      </w:r>
      <w:proofErr w:type="spellEnd"/>
    </w:p>
    <w:p w14:paraId="645E7BB7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📞</w:t>
      </w:r>
      <w:r w:rsidRPr="000A63D8">
        <w:rPr>
          <w:lang w:val="nl-NL"/>
        </w:rPr>
        <w:t xml:space="preserve"> Telefoon</w:t>
      </w:r>
    </w:p>
    <w:p w14:paraId="48EDC783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💬</w:t>
      </w:r>
      <w:r w:rsidRPr="000A63D8">
        <w:rPr>
          <w:lang w:val="nl-NL"/>
        </w:rPr>
        <w:t xml:space="preserve"> Berichten</w:t>
      </w:r>
    </w:p>
    <w:p w14:paraId="0D66D70E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Symbol" w:hAnsi="Segoe UI Symbol" w:cs="Segoe UI Symbol"/>
          <w:lang w:val="nl-NL"/>
        </w:rPr>
        <w:t>🏕</w:t>
      </w:r>
      <w:r w:rsidRPr="000A63D8">
        <w:rPr>
          <w:lang w:val="nl-NL"/>
        </w:rPr>
        <w:t>️ Campercontact</w:t>
      </w:r>
    </w:p>
    <w:p w14:paraId="7BE5A0C2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🚐</w:t>
      </w:r>
      <w:r w:rsidRPr="000A63D8">
        <w:rPr>
          <w:lang w:val="nl-NL"/>
        </w:rPr>
        <w:t xml:space="preserve"> Park4Night</w:t>
      </w:r>
    </w:p>
    <w:p w14:paraId="671008BF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📅</w:t>
      </w:r>
      <w:r w:rsidRPr="000A63D8">
        <w:rPr>
          <w:lang w:val="nl-NL"/>
        </w:rPr>
        <w:t xml:space="preserve"> Agenda</w:t>
      </w:r>
    </w:p>
    <w:p w14:paraId="606E9C9F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Symbol" w:hAnsi="Segoe UI Symbol" w:cs="Segoe UI Symbol"/>
          <w:lang w:val="nl-NL"/>
        </w:rPr>
        <w:t>⚙</w:t>
      </w:r>
      <w:r w:rsidRPr="000A63D8">
        <w:rPr>
          <w:lang w:val="nl-NL"/>
        </w:rPr>
        <w:t>️ Instellingen</w:t>
      </w:r>
    </w:p>
    <w:p w14:paraId="2E87EAD7" w14:textId="6EDF78CA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Waarom?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Omdat je deze tijdens een reis het vaakst gebruikt.</w:t>
      </w:r>
    </w:p>
    <w:p w14:paraId="20E28459" w14:textId="77777777" w:rsidR="000A63D8" w:rsidRPr="000A63D8" w:rsidRDefault="000A63D8" w:rsidP="00D03AEE">
      <w:pPr>
        <w:pStyle w:val="Kop1"/>
        <w:rPr>
          <w:lang w:val="nl-NL"/>
        </w:rPr>
      </w:pPr>
      <w:r w:rsidRPr="000A63D8">
        <w:rPr>
          <w:lang w:val="nl-NL"/>
        </w:rPr>
        <w:t>4.16 Wat gebeurt er als je uitstapt?</w:t>
      </w:r>
    </w:p>
    <w:p w14:paraId="0607919D" w14:textId="595E89FE" w:rsidR="000A63D8" w:rsidRPr="000A63D8" w:rsidRDefault="000A63D8" w:rsidP="00D03AEE">
      <w:p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Zet je de camper uit?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 xml:space="preserve">Dan onthoudt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>: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je route;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je muziek;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je laatste app.</w:t>
      </w:r>
    </w:p>
    <w:p w14:paraId="6B69F6DE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Wanneer je later weer instapt, kun je meestal verder waar je gebleven was.</w:t>
      </w:r>
    </w:p>
    <w:p w14:paraId="051D714E" w14:textId="77777777" w:rsidR="00D03AEE" w:rsidRDefault="00D03AEE" w:rsidP="00A248D5">
      <w:pPr>
        <w:spacing w:after="0"/>
        <w:rPr>
          <w:b/>
          <w:bCs/>
          <w:lang w:val="nl-NL"/>
        </w:rPr>
      </w:pPr>
    </w:p>
    <w:p w14:paraId="7406D563" w14:textId="395175B5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Praktijkoefening</w:t>
      </w:r>
    </w:p>
    <w:p w14:paraId="45353299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Neem 10 minuten de tijd en voer de volgende stappen uit:</w:t>
      </w:r>
    </w:p>
    <w:p w14:paraId="24E2E655" w14:textId="77777777" w:rsidR="000A63D8" w:rsidRPr="000A63D8" w:rsidRDefault="000A63D8" w:rsidP="00A248D5">
      <w:pPr>
        <w:numPr>
          <w:ilvl w:val="0"/>
          <w:numId w:val="28"/>
        </w:numPr>
        <w:spacing w:after="0"/>
        <w:rPr>
          <w:lang w:val="nl-NL"/>
        </w:rPr>
      </w:pPr>
      <w:r w:rsidRPr="000A63D8">
        <w:rPr>
          <w:lang w:val="nl-NL"/>
        </w:rPr>
        <w:t xml:space="preserve">Start 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en wacht tot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verschijnt.</w:t>
      </w:r>
    </w:p>
    <w:p w14:paraId="2FAB210C" w14:textId="77777777" w:rsidR="000A63D8" w:rsidRPr="000A63D8" w:rsidRDefault="000A63D8" w:rsidP="00A248D5">
      <w:pPr>
        <w:numPr>
          <w:ilvl w:val="0"/>
          <w:numId w:val="28"/>
        </w:numPr>
        <w:spacing w:after="0"/>
        <w:rPr>
          <w:lang w:val="nl-NL"/>
        </w:rPr>
      </w:pPr>
      <w:r w:rsidRPr="000A63D8">
        <w:rPr>
          <w:lang w:val="nl-NL"/>
        </w:rPr>
        <w:t xml:space="preserve">Open Google </w:t>
      </w:r>
      <w:proofErr w:type="spellStart"/>
      <w:r w:rsidRPr="000A63D8">
        <w:rPr>
          <w:lang w:val="nl-NL"/>
        </w:rPr>
        <w:t>Maps</w:t>
      </w:r>
      <w:proofErr w:type="spellEnd"/>
      <w:r w:rsidRPr="000A63D8">
        <w:rPr>
          <w:lang w:val="nl-NL"/>
        </w:rPr>
        <w:t>.</w:t>
      </w:r>
    </w:p>
    <w:p w14:paraId="531F9EDA" w14:textId="77777777" w:rsidR="000A63D8" w:rsidRPr="000A63D8" w:rsidRDefault="000A63D8" w:rsidP="00A248D5">
      <w:pPr>
        <w:numPr>
          <w:ilvl w:val="0"/>
          <w:numId w:val="28"/>
        </w:numPr>
        <w:spacing w:after="0"/>
        <w:rPr>
          <w:lang w:val="nl-NL"/>
        </w:rPr>
      </w:pPr>
      <w:r w:rsidRPr="000A63D8">
        <w:rPr>
          <w:lang w:val="nl-NL"/>
        </w:rPr>
        <w:t>Ga terug naar het beginscherm.</w:t>
      </w:r>
    </w:p>
    <w:p w14:paraId="7F1DF4B2" w14:textId="77777777" w:rsidR="000A63D8" w:rsidRPr="000A63D8" w:rsidRDefault="000A63D8" w:rsidP="00A248D5">
      <w:pPr>
        <w:numPr>
          <w:ilvl w:val="0"/>
          <w:numId w:val="28"/>
        </w:numPr>
        <w:spacing w:after="0"/>
        <w:rPr>
          <w:lang w:val="nl-NL"/>
        </w:rPr>
      </w:pPr>
      <w:r w:rsidRPr="000A63D8">
        <w:rPr>
          <w:lang w:val="nl-NL"/>
        </w:rPr>
        <w:t xml:space="preserve">Open </w:t>
      </w:r>
      <w:proofErr w:type="spellStart"/>
      <w:r w:rsidRPr="000A63D8">
        <w:rPr>
          <w:lang w:val="nl-NL"/>
        </w:rPr>
        <w:t>Spotify</w:t>
      </w:r>
      <w:proofErr w:type="spellEnd"/>
      <w:r w:rsidRPr="000A63D8">
        <w:rPr>
          <w:lang w:val="nl-NL"/>
        </w:rPr>
        <w:t xml:space="preserve"> (of Apple Music).</w:t>
      </w:r>
    </w:p>
    <w:p w14:paraId="3B415942" w14:textId="77777777" w:rsidR="000A63D8" w:rsidRPr="000A63D8" w:rsidRDefault="000A63D8" w:rsidP="00A248D5">
      <w:pPr>
        <w:numPr>
          <w:ilvl w:val="0"/>
          <w:numId w:val="28"/>
        </w:numPr>
        <w:spacing w:after="0"/>
        <w:rPr>
          <w:lang w:val="nl-NL"/>
        </w:rPr>
      </w:pPr>
      <w:r w:rsidRPr="000A63D8">
        <w:rPr>
          <w:lang w:val="nl-NL"/>
        </w:rPr>
        <w:t>Ga terug naar het beginscherm.</w:t>
      </w:r>
    </w:p>
    <w:p w14:paraId="550A17E9" w14:textId="77777777" w:rsidR="000A63D8" w:rsidRPr="000A63D8" w:rsidRDefault="000A63D8" w:rsidP="00A248D5">
      <w:pPr>
        <w:numPr>
          <w:ilvl w:val="0"/>
          <w:numId w:val="28"/>
        </w:numPr>
        <w:spacing w:after="0"/>
        <w:rPr>
          <w:lang w:val="nl-NL"/>
        </w:rPr>
      </w:pPr>
      <w:r w:rsidRPr="000A63D8">
        <w:rPr>
          <w:lang w:val="nl-NL"/>
        </w:rPr>
        <w:t>Zoek het Dashboard en bekijk welke informatie erop staat.</w:t>
      </w:r>
    </w:p>
    <w:p w14:paraId="7F4424CD" w14:textId="77777777" w:rsidR="000A63D8" w:rsidRPr="000A63D8" w:rsidRDefault="000A63D8" w:rsidP="00A248D5">
      <w:pPr>
        <w:numPr>
          <w:ilvl w:val="0"/>
          <w:numId w:val="28"/>
        </w:numPr>
        <w:spacing w:after="0"/>
        <w:rPr>
          <w:lang w:val="nl-NL"/>
        </w:rPr>
      </w:pPr>
      <w:r w:rsidRPr="000A63D8">
        <w:rPr>
          <w:lang w:val="nl-NL"/>
        </w:rPr>
        <w:t>Wissel een paar keer tussen Kaarten en Muziek.</w:t>
      </w:r>
    </w:p>
    <w:p w14:paraId="7444C089" w14:textId="77777777" w:rsidR="000A63D8" w:rsidRPr="000A63D8" w:rsidRDefault="000A63D8" w:rsidP="00A248D5">
      <w:pPr>
        <w:numPr>
          <w:ilvl w:val="0"/>
          <w:numId w:val="28"/>
        </w:numPr>
        <w:spacing w:after="0"/>
        <w:rPr>
          <w:lang w:val="nl-NL"/>
        </w:rPr>
      </w:pPr>
      <w:r w:rsidRPr="000A63D8">
        <w:rPr>
          <w:lang w:val="nl-NL"/>
        </w:rPr>
        <w:t>Oefen met de Home-knop totdat je hem automatisch gebruikt.</w:t>
      </w:r>
    </w:p>
    <w:p w14:paraId="0C9B2F8C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Het doel is dat je niet meer hoeft na te denken over de bediening.</w:t>
      </w:r>
    </w:p>
    <w:p w14:paraId="5825333E" w14:textId="77777777" w:rsidR="00D03AEE" w:rsidRDefault="00D03AEE">
      <w:pPr>
        <w:rPr>
          <w:b/>
          <w:bCs/>
          <w:lang w:val="nl-NL"/>
        </w:rPr>
      </w:pPr>
      <w:r>
        <w:rPr>
          <w:b/>
          <w:bCs/>
          <w:lang w:val="nl-NL"/>
        </w:rPr>
        <w:br w:type="page"/>
      </w:r>
    </w:p>
    <w:p w14:paraId="268B4542" w14:textId="0053B4C4" w:rsidR="000A63D8" w:rsidRPr="000A63D8" w:rsidRDefault="000A63D8" w:rsidP="00D03AEE">
      <w:pPr>
        <w:pStyle w:val="Titel"/>
      </w:pPr>
      <w:r w:rsidRPr="000A63D8">
        <w:lastRenderedPageBreak/>
        <w:t>5</w:t>
      </w:r>
      <w:r w:rsidR="00D03AEE">
        <w:t>.</w:t>
      </w:r>
      <w:r w:rsidRPr="000A63D8">
        <w:t xml:space="preserve"> Navigeren als een professional</w:t>
      </w:r>
    </w:p>
    <w:p w14:paraId="0C22BA3F" w14:textId="77777777" w:rsidR="000A63D8" w:rsidRPr="000A63D8" w:rsidRDefault="000A63D8" w:rsidP="00D03AEE">
      <w:pPr>
        <w:pStyle w:val="Kop1"/>
        <w:rPr>
          <w:lang w:val="nl-NL"/>
        </w:rPr>
      </w:pPr>
      <w:r w:rsidRPr="000A63D8">
        <w:rPr>
          <w:lang w:val="nl-NL"/>
        </w:rPr>
        <w:t>5.1 Welke navigatie-app moet ik gebruiken?</w:t>
      </w:r>
    </w:p>
    <w:p w14:paraId="2B4FB5D7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hebt eigenlijk drie uitstekende keuzes.</w:t>
      </w:r>
    </w:p>
    <w:p w14:paraId="2BFFC05D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 xml:space="preserve">1. Apple Kaarten </w:t>
      </w:r>
      <w:r w:rsidRPr="000A63D8">
        <w:rPr>
          <w:rFonts w:ascii="Segoe UI Emoji" w:hAnsi="Segoe UI Emoji" w:cs="Segoe UI Emoji"/>
          <w:b/>
          <w:bCs/>
          <w:lang w:val="nl-NL"/>
        </w:rPr>
        <w:t>🍏</w:t>
      </w:r>
    </w:p>
    <w:p w14:paraId="27872640" w14:textId="5DF52753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Voordelen</w:t>
      </w:r>
      <w:r w:rsidR="00D03AEE">
        <w:rPr>
          <w:b/>
          <w:bCs/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✅</w:t>
      </w:r>
      <w:r w:rsidRPr="000A63D8">
        <w:rPr>
          <w:lang w:val="nl-NL"/>
        </w:rPr>
        <w:t xml:space="preserve"> Heel eenvoudig.</w:t>
      </w:r>
      <w:r w:rsidR="00D03AEE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✅</w:t>
      </w:r>
      <w:r w:rsidRPr="000A63D8">
        <w:rPr>
          <w:lang w:val="nl-NL"/>
        </w:rPr>
        <w:t xml:space="preserve"> Mooi scherm.</w:t>
      </w:r>
      <w:r w:rsidR="00D03AEE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✅</w:t>
      </w:r>
      <w:r w:rsidRPr="000A63D8">
        <w:rPr>
          <w:lang w:val="nl-NL"/>
        </w:rPr>
        <w:t xml:space="preserve"> Werkt perfect met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>.</w:t>
      </w:r>
      <w:r w:rsidR="00D03AEE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✅</w:t>
      </w:r>
      <w:r w:rsidRPr="000A63D8">
        <w:rPr>
          <w:lang w:val="nl-NL"/>
        </w:rPr>
        <w:t xml:space="preserve"> Rustige aanwijzingen.</w:t>
      </w:r>
    </w:p>
    <w:p w14:paraId="7E0E00C1" w14:textId="0DC7584F" w:rsidR="000A63D8" w:rsidRPr="000A63D8" w:rsidRDefault="000A63D8" w:rsidP="00D03AEE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Nadelen</w:t>
      </w:r>
      <w:r w:rsidR="00D03AEE">
        <w:rPr>
          <w:b/>
          <w:bCs/>
          <w:lang w:val="nl-NL"/>
        </w:rPr>
        <w:t xml:space="preserve"> </w:t>
      </w:r>
      <w:r w:rsidRPr="000A63D8">
        <w:rPr>
          <w:lang w:val="nl-NL"/>
        </w:rPr>
        <w:t>Minder informatie over campings.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 xml:space="preserve">Minder mogelijkheden dan Google </w:t>
      </w:r>
      <w:proofErr w:type="spellStart"/>
      <w:r w:rsidRPr="000A63D8">
        <w:rPr>
          <w:lang w:val="nl-NL"/>
        </w:rPr>
        <w:t>Maps</w:t>
      </w:r>
      <w:proofErr w:type="spellEnd"/>
      <w:r w:rsidRPr="000A63D8">
        <w:rPr>
          <w:lang w:val="nl-NL"/>
        </w:rPr>
        <w:t>.</w:t>
      </w:r>
    </w:p>
    <w:p w14:paraId="01C12C85" w14:textId="49BD107B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Mijn advies</w:t>
      </w:r>
      <w:r w:rsidR="00D03AEE">
        <w:rPr>
          <w:b/>
          <w:bCs/>
          <w:lang w:val="nl-NL"/>
        </w:rPr>
        <w:t xml:space="preserve"> </w:t>
      </w:r>
      <w:r w:rsidR="00D03AEE" w:rsidRPr="00D03AEE">
        <w:rPr>
          <w:b/>
          <w:bCs/>
          <w:lang w:val="nl-NL"/>
        </w:rPr>
        <w:sym w:font="Wingdings" w:char="F0E0"/>
      </w:r>
      <w:r w:rsidR="00D03AEE">
        <w:rPr>
          <w:b/>
          <w:bCs/>
          <w:lang w:val="nl-NL"/>
        </w:rPr>
        <w:t xml:space="preserve"> </w:t>
      </w:r>
      <w:r w:rsidRPr="000A63D8">
        <w:rPr>
          <w:lang w:val="nl-NL"/>
        </w:rPr>
        <w:t>Ideaal voor dagelijks gebruik.</w:t>
      </w:r>
    </w:p>
    <w:p w14:paraId="67F576F0" w14:textId="77777777" w:rsidR="00D03AEE" w:rsidRDefault="00D03AEE" w:rsidP="00A248D5">
      <w:pPr>
        <w:spacing w:after="0"/>
        <w:rPr>
          <w:b/>
          <w:bCs/>
          <w:lang w:val="nl-NL"/>
        </w:rPr>
      </w:pPr>
    </w:p>
    <w:p w14:paraId="21D3B23F" w14:textId="06D9AE04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 xml:space="preserve">2. Google </w:t>
      </w:r>
      <w:proofErr w:type="spellStart"/>
      <w:r w:rsidRPr="000A63D8">
        <w:rPr>
          <w:b/>
          <w:bCs/>
          <w:lang w:val="nl-NL"/>
        </w:rPr>
        <w:t>Maps</w:t>
      </w:r>
      <w:proofErr w:type="spellEnd"/>
      <w:r w:rsidRPr="000A63D8">
        <w:rPr>
          <w:b/>
          <w:bCs/>
          <w:lang w:val="nl-NL"/>
        </w:rPr>
        <w:t xml:space="preserve"> </w:t>
      </w:r>
      <w:r w:rsidRPr="000A63D8">
        <w:rPr>
          <w:rFonts w:ascii="Segoe UI Emoji" w:hAnsi="Segoe UI Emoji" w:cs="Segoe UI Emoji"/>
          <w:b/>
          <w:bCs/>
          <w:lang w:val="nl-NL"/>
        </w:rPr>
        <w:t>⭐⭐⭐⭐⭐</w:t>
      </w:r>
    </w:p>
    <w:p w14:paraId="5169EE48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Dit is mijn favoriet voor camperreizen.</w:t>
      </w:r>
    </w:p>
    <w:p w14:paraId="39AC8121" w14:textId="78DFF81D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Voordelen</w:t>
      </w:r>
      <w:r w:rsidR="00D03AEE">
        <w:rPr>
          <w:b/>
          <w:bCs/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✅</w:t>
      </w:r>
      <w:r w:rsidRPr="000A63D8">
        <w:rPr>
          <w:lang w:val="nl-NL"/>
        </w:rPr>
        <w:t xml:space="preserve"> Heel veel campings.</w:t>
      </w:r>
      <w:r w:rsidR="00D03AEE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✅</w:t>
      </w:r>
      <w:r w:rsidRPr="000A63D8">
        <w:rPr>
          <w:lang w:val="nl-NL"/>
        </w:rPr>
        <w:t xml:space="preserve"> Restaurants.</w:t>
      </w:r>
      <w:r w:rsidR="00D03AEE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✅</w:t>
      </w:r>
      <w:r w:rsidRPr="000A63D8">
        <w:rPr>
          <w:lang w:val="nl-NL"/>
        </w:rPr>
        <w:t xml:space="preserve"> Supermarkten.</w:t>
      </w:r>
      <w:r w:rsidR="00D03AEE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✅</w:t>
      </w:r>
      <w:r w:rsidRPr="000A63D8">
        <w:rPr>
          <w:lang w:val="nl-NL"/>
        </w:rPr>
        <w:t xml:space="preserve"> </w:t>
      </w:r>
      <w:proofErr w:type="gramStart"/>
      <w:r w:rsidRPr="000A63D8">
        <w:rPr>
          <w:lang w:val="nl-NL"/>
        </w:rPr>
        <w:t xml:space="preserve">Actuele </w:t>
      </w:r>
      <w:r w:rsidR="00D03AEE">
        <w:rPr>
          <w:lang w:val="nl-NL"/>
        </w:rPr>
        <w:t xml:space="preserve"> v</w:t>
      </w:r>
      <w:r w:rsidRPr="000A63D8">
        <w:rPr>
          <w:lang w:val="nl-NL"/>
        </w:rPr>
        <w:t>erkeersinformatie</w:t>
      </w:r>
      <w:proofErr w:type="gramEnd"/>
      <w:r w:rsidRPr="000A63D8">
        <w:rPr>
          <w:lang w:val="nl-NL"/>
        </w:rPr>
        <w:t>.</w:t>
      </w:r>
      <w:r w:rsidR="00D03AEE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✅</w:t>
      </w:r>
      <w:r w:rsidRPr="000A63D8">
        <w:rPr>
          <w:lang w:val="nl-NL"/>
        </w:rPr>
        <w:t xml:space="preserve"> Veel foto's en beoordelingen.</w:t>
      </w:r>
    </w:p>
    <w:p w14:paraId="45D0929C" w14:textId="3F143B78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Nadelen</w:t>
      </w:r>
      <w:r w:rsidR="00D03AEE">
        <w:rPr>
          <w:b/>
          <w:bCs/>
          <w:lang w:val="nl-NL"/>
        </w:rPr>
        <w:t xml:space="preserve"> </w:t>
      </w:r>
      <w:r w:rsidRPr="000A63D8">
        <w:rPr>
          <w:lang w:val="nl-NL"/>
        </w:rPr>
        <w:t>Vrijwel geen.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Voor de meeste mensen is dit de beste keuze.</w:t>
      </w:r>
    </w:p>
    <w:p w14:paraId="6D955298" w14:textId="063A3992" w:rsidR="000A63D8" w:rsidRPr="000A63D8" w:rsidRDefault="000A63D8" w:rsidP="00A248D5">
      <w:pPr>
        <w:spacing w:after="0"/>
        <w:rPr>
          <w:lang w:val="nl-NL"/>
        </w:rPr>
      </w:pPr>
    </w:p>
    <w:p w14:paraId="148E8EF4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 xml:space="preserve">3. </w:t>
      </w:r>
      <w:proofErr w:type="spellStart"/>
      <w:r w:rsidRPr="000A63D8">
        <w:rPr>
          <w:b/>
          <w:bCs/>
          <w:lang w:val="nl-NL"/>
        </w:rPr>
        <w:t>Waze</w:t>
      </w:r>
      <w:proofErr w:type="spellEnd"/>
      <w:r w:rsidRPr="000A63D8">
        <w:rPr>
          <w:b/>
          <w:bCs/>
          <w:lang w:val="nl-NL"/>
        </w:rPr>
        <w:t xml:space="preserve"> </w:t>
      </w:r>
      <w:r w:rsidRPr="000A63D8">
        <w:rPr>
          <w:rFonts w:ascii="Segoe UI Emoji" w:hAnsi="Segoe UI Emoji" w:cs="Segoe UI Emoji"/>
          <w:b/>
          <w:bCs/>
          <w:lang w:val="nl-NL"/>
        </w:rPr>
        <w:t>🚗</w:t>
      </w:r>
    </w:p>
    <w:p w14:paraId="3C0ED253" w14:textId="77777777" w:rsidR="000A63D8" w:rsidRPr="000A63D8" w:rsidRDefault="000A63D8" w:rsidP="00A248D5">
      <w:pPr>
        <w:spacing w:after="0"/>
        <w:rPr>
          <w:lang w:val="nl-NL"/>
        </w:rPr>
      </w:pPr>
      <w:proofErr w:type="spellStart"/>
      <w:r w:rsidRPr="000A63D8">
        <w:rPr>
          <w:lang w:val="nl-NL"/>
        </w:rPr>
        <w:t>Waze</w:t>
      </w:r>
      <w:proofErr w:type="spellEnd"/>
      <w:r w:rsidRPr="000A63D8">
        <w:rPr>
          <w:lang w:val="nl-NL"/>
        </w:rPr>
        <w:t xml:space="preserve"> is gemaakt voor automobilisten.</w:t>
      </w:r>
    </w:p>
    <w:p w14:paraId="53A984FB" w14:textId="74EF467C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Voordelen:</w:t>
      </w:r>
      <w:r w:rsidR="00D03AEE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files</w:t>
      </w:r>
      <w:r w:rsidR="00D03AEE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ongelukken</w:t>
      </w:r>
      <w:r w:rsidR="00D03AEE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flitsers</w:t>
      </w:r>
      <w:r w:rsidR="00D03AEE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politiecontroles</w:t>
      </w:r>
      <w:r w:rsidR="00D03AEE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wegwerkzaamheden</w:t>
      </w:r>
    </w:p>
    <w:p w14:paraId="295F7DC2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Tijdens lange snelwegritten is </w:t>
      </w:r>
      <w:proofErr w:type="spellStart"/>
      <w:r w:rsidRPr="000A63D8">
        <w:rPr>
          <w:lang w:val="nl-NL"/>
        </w:rPr>
        <w:t>Waze</w:t>
      </w:r>
      <w:proofErr w:type="spellEnd"/>
      <w:r w:rsidRPr="000A63D8">
        <w:rPr>
          <w:lang w:val="nl-NL"/>
        </w:rPr>
        <w:t xml:space="preserve"> uitstekend.</w:t>
      </w:r>
    </w:p>
    <w:p w14:paraId="4F683685" w14:textId="1A6FF5B1" w:rsidR="000A63D8" w:rsidRPr="000A63D8" w:rsidRDefault="000A63D8" w:rsidP="00A248D5">
      <w:pPr>
        <w:spacing w:after="0"/>
        <w:rPr>
          <w:lang w:val="nl-NL"/>
        </w:rPr>
      </w:pPr>
    </w:p>
    <w:p w14:paraId="6C006B40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Mijn advies voor jouw camper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4"/>
        <w:gridCol w:w="1344"/>
      </w:tblGrid>
      <w:tr w:rsidR="000A63D8" w:rsidRPr="000A63D8" w14:paraId="354187E9" w14:textId="77777777" w:rsidTr="000A63D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71F5568" w14:textId="77777777" w:rsidR="000A63D8" w:rsidRPr="000A63D8" w:rsidRDefault="000A63D8" w:rsidP="00A248D5">
            <w:pPr>
              <w:spacing w:after="0"/>
              <w:rPr>
                <w:b/>
                <w:bCs/>
                <w:lang w:val="nl-NL"/>
              </w:rPr>
            </w:pPr>
            <w:r w:rsidRPr="000A63D8">
              <w:rPr>
                <w:b/>
                <w:bCs/>
                <w:lang w:val="nl-NL"/>
              </w:rPr>
              <w:t>Situatie</w:t>
            </w:r>
          </w:p>
        </w:tc>
        <w:tc>
          <w:tcPr>
            <w:tcW w:w="0" w:type="auto"/>
            <w:vAlign w:val="center"/>
            <w:hideMark/>
          </w:tcPr>
          <w:p w14:paraId="381C6AFF" w14:textId="77777777" w:rsidR="000A63D8" w:rsidRPr="000A63D8" w:rsidRDefault="000A63D8" w:rsidP="00A248D5">
            <w:pPr>
              <w:spacing w:after="0"/>
              <w:rPr>
                <w:b/>
                <w:bCs/>
                <w:lang w:val="nl-NL"/>
              </w:rPr>
            </w:pPr>
            <w:r w:rsidRPr="000A63D8">
              <w:rPr>
                <w:b/>
                <w:bCs/>
                <w:lang w:val="nl-NL"/>
              </w:rPr>
              <w:t>Beste app</w:t>
            </w:r>
          </w:p>
        </w:tc>
      </w:tr>
      <w:tr w:rsidR="000A63D8" w:rsidRPr="000A63D8" w14:paraId="3C6A3B65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07D63B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Dagelijkse rit</w:t>
            </w:r>
          </w:p>
        </w:tc>
        <w:tc>
          <w:tcPr>
            <w:tcW w:w="0" w:type="auto"/>
            <w:vAlign w:val="center"/>
            <w:hideMark/>
          </w:tcPr>
          <w:p w14:paraId="7DB24E13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Apple Kaarten</w:t>
            </w:r>
          </w:p>
        </w:tc>
      </w:tr>
      <w:tr w:rsidR="000A63D8" w:rsidRPr="000A63D8" w14:paraId="1B780A46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755B58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Vakantie</w:t>
            </w:r>
          </w:p>
        </w:tc>
        <w:tc>
          <w:tcPr>
            <w:tcW w:w="0" w:type="auto"/>
            <w:vAlign w:val="center"/>
            <w:hideMark/>
          </w:tcPr>
          <w:p w14:paraId="7B3E2E02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 xml:space="preserve">Google </w:t>
            </w:r>
            <w:proofErr w:type="spellStart"/>
            <w:r w:rsidRPr="000A63D8">
              <w:rPr>
                <w:lang w:val="nl-NL"/>
              </w:rPr>
              <w:t>Maps</w:t>
            </w:r>
            <w:proofErr w:type="spellEnd"/>
          </w:p>
        </w:tc>
      </w:tr>
      <w:tr w:rsidR="000A63D8" w:rsidRPr="000A63D8" w14:paraId="65765802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2EE988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Lange snelweg</w:t>
            </w:r>
          </w:p>
        </w:tc>
        <w:tc>
          <w:tcPr>
            <w:tcW w:w="0" w:type="auto"/>
            <w:vAlign w:val="center"/>
            <w:hideMark/>
          </w:tcPr>
          <w:p w14:paraId="0DC1F8E6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proofErr w:type="spellStart"/>
            <w:r w:rsidRPr="000A63D8">
              <w:rPr>
                <w:lang w:val="nl-NL"/>
              </w:rPr>
              <w:t>Waze</w:t>
            </w:r>
            <w:proofErr w:type="spellEnd"/>
          </w:p>
        </w:tc>
      </w:tr>
    </w:tbl>
    <w:p w14:paraId="1727E78B" w14:textId="77777777" w:rsidR="000A63D8" w:rsidRPr="000A63D8" w:rsidRDefault="000A63D8" w:rsidP="00D03AEE">
      <w:pPr>
        <w:pStyle w:val="Kop1"/>
        <w:rPr>
          <w:lang w:val="nl-NL"/>
        </w:rPr>
      </w:pPr>
      <w:r w:rsidRPr="000A63D8">
        <w:rPr>
          <w:lang w:val="nl-NL"/>
        </w:rPr>
        <w:t>5.2 Een bestemming invoeren</w:t>
      </w:r>
    </w:p>
    <w:p w14:paraId="614B6F13" w14:textId="67246380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De meeste beginners doen dit: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Open Kaarten.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Tik op Zoeken.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Typ: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 xml:space="preserve">Camping </w:t>
      </w:r>
      <w:proofErr w:type="spellStart"/>
      <w:r w:rsidRPr="000A63D8">
        <w:rPr>
          <w:lang w:val="nl-NL"/>
        </w:rPr>
        <w:t>Navarre</w:t>
      </w:r>
      <w:proofErr w:type="spellEnd"/>
      <w:r w:rsidRPr="000A63D8">
        <w:rPr>
          <w:lang w:val="nl-NL"/>
        </w:rPr>
        <w:t>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Dat werkt prima.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Maar...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Er is een veel eenvoudigere manier.</w:t>
      </w:r>
    </w:p>
    <w:p w14:paraId="2E86ACE1" w14:textId="77777777" w:rsidR="000A63D8" w:rsidRPr="000A63D8" w:rsidRDefault="000A63D8" w:rsidP="00D03AEE">
      <w:pPr>
        <w:pStyle w:val="Kop1"/>
        <w:rPr>
          <w:lang w:val="nl-NL"/>
        </w:rPr>
      </w:pPr>
      <w:r w:rsidRPr="000A63D8">
        <w:rPr>
          <w:lang w:val="nl-NL"/>
        </w:rPr>
        <w:lastRenderedPageBreak/>
        <w:t xml:space="preserve">5.3 Gebruik </w:t>
      </w:r>
      <w:proofErr w:type="spellStart"/>
      <w:r w:rsidRPr="000A63D8">
        <w:rPr>
          <w:lang w:val="nl-NL"/>
        </w:rPr>
        <w:t>Siri</w:t>
      </w:r>
      <w:proofErr w:type="spellEnd"/>
    </w:p>
    <w:p w14:paraId="717CA7D2" w14:textId="77C9FCB4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Zeg gewoon: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 xml:space="preserve">"Navigeer naar Camping </w:t>
      </w:r>
      <w:proofErr w:type="spellStart"/>
      <w:r w:rsidRPr="000A63D8">
        <w:rPr>
          <w:lang w:val="nl-NL"/>
        </w:rPr>
        <w:t>Navarre</w:t>
      </w:r>
      <w:proofErr w:type="spellEnd"/>
      <w:r w:rsidRPr="000A63D8">
        <w:rPr>
          <w:lang w:val="nl-NL"/>
        </w:rPr>
        <w:t>."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Klaar.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Of: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"Breng me naar huis."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Of: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"Navigeer naar Leiden."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Dat is sneller én veiliger.</w:t>
      </w:r>
    </w:p>
    <w:p w14:paraId="500201EE" w14:textId="77777777" w:rsidR="000A63D8" w:rsidRPr="000A63D8" w:rsidRDefault="000A63D8" w:rsidP="00D03AEE">
      <w:pPr>
        <w:pStyle w:val="Kop1"/>
        <w:rPr>
          <w:lang w:val="nl-NL"/>
        </w:rPr>
      </w:pPr>
      <w:r w:rsidRPr="000A63D8">
        <w:rPr>
          <w:lang w:val="nl-NL"/>
        </w:rPr>
        <w:t>5.4 Een camping zoeken</w:t>
      </w:r>
    </w:p>
    <w:p w14:paraId="569BCB5E" w14:textId="30000B8C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Tijdens jouw campervakanties zul je dit vaak doen.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Je zegt: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"Zoek een camping."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Binnen enkele seconden zie je tientallen campings.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Nog beter: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"Zoek een camping in de buurt."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Nog specifieker: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"Zoek een camping met zwembad."</w:t>
      </w:r>
    </w:p>
    <w:p w14:paraId="71F3E00C" w14:textId="77777777" w:rsidR="000A63D8" w:rsidRPr="000A63D8" w:rsidRDefault="000A63D8" w:rsidP="00D03AEE">
      <w:pPr>
        <w:pStyle w:val="Kop1"/>
        <w:rPr>
          <w:lang w:val="nl-NL"/>
        </w:rPr>
      </w:pPr>
      <w:r w:rsidRPr="000A63D8">
        <w:rPr>
          <w:lang w:val="nl-NL"/>
        </w:rPr>
        <w:t>5.5 Een supermarkt zoeken</w:t>
      </w:r>
    </w:p>
    <w:p w14:paraId="7D04161A" w14:textId="357500E3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Onderweg: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"Zoek een Lidl."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Of: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"Zoek een Carrefour."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Of: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"Zoek een Aldi."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Je hoeft de plaatsnaam niet eens te weten.</w:t>
      </w:r>
    </w:p>
    <w:p w14:paraId="096C6109" w14:textId="77777777" w:rsidR="000A63D8" w:rsidRPr="000A63D8" w:rsidRDefault="000A63D8" w:rsidP="00D03AEE">
      <w:pPr>
        <w:pStyle w:val="Kop1"/>
        <w:rPr>
          <w:lang w:val="nl-NL"/>
        </w:rPr>
      </w:pPr>
      <w:r w:rsidRPr="000A63D8">
        <w:rPr>
          <w:lang w:val="nl-NL"/>
        </w:rPr>
        <w:t>5.6 Een tankstation zoeken</w:t>
      </w:r>
    </w:p>
    <w:p w14:paraId="00CEC836" w14:textId="42D6CB1B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Onderweg kun je </w:t>
      </w:r>
      <w:proofErr w:type="gramStart"/>
      <w:r w:rsidRPr="000A63D8">
        <w:rPr>
          <w:lang w:val="nl-NL"/>
        </w:rPr>
        <w:t>zeggen:</w:t>
      </w:r>
      <w:r w:rsidR="00D03AEE">
        <w:rPr>
          <w:lang w:val="nl-NL"/>
        </w:rPr>
        <w:t xml:space="preserve">  </w:t>
      </w:r>
      <w:r w:rsidRPr="000A63D8">
        <w:rPr>
          <w:lang w:val="nl-NL"/>
        </w:rPr>
        <w:t>"</w:t>
      </w:r>
      <w:proofErr w:type="gramEnd"/>
      <w:r w:rsidRPr="000A63D8">
        <w:rPr>
          <w:lang w:val="nl-NL"/>
        </w:rPr>
        <w:t>Zoek een tankstation."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Of: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"Zoek een Total."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Of: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"Zoek een Shell."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De navigatie past de route direct aan.</w:t>
      </w:r>
    </w:p>
    <w:p w14:paraId="17E36E27" w14:textId="77777777" w:rsidR="000A63D8" w:rsidRPr="000A63D8" w:rsidRDefault="000A63D8" w:rsidP="00D03AEE">
      <w:pPr>
        <w:pStyle w:val="Kop1"/>
        <w:rPr>
          <w:lang w:val="nl-NL"/>
        </w:rPr>
      </w:pPr>
      <w:r w:rsidRPr="000A63D8">
        <w:rPr>
          <w:lang w:val="nl-NL"/>
        </w:rPr>
        <w:t>5.7 Een tussenstop toevoegen</w:t>
      </w:r>
    </w:p>
    <w:p w14:paraId="2F3F937C" w14:textId="475A21DA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Dit is ontzettend handig.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Stel: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Je rijdt naar Lyon.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Onderweg wil je lunchen.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Je zoekt: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Restaurant.</w:t>
      </w:r>
    </w:p>
    <w:p w14:paraId="69173851" w14:textId="0D8DCFF1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De navigatie vraagt:</w:t>
      </w:r>
      <w:r w:rsidR="00D03AEE">
        <w:rPr>
          <w:lang w:val="nl-NL"/>
        </w:rPr>
        <w:t xml:space="preserve"> </w:t>
      </w:r>
      <w:r w:rsidRPr="000A63D8">
        <w:rPr>
          <w:b/>
          <w:bCs/>
          <w:lang w:val="nl-NL"/>
        </w:rPr>
        <w:t>Toevoegen aan route?</w:t>
      </w:r>
      <w:r w:rsidR="00D03AEE">
        <w:rPr>
          <w:b/>
          <w:bCs/>
          <w:lang w:val="nl-NL"/>
        </w:rPr>
        <w:t xml:space="preserve"> </w:t>
      </w:r>
      <w:r w:rsidRPr="000A63D8">
        <w:rPr>
          <w:lang w:val="nl-NL"/>
        </w:rPr>
        <w:t>Kies:</w:t>
      </w:r>
      <w:r w:rsidR="00D03AEE">
        <w:rPr>
          <w:lang w:val="nl-NL"/>
        </w:rPr>
        <w:t xml:space="preserve"> </w:t>
      </w:r>
      <w:r w:rsidRPr="000A63D8">
        <w:rPr>
          <w:b/>
          <w:bCs/>
          <w:lang w:val="nl-NL"/>
        </w:rPr>
        <w:t>Ja</w:t>
      </w:r>
      <w:r w:rsidR="00D03AEE">
        <w:rPr>
          <w:b/>
          <w:bCs/>
          <w:lang w:val="nl-NL"/>
        </w:rPr>
        <w:t xml:space="preserve"> </w:t>
      </w:r>
      <w:r w:rsidRPr="000A63D8">
        <w:rPr>
          <w:lang w:val="nl-NL"/>
        </w:rPr>
        <w:t>Je eindbestemming blijft gewoon staan.</w:t>
      </w:r>
    </w:p>
    <w:p w14:paraId="18D5DD2C" w14:textId="77777777" w:rsidR="000A63D8" w:rsidRPr="000A63D8" w:rsidRDefault="000A63D8" w:rsidP="00D03AEE">
      <w:pPr>
        <w:pStyle w:val="Kop1"/>
        <w:rPr>
          <w:lang w:val="nl-NL"/>
        </w:rPr>
      </w:pPr>
      <w:r w:rsidRPr="000A63D8">
        <w:rPr>
          <w:lang w:val="nl-NL"/>
        </w:rPr>
        <w:t>5.8 Tolwegen vermijden</w:t>
      </w:r>
    </w:p>
    <w:p w14:paraId="08EF944C" w14:textId="7B120991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In Frankrijk kan tol flink oplopen.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In de navigatie kun je meestal kiezen voor:</w:t>
      </w:r>
      <w:r w:rsidR="00D03AEE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Tolwegen vermijden.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Of:</w:t>
      </w:r>
      <w:r w:rsidR="00D03AEE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Snelwegen vermijden.</w:t>
      </w:r>
      <w:r w:rsidR="00D03AEE">
        <w:rPr>
          <w:lang w:val="nl-NL"/>
        </w:rPr>
        <w:t xml:space="preserve"> </w:t>
      </w:r>
      <w:r w:rsidRPr="000A63D8">
        <w:rPr>
          <w:lang w:val="nl-NL"/>
        </w:rPr>
        <w:t>Houd er wel rekening mee dat de route dan vaak langer duurt.</w:t>
      </w:r>
    </w:p>
    <w:p w14:paraId="583A79E9" w14:textId="77777777" w:rsidR="000A63D8" w:rsidRPr="000A63D8" w:rsidRDefault="000A63D8" w:rsidP="00D03AEE">
      <w:pPr>
        <w:pStyle w:val="Kop1"/>
        <w:rPr>
          <w:lang w:val="nl-NL"/>
        </w:rPr>
      </w:pPr>
      <w:r w:rsidRPr="000A63D8">
        <w:rPr>
          <w:lang w:val="nl-NL"/>
        </w:rPr>
        <w:t>5.9 Files vermijden</w:t>
      </w:r>
    </w:p>
    <w:p w14:paraId="7D9F0229" w14:textId="44B1C03B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Google </w:t>
      </w:r>
      <w:proofErr w:type="spellStart"/>
      <w:r w:rsidRPr="000A63D8">
        <w:rPr>
          <w:lang w:val="nl-NL"/>
        </w:rPr>
        <w:t>Maps</w:t>
      </w:r>
      <w:proofErr w:type="spellEnd"/>
      <w:r w:rsidRPr="000A63D8">
        <w:rPr>
          <w:lang w:val="nl-NL"/>
        </w:rPr>
        <w:t xml:space="preserve"> en </w:t>
      </w:r>
      <w:proofErr w:type="spellStart"/>
      <w:r w:rsidRPr="000A63D8">
        <w:rPr>
          <w:lang w:val="nl-NL"/>
        </w:rPr>
        <w:t>Waze</w:t>
      </w:r>
      <w:proofErr w:type="spellEnd"/>
      <w:r w:rsidRPr="000A63D8">
        <w:rPr>
          <w:lang w:val="nl-NL"/>
        </w:rPr>
        <w:t xml:space="preserve"> doen dit automatisch.</w:t>
      </w:r>
      <w:r w:rsidR="00030B1A">
        <w:rPr>
          <w:lang w:val="nl-NL"/>
        </w:rPr>
        <w:t xml:space="preserve"> </w:t>
      </w:r>
      <w:r w:rsidRPr="000A63D8">
        <w:rPr>
          <w:lang w:val="nl-NL"/>
        </w:rPr>
        <w:t>Zie je een rode lijn op de kaart?</w:t>
      </w:r>
      <w:r w:rsidR="00030B1A">
        <w:rPr>
          <w:lang w:val="nl-NL"/>
        </w:rPr>
        <w:t xml:space="preserve"> </w:t>
      </w:r>
      <w:proofErr w:type="gramStart"/>
      <w:r w:rsidRPr="000A63D8">
        <w:rPr>
          <w:lang w:val="nl-NL"/>
        </w:rPr>
        <w:t>Dan</w:t>
      </w:r>
      <w:proofErr w:type="gramEnd"/>
      <w:r w:rsidRPr="000A63D8">
        <w:rPr>
          <w:lang w:val="nl-NL"/>
        </w:rPr>
        <w:t xml:space="preserve"> staat daar file.</w:t>
      </w:r>
    </w:p>
    <w:p w14:paraId="5822D5CE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Vaak stelt de app een snellere route voor.</w:t>
      </w:r>
    </w:p>
    <w:p w14:paraId="4E79C1EE" w14:textId="77777777" w:rsidR="000A63D8" w:rsidRPr="000A63D8" w:rsidRDefault="000A63D8" w:rsidP="00030B1A">
      <w:pPr>
        <w:pStyle w:val="Kop1"/>
        <w:rPr>
          <w:lang w:val="nl-NL"/>
        </w:rPr>
      </w:pPr>
      <w:r w:rsidRPr="000A63D8">
        <w:rPr>
          <w:lang w:val="nl-NL"/>
        </w:rPr>
        <w:lastRenderedPageBreak/>
        <w:t>5.10 Wat betekenen de kleuren?</w:t>
      </w:r>
    </w:p>
    <w:p w14:paraId="283E39E4" w14:textId="4590B704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🟢</w:t>
      </w:r>
      <w:r w:rsidR="00030B1A">
        <w:rPr>
          <w:rFonts w:ascii="Segoe UI Emoji" w:hAnsi="Segoe UI Emoji" w:cs="Segoe UI Emoji"/>
          <w:lang w:val="nl-NL"/>
        </w:rPr>
        <w:t xml:space="preserve"> </w:t>
      </w:r>
      <w:r w:rsidRPr="000A63D8">
        <w:rPr>
          <w:lang w:val="nl-NL"/>
        </w:rPr>
        <w:t>Doorrijden.</w:t>
      </w:r>
      <w:r w:rsidR="00030B1A">
        <w:rPr>
          <w:lang w:val="nl-NL"/>
        </w:rPr>
        <w:t xml:space="preserve"> | </w:t>
      </w:r>
      <w:r w:rsidRPr="000A63D8">
        <w:rPr>
          <w:rFonts w:ascii="Segoe UI Emoji" w:hAnsi="Segoe UI Emoji" w:cs="Segoe UI Emoji"/>
          <w:lang w:val="nl-NL"/>
        </w:rPr>
        <w:t>🟠</w:t>
      </w:r>
      <w:r w:rsidR="00030B1A">
        <w:rPr>
          <w:rFonts w:ascii="Segoe UI Emoji" w:hAnsi="Segoe UI Emoji" w:cs="Segoe UI Emoji"/>
          <w:lang w:val="nl-NL"/>
        </w:rPr>
        <w:t xml:space="preserve"> </w:t>
      </w:r>
      <w:r w:rsidRPr="000A63D8">
        <w:rPr>
          <w:lang w:val="nl-NL"/>
        </w:rPr>
        <w:t>Druk verkeer.</w:t>
      </w:r>
      <w:r w:rsidR="00030B1A">
        <w:rPr>
          <w:lang w:val="nl-NL"/>
        </w:rPr>
        <w:t xml:space="preserve"> | </w:t>
      </w:r>
      <w:r w:rsidRPr="000A63D8">
        <w:rPr>
          <w:rFonts w:ascii="Segoe UI Emoji" w:hAnsi="Segoe UI Emoji" w:cs="Segoe UI Emoji"/>
          <w:lang w:val="nl-NL"/>
        </w:rPr>
        <w:t>🔴</w:t>
      </w:r>
      <w:r w:rsidR="00030B1A">
        <w:rPr>
          <w:rFonts w:ascii="Segoe UI Emoji" w:hAnsi="Segoe UI Emoji" w:cs="Segoe UI Emoji"/>
          <w:lang w:val="nl-NL"/>
        </w:rPr>
        <w:t xml:space="preserve"> </w:t>
      </w:r>
      <w:r w:rsidRPr="000A63D8">
        <w:rPr>
          <w:lang w:val="nl-NL"/>
        </w:rPr>
        <w:t>File.</w:t>
      </w:r>
      <w:r w:rsidR="00030B1A">
        <w:rPr>
          <w:lang w:val="nl-NL"/>
        </w:rPr>
        <w:t xml:space="preserve"> | </w:t>
      </w:r>
      <w:r w:rsidRPr="000A63D8">
        <w:rPr>
          <w:rFonts w:ascii="Segoe UI Emoji" w:hAnsi="Segoe UI Emoji" w:cs="Segoe UI Emoji"/>
          <w:lang w:val="nl-NL"/>
        </w:rPr>
        <w:t>⚫</w:t>
      </w:r>
      <w:r w:rsidR="00030B1A">
        <w:rPr>
          <w:rFonts w:ascii="Segoe UI Emoji" w:hAnsi="Segoe UI Emoji" w:cs="Segoe UI Emoji"/>
          <w:lang w:val="nl-NL"/>
        </w:rPr>
        <w:t xml:space="preserve"> </w:t>
      </w:r>
      <w:r w:rsidRPr="000A63D8">
        <w:rPr>
          <w:lang w:val="nl-NL"/>
        </w:rPr>
        <w:t>Afgesloten weg.</w:t>
      </w:r>
    </w:p>
    <w:p w14:paraId="00EE9E68" w14:textId="77777777" w:rsidR="000A63D8" w:rsidRPr="000A63D8" w:rsidRDefault="000A63D8" w:rsidP="00030B1A">
      <w:pPr>
        <w:pStyle w:val="Kop1"/>
        <w:rPr>
          <w:lang w:val="nl-NL"/>
        </w:rPr>
      </w:pPr>
      <w:r w:rsidRPr="000A63D8">
        <w:rPr>
          <w:lang w:val="nl-NL"/>
        </w:rPr>
        <w:t>5.11 De aankomsttijd</w:t>
      </w:r>
    </w:p>
    <w:p w14:paraId="30CA7B4E" w14:textId="076349AD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Boven of onder in beeld zie je bijvoorbeeld:</w:t>
      </w:r>
      <w:r w:rsidR="00030B1A">
        <w:rPr>
          <w:lang w:val="nl-NL"/>
        </w:rPr>
        <w:t xml:space="preserve"> </w:t>
      </w:r>
      <w:r w:rsidRPr="000A63D8">
        <w:rPr>
          <w:lang w:val="nl-NL"/>
        </w:rPr>
        <w:t>14:37</w:t>
      </w:r>
      <w:r w:rsidR="00030B1A">
        <w:rPr>
          <w:lang w:val="nl-NL"/>
        </w:rPr>
        <w:t xml:space="preserve"> </w:t>
      </w:r>
      <w:r w:rsidRPr="000A63D8">
        <w:rPr>
          <w:lang w:val="nl-NL"/>
        </w:rPr>
        <w:t>Nog 2 uur 18 minuten</w:t>
      </w:r>
      <w:r w:rsidR="00030B1A">
        <w:rPr>
          <w:lang w:val="nl-NL"/>
        </w:rPr>
        <w:t xml:space="preserve"> | </w:t>
      </w:r>
      <w:r w:rsidRPr="000A63D8">
        <w:rPr>
          <w:lang w:val="nl-NL"/>
        </w:rPr>
        <w:t>148 km</w:t>
      </w:r>
    </w:p>
    <w:p w14:paraId="5F582769" w14:textId="1A436DC5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Dat betekent:</w:t>
      </w:r>
      <w:r w:rsidR="00030B1A">
        <w:rPr>
          <w:lang w:val="nl-NL"/>
        </w:rPr>
        <w:t xml:space="preserve"> </w:t>
      </w:r>
      <w:r w:rsidRPr="000A63D8">
        <w:rPr>
          <w:lang w:val="nl-NL"/>
        </w:rPr>
        <w:t xml:space="preserve">Je komt om </w:t>
      </w:r>
      <w:r w:rsidRPr="000A63D8">
        <w:rPr>
          <w:b/>
          <w:bCs/>
          <w:lang w:val="nl-NL"/>
        </w:rPr>
        <w:t>14.37 uur</w:t>
      </w:r>
      <w:r w:rsidRPr="000A63D8">
        <w:rPr>
          <w:lang w:val="nl-NL"/>
        </w:rPr>
        <w:t xml:space="preserve"> aan.</w:t>
      </w:r>
    </w:p>
    <w:p w14:paraId="53ECD1FE" w14:textId="76A6A8C7" w:rsidR="000A63D8" w:rsidRPr="000A63D8" w:rsidRDefault="000A63D8" w:rsidP="00030B1A">
      <w:pPr>
        <w:pStyle w:val="Kop1"/>
        <w:rPr>
          <w:lang w:val="nl-NL"/>
        </w:rPr>
      </w:pPr>
      <w:r w:rsidRPr="000A63D8">
        <w:rPr>
          <w:lang w:val="nl-NL"/>
        </w:rPr>
        <w:t>5.12 Een route stoppen</w:t>
      </w:r>
    </w:p>
    <w:p w14:paraId="47390210" w14:textId="4161ED06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bent aangekomen.</w:t>
      </w:r>
      <w:r w:rsidR="00030B1A">
        <w:rPr>
          <w:lang w:val="nl-NL"/>
        </w:rPr>
        <w:t xml:space="preserve"> </w:t>
      </w:r>
      <w:r w:rsidRPr="000A63D8">
        <w:rPr>
          <w:lang w:val="nl-NL"/>
        </w:rPr>
        <w:t>Tik op:</w:t>
      </w:r>
      <w:r w:rsidR="00030B1A">
        <w:rPr>
          <w:lang w:val="nl-NL"/>
        </w:rPr>
        <w:t xml:space="preserve"> </w:t>
      </w:r>
      <w:r w:rsidRPr="000A63D8">
        <w:rPr>
          <w:b/>
          <w:bCs/>
          <w:lang w:val="nl-NL"/>
        </w:rPr>
        <w:t>Stop</w:t>
      </w:r>
      <w:r w:rsidR="00030B1A">
        <w:rPr>
          <w:b/>
          <w:bCs/>
          <w:lang w:val="nl-NL"/>
        </w:rPr>
        <w:t xml:space="preserve"> </w:t>
      </w:r>
      <w:r w:rsidRPr="000A63D8">
        <w:rPr>
          <w:lang w:val="nl-NL"/>
        </w:rPr>
        <w:t>Of zeg:</w:t>
      </w:r>
      <w:r w:rsidR="00030B1A">
        <w:rPr>
          <w:lang w:val="nl-NL"/>
        </w:rPr>
        <w:t xml:space="preserve"> </w:t>
      </w:r>
      <w:r w:rsidRPr="000A63D8">
        <w:rPr>
          <w:lang w:val="nl-NL"/>
        </w:rPr>
        <w:t>"Stop de navigatie."</w:t>
      </w:r>
    </w:p>
    <w:p w14:paraId="63A8FE7A" w14:textId="77777777" w:rsidR="000A63D8" w:rsidRPr="000A63D8" w:rsidRDefault="000A63D8" w:rsidP="00030B1A">
      <w:pPr>
        <w:pStyle w:val="Kop1"/>
        <w:rPr>
          <w:lang w:val="nl-NL"/>
        </w:rPr>
      </w:pPr>
      <w:r w:rsidRPr="000A63D8">
        <w:rPr>
          <w:lang w:val="nl-NL"/>
        </w:rPr>
        <w:t>5.14 Onderweg iets zoeken zonder de route kwijt te raken</w:t>
      </w:r>
    </w:p>
    <w:p w14:paraId="653768E8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Dit is een van de mooiste functies van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>.</w:t>
      </w:r>
    </w:p>
    <w:p w14:paraId="4B021C07" w14:textId="58525B3F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Stel:</w:t>
      </w:r>
      <w:r w:rsidR="00030B1A">
        <w:rPr>
          <w:lang w:val="nl-NL"/>
        </w:rPr>
        <w:t xml:space="preserve"> </w:t>
      </w:r>
      <w:r w:rsidRPr="000A63D8">
        <w:rPr>
          <w:lang w:val="nl-NL"/>
        </w:rPr>
        <w:t>Je rijdt naar Dijon.</w:t>
      </w:r>
      <w:r w:rsidR="00030B1A">
        <w:rPr>
          <w:lang w:val="nl-NL"/>
        </w:rPr>
        <w:t xml:space="preserve"> </w:t>
      </w:r>
      <w:r w:rsidRPr="000A63D8">
        <w:rPr>
          <w:lang w:val="nl-NL"/>
        </w:rPr>
        <w:t>Onderweg wil je koffie.</w:t>
      </w:r>
      <w:r w:rsidR="00030B1A">
        <w:rPr>
          <w:lang w:val="nl-NL"/>
        </w:rPr>
        <w:t xml:space="preserve"> </w:t>
      </w:r>
      <w:r w:rsidRPr="000A63D8">
        <w:rPr>
          <w:lang w:val="nl-NL"/>
        </w:rPr>
        <w:t>Je zegt:</w:t>
      </w:r>
      <w:r w:rsidR="00030B1A">
        <w:rPr>
          <w:lang w:val="nl-NL"/>
        </w:rPr>
        <w:t xml:space="preserve"> </w:t>
      </w:r>
      <w:r w:rsidRPr="000A63D8">
        <w:rPr>
          <w:lang w:val="nl-NL"/>
        </w:rPr>
        <w:t>"Zoek een koffiebar."</w:t>
      </w:r>
    </w:p>
    <w:p w14:paraId="56E5082B" w14:textId="4F32426B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kiest een café.</w:t>
      </w:r>
      <w:r w:rsidR="00030B1A">
        <w:rPr>
          <w:lang w:val="nl-NL"/>
        </w:rPr>
        <w:t xml:space="preserve"> </w:t>
      </w:r>
      <w:r w:rsidRPr="000A63D8">
        <w:rPr>
          <w:lang w:val="nl-NL"/>
        </w:rPr>
        <w:t>De navigatie voegt deze als tussenstop toe.</w:t>
      </w:r>
    </w:p>
    <w:p w14:paraId="2B774332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Na de koffie gaat de route automatisch verder.</w:t>
      </w:r>
    </w:p>
    <w:p w14:paraId="2036EF90" w14:textId="77777777" w:rsidR="000A63D8" w:rsidRPr="000A63D8" w:rsidRDefault="000A63D8" w:rsidP="00030B1A">
      <w:pPr>
        <w:pStyle w:val="Kop1"/>
        <w:rPr>
          <w:lang w:val="nl-NL"/>
        </w:rPr>
      </w:pPr>
      <w:r w:rsidRPr="000A63D8">
        <w:rPr>
          <w:lang w:val="nl-NL"/>
        </w:rPr>
        <w:t>5.15 Offline kaarten</w:t>
      </w:r>
    </w:p>
    <w:p w14:paraId="7691377C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Dit is een onderwerp waar veel mensen vragen over hebben.</w:t>
      </w:r>
    </w:p>
    <w:p w14:paraId="3C0A7786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Wanneer heb je offline kaarten nodig?</w:t>
      </w:r>
    </w:p>
    <w:p w14:paraId="789823AC" w14:textId="77777777" w:rsidR="000A63D8" w:rsidRPr="000A63D8" w:rsidRDefault="000A63D8" w:rsidP="00A248D5">
      <w:pPr>
        <w:numPr>
          <w:ilvl w:val="0"/>
          <w:numId w:val="32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In berggebieden.</w:t>
      </w:r>
    </w:p>
    <w:p w14:paraId="7F9D6F12" w14:textId="77777777" w:rsidR="000A63D8" w:rsidRPr="000A63D8" w:rsidRDefault="000A63D8" w:rsidP="00A248D5">
      <w:pPr>
        <w:numPr>
          <w:ilvl w:val="0"/>
          <w:numId w:val="32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Op afgelegen campings.</w:t>
      </w:r>
    </w:p>
    <w:p w14:paraId="55BB13D4" w14:textId="77777777" w:rsidR="000A63D8" w:rsidRPr="000A63D8" w:rsidRDefault="000A63D8" w:rsidP="00A248D5">
      <w:pPr>
        <w:numPr>
          <w:ilvl w:val="0"/>
          <w:numId w:val="32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In gebieden met slecht mobiel bereik.</w:t>
      </w:r>
    </w:p>
    <w:p w14:paraId="04F48376" w14:textId="77777777" w:rsidR="000A63D8" w:rsidRPr="000A63D8" w:rsidRDefault="000A63D8" w:rsidP="00A248D5">
      <w:pPr>
        <w:numPr>
          <w:ilvl w:val="0"/>
          <w:numId w:val="32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Als je mobiele data wilt besparen.</w:t>
      </w:r>
    </w:p>
    <w:p w14:paraId="1D3C1853" w14:textId="78100EF0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Mijn advies</w:t>
      </w:r>
      <w:r w:rsidR="00030B1A">
        <w:rPr>
          <w:b/>
          <w:bCs/>
          <w:lang w:val="nl-NL"/>
        </w:rPr>
        <w:t xml:space="preserve">: </w:t>
      </w:r>
      <w:r w:rsidRPr="000A63D8">
        <w:rPr>
          <w:b/>
          <w:bCs/>
          <w:lang w:val="nl-NL"/>
        </w:rPr>
        <w:t>Download vóór vertrek de kaarten van de landen waar je naartoe gaat.</w:t>
      </w:r>
    </w:p>
    <w:p w14:paraId="257DEA64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Voor jouw reizen zou ik bijvoorbeeld downloaden:</w:t>
      </w:r>
    </w:p>
    <w:p w14:paraId="6A95C7AE" w14:textId="77777777" w:rsidR="000A63D8" w:rsidRPr="000A63D8" w:rsidRDefault="000A63D8" w:rsidP="00A248D5">
      <w:pPr>
        <w:numPr>
          <w:ilvl w:val="0"/>
          <w:numId w:val="33"/>
        </w:num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🇳🇱</w:t>
      </w:r>
      <w:r w:rsidRPr="000A63D8">
        <w:rPr>
          <w:lang w:val="nl-NL"/>
        </w:rPr>
        <w:t xml:space="preserve"> Nederland</w:t>
      </w:r>
    </w:p>
    <w:p w14:paraId="0F1A57BF" w14:textId="77777777" w:rsidR="000A63D8" w:rsidRPr="000A63D8" w:rsidRDefault="000A63D8" w:rsidP="00A248D5">
      <w:pPr>
        <w:numPr>
          <w:ilvl w:val="0"/>
          <w:numId w:val="33"/>
        </w:num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🇧🇪</w:t>
      </w:r>
      <w:r w:rsidRPr="000A63D8">
        <w:rPr>
          <w:lang w:val="nl-NL"/>
        </w:rPr>
        <w:t xml:space="preserve"> België</w:t>
      </w:r>
    </w:p>
    <w:p w14:paraId="00A505B2" w14:textId="77777777" w:rsidR="000A63D8" w:rsidRPr="000A63D8" w:rsidRDefault="000A63D8" w:rsidP="00A248D5">
      <w:pPr>
        <w:numPr>
          <w:ilvl w:val="0"/>
          <w:numId w:val="33"/>
        </w:num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🇱🇺</w:t>
      </w:r>
      <w:r w:rsidRPr="000A63D8">
        <w:rPr>
          <w:lang w:val="nl-NL"/>
        </w:rPr>
        <w:t xml:space="preserve"> Luxemburg</w:t>
      </w:r>
    </w:p>
    <w:p w14:paraId="55D81FD5" w14:textId="77777777" w:rsidR="000A63D8" w:rsidRPr="000A63D8" w:rsidRDefault="000A63D8" w:rsidP="00A248D5">
      <w:pPr>
        <w:numPr>
          <w:ilvl w:val="0"/>
          <w:numId w:val="33"/>
        </w:num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🇫🇷</w:t>
      </w:r>
      <w:r w:rsidRPr="000A63D8">
        <w:rPr>
          <w:lang w:val="nl-NL"/>
        </w:rPr>
        <w:t xml:space="preserve"> Frankrijk</w:t>
      </w:r>
    </w:p>
    <w:p w14:paraId="5F4A01A0" w14:textId="77777777" w:rsidR="000A63D8" w:rsidRPr="000A63D8" w:rsidRDefault="000A63D8" w:rsidP="00A248D5">
      <w:pPr>
        <w:numPr>
          <w:ilvl w:val="0"/>
          <w:numId w:val="33"/>
        </w:num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🇩🇪</w:t>
      </w:r>
      <w:r w:rsidRPr="000A63D8">
        <w:rPr>
          <w:lang w:val="nl-NL"/>
        </w:rPr>
        <w:t xml:space="preserve"> Duitsland</w:t>
      </w:r>
    </w:p>
    <w:p w14:paraId="352D34DC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Zo kun je ook zonder internet blijven navigeren.</w:t>
      </w:r>
    </w:p>
    <w:p w14:paraId="350CDC1F" w14:textId="77777777" w:rsidR="000A63D8" w:rsidRPr="000A63D8" w:rsidRDefault="000A63D8" w:rsidP="00030B1A">
      <w:pPr>
        <w:pStyle w:val="Kop1"/>
        <w:rPr>
          <w:lang w:val="nl-NL"/>
        </w:rPr>
      </w:pPr>
      <w:r w:rsidRPr="000A63D8">
        <w:rPr>
          <w:lang w:val="nl-NL"/>
        </w:rPr>
        <w:lastRenderedPageBreak/>
        <w:t>5.16 Mijn persoonlijke werkwijze tijdens camperreizen</w:t>
      </w:r>
    </w:p>
    <w:p w14:paraId="496572F8" w14:textId="4CDFFFFB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Wanneer ik een camperreis zou maken, zou ik de n</w:t>
      </w:r>
      <w:r w:rsidR="00030B1A">
        <w:rPr>
          <w:lang w:val="nl-NL"/>
        </w:rPr>
        <w:t xml:space="preserve"> </w:t>
      </w:r>
      <w:r w:rsidR="00030B1A" w:rsidRPr="00030B1A">
        <w:rPr>
          <w:lang w:val="nl-NL"/>
        </w:rPr>
        <w:sym w:font="Wingdings" w:char="F0E0"/>
      </w:r>
      <w:r w:rsidR="00030B1A">
        <w:rPr>
          <w:lang w:val="nl-NL"/>
        </w:rPr>
        <w:t xml:space="preserve"> </w:t>
      </w:r>
      <w:proofErr w:type="spellStart"/>
      <w:r w:rsidRPr="000A63D8">
        <w:rPr>
          <w:lang w:val="nl-NL"/>
        </w:rPr>
        <w:t>vigatie</w:t>
      </w:r>
      <w:proofErr w:type="spellEnd"/>
      <w:r w:rsidRPr="000A63D8">
        <w:rPr>
          <w:lang w:val="nl-NL"/>
        </w:rPr>
        <w:t xml:space="preserve"> ongeveer zo gebruiken:</w:t>
      </w:r>
    </w:p>
    <w:p w14:paraId="72708ABE" w14:textId="1D535421" w:rsidR="000A63D8" w:rsidRPr="000A63D8" w:rsidRDefault="000A63D8" w:rsidP="00030B1A">
      <w:pPr>
        <w:tabs>
          <w:tab w:val="num" w:pos="720"/>
        </w:tabs>
        <w:spacing w:after="0"/>
        <w:rPr>
          <w:lang w:val="nl-NL"/>
        </w:rPr>
      </w:pPr>
      <w:r w:rsidRPr="000A63D8">
        <w:rPr>
          <w:b/>
          <w:bCs/>
          <w:lang w:val="nl-NL"/>
        </w:rPr>
        <w:t>Voor vertrek</w:t>
      </w:r>
      <w:r w:rsidR="00030B1A">
        <w:rPr>
          <w:b/>
          <w:bCs/>
          <w:lang w:val="nl-NL"/>
        </w:rPr>
        <w:t xml:space="preserve"> </w:t>
      </w:r>
      <w:r w:rsidR="00030B1A" w:rsidRPr="00030B1A">
        <w:rPr>
          <w:b/>
          <w:bCs/>
          <w:lang w:val="nl-NL"/>
        </w:rPr>
        <w:sym w:font="Wingdings" w:char="F0E0"/>
      </w:r>
      <w:r w:rsidR="00030B1A">
        <w:rPr>
          <w:b/>
          <w:bCs/>
          <w:lang w:val="nl-NL"/>
        </w:rPr>
        <w:t xml:space="preserve"> </w:t>
      </w:r>
      <w:r w:rsidRPr="000A63D8">
        <w:rPr>
          <w:lang w:val="nl-NL"/>
        </w:rPr>
        <w:t>Bestemming invoeren.</w:t>
      </w:r>
      <w:r w:rsidR="00030B1A">
        <w:rPr>
          <w:lang w:val="nl-NL"/>
        </w:rPr>
        <w:t xml:space="preserve"> </w:t>
      </w:r>
      <w:r w:rsidRPr="000A63D8">
        <w:rPr>
          <w:lang w:val="nl-NL"/>
        </w:rPr>
        <w:t>Verkeerssituatie bekijken.</w:t>
      </w:r>
      <w:r w:rsidR="00030B1A">
        <w:rPr>
          <w:lang w:val="nl-NL"/>
        </w:rPr>
        <w:t xml:space="preserve"> </w:t>
      </w:r>
      <w:r w:rsidRPr="000A63D8">
        <w:rPr>
          <w:lang w:val="nl-NL"/>
        </w:rPr>
        <w:t>Muziek starten.</w:t>
      </w:r>
    </w:p>
    <w:p w14:paraId="0FF627EC" w14:textId="75FD2025" w:rsidR="000A63D8" w:rsidRPr="000A63D8" w:rsidRDefault="000A63D8" w:rsidP="00030B1A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Onderweg</w:t>
      </w:r>
      <w:r w:rsidR="00030B1A">
        <w:rPr>
          <w:b/>
          <w:bCs/>
          <w:lang w:val="nl-NL"/>
        </w:rPr>
        <w:t xml:space="preserve"> </w:t>
      </w:r>
      <w:r w:rsidR="00030B1A" w:rsidRPr="00030B1A">
        <w:rPr>
          <w:b/>
          <w:bCs/>
          <w:lang w:val="nl-NL"/>
        </w:rPr>
        <w:sym w:font="Wingdings" w:char="F0E0"/>
      </w:r>
      <w:r w:rsidR="00030B1A">
        <w:rPr>
          <w:b/>
          <w:bCs/>
          <w:lang w:val="nl-NL"/>
        </w:rPr>
        <w:t xml:space="preserve"> </w:t>
      </w:r>
      <w:r w:rsidRPr="000A63D8">
        <w:rPr>
          <w:lang w:val="nl-NL"/>
        </w:rPr>
        <w:t>Dashboard gebruiken.</w:t>
      </w:r>
      <w:r w:rsidR="00030B1A">
        <w:rPr>
          <w:lang w:val="nl-NL"/>
        </w:rPr>
        <w:t xml:space="preserve">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gebruiken voor alle zoekopdrachten.</w:t>
      </w:r>
      <w:r w:rsidR="00030B1A">
        <w:rPr>
          <w:lang w:val="nl-NL"/>
        </w:rPr>
        <w:t xml:space="preserve"> </w:t>
      </w:r>
      <w:r w:rsidRPr="000A63D8">
        <w:rPr>
          <w:lang w:val="nl-NL"/>
        </w:rPr>
        <w:t>Tussenstops toevoegen als dat nodig is.</w:t>
      </w:r>
    </w:p>
    <w:p w14:paraId="0168E36D" w14:textId="732864F9" w:rsidR="000A63D8" w:rsidRPr="000A63D8" w:rsidRDefault="000A63D8" w:rsidP="00030B1A">
      <w:pPr>
        <w:tabs>
          <w:tab w:val="num" w:pos="720"/>
        </w:tabs>
        <w:spacing w:after="0"/>
        <w:rPr>
          <w:lang w:val="nl-NL"/>
        </w:rPr>
      </w:pPr>
      <w:r w:rsidRPr="000A63D8">
        <w:rPr>
          <w:b/>
          <w:bCs/>
          <w:lang w:val="nl-NL"/>
        </w:rPr>
        <w:t>Bij aankomst</w:t>
      </w:r>
      <w:r w:rsidR="00030B1A">
        <w:rPr>
          <w:b/>
          <w:bCs/>
          <w:lang w:val="nl-NL"/>
        </w:rPr>
        <w:t xml:space="preserve"> </w:t>
      </w:r>
      <w:r w:rsidR="00030B1A" w:rsidRPr="00030B1A">
        <w:rPr>
          <w:b/>
          <w:bCs/>
          <w:lang w:val="nl-NL"/>
        </w:rPr>
        <w:sym w:font="Wingdings" w:char="F0E0"/>
      </w:r>
      <w:r w:rsidR="00030B1A">
        <w:rPr>
          <w:b/>
          <w:bCs/>
          <w:lang w:val="nl-NL"/>
        </w:rPr>
        <w:t xml:space="preserve"> </w:t>
      </w:r>
      <w:r w:rsidRPr="000A63D8">
        <w:rPr>
          <w:lang w:val="nl-NL"/>
        </w:rPr>
        <w:t>Route stoppen.</w:t>
      </w:r>
      <w:r w:rsidR="00030B1A">
        <w:rPr>
          <w:lang w:val="nl-NL"/>
        </w:rPr>
        <w:t xml:space="preserve"> </w:t>
      </w:r>
      <w:r w:rsidRPr="000A63D8">
        <w:rPr>
          <w:lang w:val="nl-NL"/>
        </w:rPr>
        <w:t xml:space="preserve">Nieuwe camping of volgende </w:t>
      </w:r>
      <w:proofErr w:type="gramStart"/>
      <w:r w:rsidRPr="000A63D8">
        <w:rPr>
          <w:lang w:val="nl-NL"/>
        </w:rPr>
        <w:t>bestemming plannen</w:t>
      </w:r>
      <w:proofErr w:type="gramEnd"/>
      <w:r w:rsidRPr="000A63D8">
        <w:rPr>
          <w:lang w:val="nl-NL"/>
        </w:rPr>
        <w:t>.</w:t>
      </w:r>
    </w:p>
    <w:p w14:paraId="2FE96ACC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Dat voorkomt onrust en afleiding tijdens het rijden.</w:t>
      </w:r>
    </w:p>
    <w:p w14:paraId="28B2CF4E" w14:textId="6FB6A961" w:rsidR="000A63D8" w:rsidRPr="000A63D8" w:rsidRDefault="000A63D8" w:rsidP="00A248D5">
      <w:pPr>
        <w:spacing w:after="0"/>
        <w:rPr>
          <w:lang w:val="nl-NL"/>
        </w:rPr>
      </w:pPr>
    </w:p>
    <w:p w14:paraId="6EC7B558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Oefeningen</w:t>
      </w:r>
    </w:p>
    <w:p w14:paraId="65210631" w14:textId="13C813AA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Oefening 1</w:t>
      </w:r>
      <w:r w:rsidR="00030B1A">
        <w:rPr>
          <w:b/>
          <w:bCs/>
          <w:lang w:val="nl-NL"/>
        </w:rPr>
        <w:t xml:space="preserve"> </w:t>
      </w:r>
      <w:r w:rsidRPr="000A63D8">
        <w:rPr>
          <w:lang w:val="nl-NL"/>
        </w:rPr>
        <w:t>Zeg:</w:t>
      </w:r>
      <w:r w:rsidR="00030B1A">
        <w:rPr>
          <w:lang w:val="nl-NL"/>
        </w:rPr>
        <w:t xml:space="preserve"> </w:t>
      </w:r>
      <w:r w:rsidRPr="000A63D8">
        <w:rPr>
          <w:lang w:val="nl-NL"/>
        </w:rPr>
        <w:t>"Navigeer naar Leiden."</w:t>
      </w:r>
      <w:r w:rsidR="00030B1A">
        <w:rPr>
          <w:lang w:val="nl-NL"/>
        </w:rPr>
        <w:t xml:space="preserve"> </w:t>
      </w:r>
      <w:r w:rsidRPr="000A63D8">
        <w:rPr>
          <w:lang w:val="nl-NL"/>
        </w:rPr>
        <w:t>Controleer of de route verschijnt.</w:t>
      </w:r>
    </w:p>
    <w:p w14:paraId="26217775" w14:textId="2DF4DDBE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Oefening 2</w:t>
      </w:r>
      <w:r w:rsidR="00030B1A">
        <w:rPr>
          <w:b/>
          <w:bCs/>
          <w:lang w:val="nl-NL"/>
        </w:rPr>
        <w:t xml:space="preserve"> </w:t>
      </w:r>
      <w:r w:rsidRPr="000A63D8">
        <w:rPr>
          <w:lang w:val="nl-NL"/>
        </w:rPr>
        <w:t>Voeg onderweg een tankstation toe.</w:t>
      </w:r>
    </w:p>
    <w:p w14:paraId="39A1E40D" w14:textId="236FC186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Oefening 3</w:t>
      </w:r>
      <w:r w:rsidR="00030B1A">
        <w:rPr>
          <w:b/>
          <w:bCs/>
          <w:lang w:val="nl-NL"/>
        </w:rPr>
        <w:t xml:space="preserve"> </w:t>
      </w:r>
      <w:r w:rsidRPr="000A63D8">
        <w:rPr>
          <w:lang w:val="nl-NL"/>
        </w:rPr>
        <w:t>Verwijder de tussenstop weer.</w:t>
      </w:r>
    </w:p>
    <w:p w14:paraId="5E1C01C9" w14:textId="5B1E5BF3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Oefening 4</w:t>
      </w:r>
      <w:r w:rsidR="00030B1A">
        <w:rPr>
          <w:b/>
          <w:bCs/>
          <w:lang w:val="nl-NL"/>
        </w:rPr>
        <w:t xml:space="preserve"> </w:t>
      </w:r>
      <w:r w:rsidRPr="000A63D8">
        <w:rPr>
          <w:lang w:val="nl-NL"/>
        </w:rPr>
        <w:t>Zoek een camping.</w:t>
      </w:r>
    </w:p>
    <w:p w14:paraId="4D52E82D" w14:textId="2F9B45AC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Oefening 5</w:t>
      </w:r>
      <w:r w:rsidR="00030B1A">
        <w:rPr>
          <w:b/>
          <w:bCs/>
          <w:lang w:val="nl-NL"/>
        </w:rPr>
        <w:t xml:space="preserve"> </w:t>
      </w:r>
      <w:r w:rsidRPr="000A63D8">
        <w:rPr>
          <w:lang w:val="nl-NL"/>
        </w:rPr>
        <w:t>Stop de route.</w:t>
      </w:r>
    </w:p>
    <w:p w14:paraId="00A1F6E5" w14:textId="72CCA389" w:rsidR="000A63D8" w:rsidRPr="000A63D8" w:rsidRDefault="000A63D8" w:rsidP="00A248D5">
      <w:pPr>
        <w:spacing w:after="0"/>
        <w:rPr>
          <w:lang w:val="nl-NL"/>
        </w:rPr>
      </w:pPr>
    </w:p>
    <w:p w14:paraId="60895BEC" w14:textId="63E58E0D" w:rsidR="000A63D8" w:rsidRPr="000A63D8" w:rsidRDefault="000A63D8" w:rsidP="00030B1A">
      <w:pPr>
        <w:pStyle w:val="Kop1"/>
        <w:rPr>
          <w:lang w:val="nl-NL"/>
        </w:rPr>
      </w:pPr>
      <w:r w:rsidRPr="000A63D8">
        <w:rPr>
          <w:lang w:val="nl-NL"/>
        </w:rPr>
        <w:t xml:space="preserve">De 10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>-opdrachten</w:t>
      </w:r>
    </w:p>
    <w:p w14:paraId="10985770" w14:textId="77777777" w:rsidR="000A63D8" w:rsidRPr="000A63D8" w:rsidRDefault="000A63D8" w:rsidP="00A248D5">
      <w:pPr>
        <w:numPr>
          <w:ilvl w:val="0"/>
          <w:numId w:val="37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"Breng me naar huis."</w:t>
      </w:r>
    </w:p>
    <w:p w14:paraId="3F5F1571" w14:textId="77777777" w:rsidR="000A63D8" w:rsidRPr="000A63D8" w:rsidRDefault="000A63D8" w:rsidP="00A248D5">
      <w:pPr>
        <w:numPr>
          <w:ilvl w:val="0"/>
          <w:numId w:val="37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"Navigeer naar de camping."</w:t>
      </w:r>
    </w:p>
    <w:p w14:paraId="3DC65AE8" w14:textId="77777777" w:rsidR="000A63D8" w:rsidRPr="000A63D8" w:rsidRDefault="000A63D8" w:rsidP="00A248D5">
      <w:pPr>
        <w:numPr>
          <w:ilvl w:val="0"/>
          <w:numId w:val="37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"Zoek een Lidl."</w:t>
      </w:r>
    </w:p>
    <w:p w14:paraId="7D9A3B5D" w14:textId="77777777" w:rsidR="000A63D8" w:rsidRPr="000A63D8" w:rsidRDefault="000A63D8" w:rsidP="00A248D5">
      <w:pPr>
        <w:numPr>
          <w:ilvl w:val="0"/>
          <w:numId w:val="37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"Zoek een tankstation."</w:t>
      </w:r>
    </w:p>
    <w:p w14:paraId="20E44AC2" w14:textId="77777777" w:rsidR="000A63D8" w:rsidRPr="000A63D8" w:rsidRDefault="000A63D8" w:rsidP="00A248D5">
      <w:pPr>
        <w:numPr>
          <w:ilvl w:val="0"/>
          <w:numId w:val="37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"Zoek een camperplaats."</w:t>
      </w:r>
    </w:p>
    <w:p w14:paraId="7114C492" w14:textId="77777777" w:rsidR="000A63D8" w:rsidRPr="000A63D8" w:rsidRDefault="000A63D8" w:rsidP="00A248D5">
      <w:pPr>
        <w:numPr>
          <w:ilvl w:val="0"/>
          <w:numId w:val="37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"Zoek een ziekenhuis."</w:t>
      </w:r>
    </w:p>
    <w:p w14:paraId="44C61BE9" w14:textId="77777777" w:rsidR="000A63D8" w:rsidRPr="000A63D8" w:rsidRDefault="000A63D8" w:rsidP="00A248D5">
      <w:pPr>
        <w:numPr>
          <w:ilvl w:val="0"/>
          <w:numId w:val="37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"Hoe laat kom ik aan?"</w:t>
      </w:r>
    </w:p>
    <w:p w14:paraId="7F2991AF" w14:textId="77777777" w:rsidR="000A63D8" w:rsidRPr="000A63D8" w:rsidRDefault="000A63D8" w:rsidP="00A248D5">
      <w:pPr>
        <w:numPr>
          <w:ilvl w:val="0"/>
          <w:numId w:val="37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"Voeg een koffiestop toe."</w:t>
      </w:r>
    </w:p>
    <w:p w14:paraId="78C6D0D2" w14:textId="77777777" w:rsidR="000A63D8" w:rsidRPr="000A63D8" w:rsidRDefault="000A63D8" w:rsidP="00A248D5">
      <w:pPr>
        <w:numPr>
          <w:ilvl w:val="0"/>
          <w:numId w:val="37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"Stop de navigatie."</w:t>
      </w:r>
    </w:p>
    <w:p w14:paraId="7E45F801" w14:textId="77777777" w:rsidR="000A63D8" w:rsidRPr="000A63D8" w:rsidRDefault="000A63D8" w:rsidP="00A248D5">
      <w:pPr>
        <w:numPr>
          <w:ilvl w:val="0"/>
          <w:numId w:val="37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"Navigeer naar het dichtstbijzijnde strand."</w:t>
      </w:r>
    </w:p>
    <w:p w14:paraId="5D4837F8" w14:textId="230B1411" w:rsidR="000A63D8" w:rsidRPr="000A63D8" w:rsidRDefault="000A63D8" w:rsidP="00A248D5">
      <w:pPr>
        <w:spacing w:after="0"/>
        <w:rPr>
          <w:lang w:val="nl-NL"/>
        </w:rPr>
      </w:pPr>
    </w:p>
    <w:p w14:paraId="36981DCE" w14:textId="77777777" w:rsidR="000A63D8" w:rsidRPr="000A63D8" w:rsidRDefault="000A63D8" w:rsidP="00030B1A">
      <w:pPr>
        <w:pStyle w:val="Kop1"/>
        <w:rPr>
          <w:lang w:val="nl-NL"/>
        </w:rPr>
      </w:pPr>
      <w:r w:rsidRPr="000A63D8">
        <w:rPr>
          <w:lang w:val="nl-NL"/>
        </w:rPr>
        <w:t>Tips speciaal voor jouw camperreizen</w:t>
      </w:r>
    </w:p>
    <w:p w14:paraId="04BC3338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Omdat je regelmatig door Frankrijk en andere Europese landen reist, wil ik je nog een paar praktische adviezen meegeven:</w:t>
      </w:r>
    </w:p>
    <w:p w14:paraId="4305947B" w14:textId="77777777" w:rsidR="000A63D8" w:rsidRPr="000A63D8" w:rsidRDefault="000A63D8" w:rsidP="00A248D5">
      <w:pPr>
        <w:numPr>
          <w:ilvl w:val="0"/>
          <w:numId w:val="38"/>
        </w:numPr>
        <w:tabs>
          <w:tab w:val="num" w:pos="720"/>
        </w:tabs>
        <w:spacing w:after="0"/>
        <w:rPr>
          <w:lang w:val="nl-NL"/>
        </w:rPr>
      </w:pPr>
      <w:r w:rsidRPr="000A63D8">
        <w:rPr>
          <w:b/>
          <w:bCs/>
          <w:lang w:val="nl-NL"/>
        </w:rPr>
        <w:t xml:space="preserve">Gebruik Google </w:t>
      </w:r>
      <w:proofErr w:type="spellStart"/>
      <w:r w:rsidRPr="000A63D8">
        <w:rPr>
          <w:b/>
          <w:bCs/>
          <w:lang w:val="nl-NL"/>
        </w:rPr>
        <w:t>Maps</w:t>
      </w:r>
      <w:proofErr w:type="spellEnd"/>
      <w:r w:rsidRPr="000A63D8">
        <w:rPr>
          <w:b/>
          <w:bCs/>
          <w:lang w:val="nl-NL"/>
        </w:rPr>
        <w:t xml:space="preserve"> voor de routeplanning</w:t>
      </w:r>
      <w:r w:rsidRPr="000A63D8">
        <w:rPr>
          <w:lang w:val="nl-NL"/>
        </w:rPr>
        <w:t xml:space="preserve">, maar controleer altijd of de route geschikt is voor een camper.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zelf houdt namelijk geen rekening met de hoogte, breedte of het gewicht van je voertuig.</w:t>
      </w:r>
    </w:p>
    <w:p w14:paraId="481E01CF" w14:textId="77777777" w:rsidR="000A63D8" w:rsidRPr="000A63D8" w:rsidRDefault="000A63D8" w:rsidP="00A248D5">
      <w:pPr>
        <w:numPr>
          <w:ilvl w:val="0"/>
          <w:numId w:val="38"/>
        </w:numPr>
        <w:tabs>
          <w:tab w:val="num" w:pos="720"/>
        </w:tabs>
        <w:spacing w:after="0"/>
        <w:rPr>
          <w:lang w:val="nl-NL"/>
        </w:rPr>
      </w:pPr>
      <w:r w:rsidRPr="000A63D8">
        <w:rPr>
          <w:b/>
          <w:bCs/>
          <w:lang w:val="nl-NL"/>
        </w:rPr>
        <w:t>Download offline kaarten</w:t>
      </w:r>
      <w:r w:rsidRPr="000A63D8">
        <w:rPr>
          <w:lang w:val="nl-NL"/>
        </w:rPr>
        <w:t xml:space="preserve"> voordat je vertrekt. Dat voorkomt problemen in gebieden met slecht bereik.</w:t>
      </w:r>
    </w:p>
    <w:p w14:paraId="423834D8" w14:textId="77777777" w:rsidR="000A63D8" w:rsidRPr="000A63D8" w:rsidRDefault="000A63D8" w:rsidP="00A248D5">
      <w:pPr>
        <w:numPr>
          <w:ilvl w:val="0"/>
          <w:numId w:val="38"/>
        </w:numPr>
        <w:tabs>
          <w:tab w:val="num" w:pos="720"/>
        </w:tabs>
        <w:spacing w:after="0"/>
        <w:rPr>
          <w:lang w:val="nl-NL"/>
        </w:rPr>
      </w:pPr>
      <w:r w:rsidRPr="000A63D8">
        <w:rPr>
          <w:b/>
          <w:bCs/>
          <w:lang w:val="nl-NL"/>
        </w:rPr>
        <w:lastRenderedPageBreak/>
        <w:t xml:space="preserve">Gebruik </w:t>
      </w:r>
      <w:proofErr w:type="spellStart"/>
      <w:r w:rsidRPr="000A63D8">
        <w:rPr>
          <w:b/>
          <w:bCs/>
          <w:lang w:val="nl-NL"/>
        </w:rPr>
        <w:t>Siri</w:t>
      </w:r>
      <w:proofErr w:type="spellEnd"/>
      <w:r w:rsidRPr="000A63D8">
        <w:rPr>
          <w:b/>
          <w:bCs/>
          <w:lang w:val="nl-NL"/>
        </w:rPr>
        <w:t xml:space="preserve"> zoveel mogelijk</w:t>
      </w:r>
      <w:r w:rsidRPr="000A63D8">
        <w:rPr>
          <w:lang w:val="nl-NL"/>
        </w:rPr>
        <w:t>. Een eenvoudige opdracht als "Zoek een supermarkt langs mijn route" is sneller en veiliger dan zelf zoeken op het scherm.</w:t>
      </w:r>
    </w:p>
    <w:p w14:paraId="015029B9" w14:textId="77777777" w:rsidR="000A63D8" w:rsidRPr="000A63D8" w:rsidRDefault="000A63D8" w:rsidP="00A248D5">
      <w:pPr>
        <w:numPr>
          <w:ilvl w:val="0"/>
          <w:numId w:val="38"/>
        </w:numPr>
        <w:tabs>
          <w:tab w:val="num" w:pos="720"/>
        </w:tabs>
        <w:spacing w:after="0"/>
        <w:rPr>
          <w:lang w:val="nl-NL"/>
        </w:rPr>
      </w:pPr>
      <w:r w:rsidRPr="000A63D8">
        <w:rPr>
          <w:b/>
          <w:bCs/>
          <w:lang w:val="nl-NL"/>
        </w:rPr>
        <w:t>Controleer vlak voor vertrek de verkeerssituatie</w:t>
      </w:r>
      <w:r w:rsidRPr="000A63D8">
        <w:rPr>
          <w:lang w:val="nl-NL"/>
        </w:rPr>
        <w:t>. Een kleine omweg aan het begin van de rit kan je later veel tijd besparen.</w:t>
      </w:r>
    </w:p>
    <w:p w14:paraId="7B5D5D38" w14:textId="312C5DDD" w:rsidR="000A63D8" w:rsidRPr="000A63D8" w:rsidRDefault="000A63D8" w:rsidP="00A248D5">
      <w:pPr>
        <w:spacing w:after="0"/>
        <w:rPr>
          <w:lang w:val="nl-NL"/>
        </w:rPr>
      </w:pPr>
    </w:p>
    <w:p w14:paraId="0C8C5731" w14:textId="77777777" w:rsidR="00030B1A" w:rsidRDefault="00030B1A">
      <w:pPr>
        <w:rPr>
          <w:rFonts w:ascii="Kozuka Gothic Pro H" w:eastAsiaTheme="majorEastAsia" w:hAnsi="Kozuka Gothic Pro H" w:cstheme="majorBidi"/>
          <w:color w:val="00B050"/>
          <w:spacing w:val="5"/>
          <w:kern w:val="28"/>
          <w:sz w:val="52"/>
          <w:szCs w:val="52"/>
          <w:lang w:val="nl-NL"/>
        </w:rPr>
      </w:pPr>
      <w:r>
        <w:br w:type="page"/>
      </w:r>
    </w:p>
    <w:p w14:paraId="1BD30BFF" w14:textId="1A50461C" w:rsidR="000A63D8" w:rsidRPr="000A63D8" w:rsidRDefault="000A63D8" w:rsidP="00030B1A">
      <w:pPr>
        <w:pStyle w:val="Titel"/>
      </w:pPr>
      <w:r w:rsidRPr="000A63D8">
        <w:lastRenderedPageBreak/>
        <w:t xml:space="preserve">6 – Muziek, radio en geluid </w:t>
      </w:r>
    </w:p>
    <w:p w14:paraId="7C9BF318" w14:textId="77777777" w:rsidR="000A63D8" w:rsidRPr="000A63D8" w:rsidRDefault="000A63D8" w:rsidP="00030B1A">
      <w:pPr>
        <w:pStyle w:val="Kop1"/>
        <w:rPr>
          <w:lang w:val="nl-NL"/>
        </w:rPr>
      </w:pPr>
      <w:r w:rsidRPr="000A63D8">
        <w:rPr>
          <w:lang w:val="nl-NL"/>
        </w:rPr>
        <w:t>6.1 Muziek maakt de reis</w:t>
      </w:r>
    </w:p>
    <w:p w14:paraId="05C9E7CB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Tijdens een lange camperreis is muziek veel meer dan achtergrondgeluid. Goede muziek maakt een lange rit ontspannend en zorgt ervoor dat de tijd sneller lijkt te gaan.</w:t>
      </w:r>
    </w:p>
    <w:p w14:paraId="2DCE04D4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Je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SPH-DA77DAB kan muziek afspelen uit verschillende bronnen:</w:t>
      </w:r>
    </w:p>
    <w:p w14:paraId="539C07B1" w14:textId="77777777" w:rsidR="000A63D8" w:rsidRPr="000A63D8" w:rsidRDefault="000A63D8" w:rsidP="00A248D5">
      <w:pPr>
        <w:numPr>
          <w:ilvl w:val="0"/>
          <w:numId w:val="41"/>
        </w:num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📻</w:t>
      </w:r>
      <w:r w:rsidRPr="000A63D8">
        <w:rPr>
          <w:lang w:val="nl-NL"/>
        </w:rPr>
        <w:t xml:space="preserve"> DAB+ radio</w:t>
      </w:r>
    </w:p>
    <w:p w14:paraId="23DFE081" w14:textId="77777777" w:rsidR="000A63D8" w:rsidRPr="000A63D8" w:rsidRDefault="000A63D8" w:rsidP="00A248D5">
      <w:pPr>
        <w:numPr>
          <w:ilvl w:val="0"/>
          <w:numId w:val="41"/>
        </w:num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📡</w:t>
      </w:r>
      <w:r w:rsidRPr="000A63D8">
        <w:rPr>
          <w:lang w:val="nl-NL"/>
        </w:rPr>
        <w:t xml:space="preserve"> FM-radio</w:t>
      </w:r>
    </w:p>
    <w:p w14:paraId="5EB4681D" w14:textId="77777777" w:rsidR="000A63D8" w:rsidRPr="000A63D8" w:rsidRDefault="000A63D8" w:rsidP="00A248D5">
      <w:pPr>
        <w:numPr>
          <w:ilvl w:val="0"/>
          <w:numId w:val="41"/>
        </w:num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🎵</w:t>
      </w:r>
      <w:r w:rsidRPr="000A63D8">
        <w:rPr>
          <w:lang w:val="nl-NL"/>
        </w:rPr>
        <w:t xml:space="preserve"> </w:t>
      </w:r>
      <w:proofErr w:type="spellStart"/>
      <w:r w:rsidRPr="000A63D8">
        <w:rPr>
          <w:lang w:val="nl-NL"/>
        </w:rPr>
        <w:t>Spotify</w:t>
      </w:r>
      <w:proofErr w:type="spellEnd"/>
    </w:p>
    <w:p w14:paraId="4A0B03AA" w14:textId="77777777" w:rsidR="000A63D8" w:rsidRPr="000A63D8" w:rsidRDefault="000A63D8" w:rsidP="00A248D5">
      <w:pPr>
        <w:numPr>
          <w:ilvl w:val="0"/>
          <w:numId w:val="41"/>
        </w:num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🍎</w:t>
      </w:r>
      <w:r w:rsidRPr="000A63D8">
        <w:rPr>
          <w:lang w:val="nl-NL"/>
        </w:rPr>
        <w:t xml:space="preserve"> Apple Music</w:t>
      </w:r>
    </w:p>
    <w:p w14:paraId="23987683" w14:textId="77777777" w:rsidR="000A63D8" w:rsidRPr="000A63D8" w:rsidRDefault="000A63D8" w:rsidP="00A248D5">
      <w:pPr>
        <w:numPr>
          <w:ilvl w:val="0"/>
          <w:numId w:val="41"/>
        </w:num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🎧</w:t>
      </w:r>
      <w:r w:rsidRPr="000A63D8">
        <w:rPr>
          <w:lang w:val="nl-NL"/>
        </w:rPr>
        <w:t xml:space="preserve"> Podcasts</w:t>
      </w:r>
    </w:p>
    <w:p w14:paraId="2B074CB1" w14:textId="77777777" w:rsidR="000A63D8" w:rsidRPr="000A63D8" w:rsidRDefault="000A63D8" w:rsidP="00A248D5">
      <w:pPr>
        <w:numPr>
          <w:ilvl w:val="0"/>
          <w:numId w:val="41"/>
        </w:num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📚</w:t>
      </w:r>
      <w:r w:rsidRPr="000A63D8">
        <w:rPr>
          <w:lang w:val="nl-NL"/>
        </w:rPr>
        <w:t xml:space="preserve"> Luisterboeken</w:t>
      </w:r>
    </w:p>
    <w:p w14:paraId="5215F89E" w14:textId="77777777" w:rsidR="000A63D8" w:rsidRPr="000A63D8" w:rsidRDefault="000A63D8" w:rsidP="00A248D5">
      <w:pPr>
        <w:numPr>
          <w:ilvl w:val="0"/>
          <w:numId w:val="41"/>
        </w:num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💾</w:t>
      </w:r>
      <w:r w:rsidRPr="000A63D8">
        <w:rPr>
          <w:lang w:val="nl-NL"/>
        </w:rPr>
        <w:t xml:space="preserve"> USB-stick</w:t>
      </w:r>
    </w:p>
    <w:p w14:paraId="2FEFA8D4" w14:textId="77777777" w:rsidR="000A63D8" w:rsidRPr="000A63D8" w:rsidRDefault="000A63D8" w:rsidP="00A248D5">
      <w:pPr>
        <w:numPr>
          <w:ilvl w:val="0"/>
          <w:numId w:val="41"/>
        </w:num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📱</w:t>
      </w:r>
      <w:r w:rsidRPr="000A63D8">
        <w:rPr>
          <w:lang w:val="nl-NL"/>
        </w:rPr>
        <w:t xml:space="preserve"> Muziek op je iPhone</w:t>
      </w:r>
    </w:p>
    <w:p w14:paraId="182CA848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kunt tijdens een reis eenvoudig tussen deze bronnen wisselen.</w:t>
      </w:r>
    </w:p>
    <w:p w14:paraId="3BB219BF" w14:textId="77777777" w:rsidR="000A63D8" w:rsidRPr="000A63D8" w:rsidRDefault="000A63D8" w:rsidP="00297914">
      <w:pPr>
        <w:pStyle w:val="Kop1"/>
        <w:rPr>
          <w:lang w:val="nl-NL"/>
        </w:rPr>
      </w:pPr>
      <w:r w:rsidRPr="000A63D8">
        <w:rPr>
          <w:lang w:val="nl-NL"/>
        </w:rPr>
        <w:t>6.2 Welke bron kies je?</w:t>
      </w:r>
    </w:p>
    <w:p w14:paraId="3A9289BB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Hier is een handig overzicht.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4"/>
        <w:gridCol w:w="2083"/>
      </w:tblGrid>
      <w:tr w:rsidR="000A63D8" w:rsidRPr="000A63D8" w14:paraId="26128692" w14:textId="77777777" w:rsidTr="000A63D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2BAA081" w14:textId="77777777" w:rsidR="000A63D8" w:rsidRPr="000A63D8" w:rsidRDefault="000A63D8" w:rsidP="00A248D5">
            <w:pPr>
              <w:spacing w:after="0"/>
              <w:rPr>
                <w:b/>
                <w:bCs/>
                <w:lang w:val="nl-NL"/>
              </w:rPr>
            </w:pPr>
            <w:r w:rsidRPr="000A63D8">
              <w:rPr>
                <w:b/>
                <w:bCs/>
                <w:lang w:val="nl-NL"/>
              </w:rPr>
              <w:t>Situatie</w:t>
            </w:r>
          </w:p>
        </w:tc>
        <w:tc>
          <w:tcPr>
            <w:tcW w:w="0" w:type="auto"/>
            <w:vAlign w:val="center"/>
            <w:hideMark/>
          </w:tcPr>
          <w:p w14:paraId="6CAC38F8" w14:textId="77777777" w:rsidR="000A63D8" w:rsidRPr="000A63D8" w:rsidRDefault="000A63D8" w:rsidP="00A248D5">
            <w:pPr>
              <w:spacing w:after="0"/>
              <w:rPr>
                <w:b/>
                <w:bCs/>
                <w:lang w:val="nl-NL"/>
              </w:rPr>
            </w:pPr>
            <w:r w:rsidRPr="000A63D8">
              <w:rPr>
                <w:b/>
                <w:bCs/>
                <w:lang w:val="nl-NL"/>
              </w:rPr>
              <w:t>Beste keuze</w:t>
            </w:r>
          </w:p>
        </w:tc>
      </w:tr>
      <w:tr w:rsidR="000A63D8" w:rsidRPr="000A63D8" w14:paraId="3AF702A5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C147E9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Nederland</w:t>
            </w:r>
          </w:p>
        </w:tc>
        <w:tc>
          <w:tcPr>
            <w:tcW w:w="0" w:type="auto"/>
            <w:vAlign w:val="center"/>
            <w:hideMark/>
          </w:tcPr>
          <w:p w14:paraId="24F08A51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DAB+</w:t>
            </w:r>
          </w:p>
        </w:tc>
      </w:tr>
      <w:tr w:rsidR="000A63D8" w:rsidRPr="000A63D8" w14:paraId="169A4A79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2D36C7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Frankrijk</w:t>
            </w:r>
          </w:p>
        </w:tc>
        <w:tc>
          <w:tcPr>
            <w:tcW w:w="0" w:type="auto"/>
            <w:vAlign w:val="center"/>
            <w:hideMark/>
          </w:tcPr>
          <w:p w14:paraId="2E9B4B08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proofErr w:type="spellStart"/>
            <w:r w:rsidRPr="000A63D8">
              <w:rPr>
                <w:lang w:val="nl-NL"/>
              </w:rPr>
              <w:t>Spotify</w:t>
            </w:r>
            <w:proofErr w:type="spellEnd"/>
            <w:r w:rsidRPr="000A63D8">
              <w:rPr>
                <w:lang w:val="nl-NL"/>
              </w:rPr>
              <w:t xml:space="preserve"> of Apple Music</w:t>
            </w:r>
          </w:p>
        </w:tc>
      </w:tr>
      <w:tr w:rsidR="000A63D8" w:rsidRPr="000A63D8" w14:paraId="7CB99AE1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27D242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Slecht bereik</w:t>
            </w:r>
          </w:p>
        </w:tc>
        <w:tc>
          <w:tcPr>
            <w:tcW w:w="0" w:type="auto"/>
            <w:vAlign w:val="center"/>
            <w:hideMark/>
          </w:tcPr>
          <w:p w14:paraId="6ABA00B2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Gedownloade muziek</w:t>
            </w:r>
          </w:p>
        </w:tc>
      </w:tr>
      <w:tr w:rsidR="000A63D8" w:rsidRPr="000A63D8" w14:paraId="204F9B17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77B15B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Nieuws</w:t>
            </w:r>
          </w:p>
        </w:tc>
        <w:tc>
          <w:tcPr>
            <w:tcW w:w="0" w:type="auto"/>
            <w:vAlign w:val="center"/>
            <w:hideMark/>
          </w:tcPr>
          <w:p w14:paraId="45DBE792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DAB+ of FM</w:t>
            </w:r>
          </w:p>
        </w:tc>
      </w:tr>
      <w:tr w:rsidR="000A63D8" w:rsidRPr="000A63D8" w14:paraId="1AD923CD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FD8D09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Lange rit</w:t>
            </w:r>
          </w:p>
        </w:tc>
        <w:tc>
          <w:tcPr>
            <w:tcW w:w="0" w:type="auto"/>
            <w:vAlign w:val="center"/>
            <w:hideMark/>
          </w:tcPr>
          <w:p w14:paraId="22185748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Afspeellijst</w:t>
            </w:r>
          </w:p>
        </w:tc>
      </w:tr>
      <w:tr w:rsidR="000A63D8" w:rsidRPr="000A63D8" w14:paraId="4899F4FA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3F1D42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Berggebieden</w:t>
            </w:r>
          </w:p>
        </w:tc>
        <w:tc>
          <w:tcPr>
            <w:tcW w:w="0" w:type="auto"/>
            <w:vAlign w:val="center"/>
            <w:hideMark/>
          </w:tcPr>
          <w:p w14:paraId="6B521FC7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proofErr w:type="gramStart"/>
            <w:r w:rsidRPr="000A63D8">
              <w:rPr>
                <w:lang w:val="nl-NL"/>
              </w:rPr>
              <w:t>Offline muziek</w:t>
            </w:r>
            <w:proofErr w:type="gramEnd"/>
          </w:p>
        </w:tc>
      </w:tr>
    </w:tbl>
    <w:p w14:paraId="2A128BEA" w14:textId="77777777" w:rsidR="000A63D8" w:rsidRPr="000A63D8" w:rsidRDefault="000A63D8" w:rsidP="00297914">
      <w:pPr>
        <w:pStyle w:val="Kop1"/>
        <w:rPr>
          <w:lang w:val="nl-NL"/>
        </w:rPr>
      </w:pPr>
      <w:r w:rsidRPr="000A63D8">
        <w:rPr>
          <w:lang w:val="nl-NL"/>
        </w:rPr>
        <w:t>6.3 DAB+ radio</w:t>
      </w:r>
    </w:p>
    <w:p w14:paraId="248E50F9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DAB+ is de opvolger van FM.</w:t>
      </w:r>
    </w:p>
    <w:p w14:paraId="1CB564B8" w14:textId="77777777" w:rsidR="00297914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Voordelen</w:t>
      </w:r>
      <w:r w:rsidR="00297914">
        <w:rPr>
          <w:b/>
          <w:bCs/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✅</w:t>
      </w:r>
      <w:r w:rsidRPr="000A63D8">
        <w:rPr>
          <w:lang w:val="nl-NL"/>
        </w:rPr>
        <w:t xml:space="preserve"> Betere geluidskwaliteit</w:t>
      </w:r>
      <w:r w:rsidR="00297914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✅</w:t>
      </w:r>
      <w:r w:rsidRPr="000A63D8">
        <w:rPr>
          <w:lang w:val="nl-NL"/>
        </w:rPr>
        <w:t xml:space="preserve"> Minder ruis</w:t>
      </w:r>
      <w:r w:rsidR="00297914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✅</w:t>
      </w:r>
      <w:r w:rsidRPr="000A63D8">
        <w:rPr>
          <w:lang w:val="nl-NL"/>
        </w:rPr>
        <w:t xml:space="preserve"> Zenderinformatie op het scherm</w:t>
      </w:r>
      <w:r w:rsidR="00297914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✅</w:t>
      </w:r>
      <w:r w:rsidRPr="000A63D8">
        <w:rPr>
          <w:lang w:val="nl-NL"/>
        </w:rPr>
        <w:t xml:space="preserve"> Vaak meer zenders</w:t>
      </w:r>
      <w:r w:rsidR="00297914">
        <w:rPr>
          <w:lang w:val="nl-NL"/>
        </w:rPr>
        <w:t xml:space="preserve"> </w:t>
      </w:r>
    </w:p>
    <w:p w14:paraId="7D063754" w14:textId="3AD872B5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lastRenderedPageBreak/>
        <w:t xml:space="preserve">Als het DAB-signaal wegvalt, kan 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soms automatisch overschakelen naar FM (afhankelijk van de instellingen).</w:t>
      </w:r>
    </w:p>
    <w:p w14:paraId="09620F86" w14:textId="77777777" w:rsidR="000A63D8" w:rsidRPr="000A63D8" w:rsidRDefault="000A63D8" w:rsidP="00297914">
      <w:pPr>
        <w:pStyle w:val="Kop1"/>
        <w:rPr>
          <w:lang w:val="nl-NL"/>
        </w:rPr>
      </w:pPr>
      <w:r w:rsidRPr="000A63D8">
        <w:rPr>
          <w:lang w:val="nl-NL"/>
        </w:rPr>
        <w:t>6.4 FM-radio</w:t>
      </w:r>
    </w:p>
    <w:p w14:paraId="0BA17DEB" w14:textId="2DBAB453" w:rsidR="000A63D8" w:rsidRPr="000A63D8" w:rsidRDefault="000A63D8" w:rsidP="00297914">
      <w:p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FM is nog steeds handig als: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er geen DAB-dekking is;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je lokale zenders wilt ontvangen.</w:t>
      </w:r>
    </w:p>
    <w:p w14:paraId="4D68526C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De geluidskwaliteit is meestal iets minder dan DAB+, maar FM is nog altijd een goede back-up.</w:t>
      </w:r>
    </w:p>
    <w:p w14:paraId="3F52BB55" w14:textId="77777777" w:rsidR="000A63D8" w:rsidRPr="000A63D8" w:rsidRDefault="000A63D8" w:rsidP="00297914">
      <w:pPr>
        <w:pStyle w:val="Kop1"/>
        <w:rPr>
          <w:lang w:val="nl-NL"/>
        </w:rPr>
      </w:pPr>
      <w:r w:rsidRPr="000A63D8">
        <w:rPr>
          <w:lang w:val="nl-NL"/>
        </w:rPr>
        <w:t xml:space="preserve">6.5 </w:t>
      </w:r>
      <w:proofErr w:type="spellStart"/>
      <w:r w:rsidRPr="000A63D8">
        <w:rPr>
          <w:lang w:val="nl-NL"/>
        </w:rPr>
        <w:t>Spotify</w:t>
      </w:r>
      <w:proofErr w:type="spellEnd"/>
    </w:p>
    <w:p w14:paraId="63E972FC" w14:textId="77777777" w:rsidR="000A63D8" w:rsidRPr="000A63D8" w:rsidRDefault="000A63D8" w:rsidP="00A248D5">
      <w:pPr>
        <w:spacing w:after="0"/>
        <w:rPr>
          <w:lang w:val="nl-NL"/>
        </w:rPr>
      </w:pPr>
      <w:proofErr w:type="spellStart"/>
      <w:r w:rsidRPr="000A63D8">
        <w:rPr>
          <w:lang w:val="nl-NL"/>
        </w:rPr>
        <w:t>Spotify</w:t>
      </w:r>
      <w:proofErr w:type="spellEnd"/>
      <w:r w:rsidRPr="000A63D8">
        <w:rPr>
          <w:lang w:val="nl-NL"/>
        </w:rPr>
        <w:t xml:space="preserve"> is waarschijnlijk de populairste muziekdienst.</w:t>
      </w:r>
    </w:p>
    <w:p w14:paraId="109AF09B" w14:textId="27225417" w:rsidR="000A63D8" w:rsidRPr="000A63D8" w:rsidRDefault="000A63D8" w:rsidP="00297914">
      <w:p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 xml:space="preserve">Via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kun je: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afspeellijsten kiezen;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albums afspelen;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favoriete artiesten beluisteren;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muziek pauzeren;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nummers overslaan.</w:t>
      </w:r>
    </w:p>
    <w:p w14:paraId="2E442749" w14:textId="77777777" w:rsidR="000A63D8" w:rsidRPr="000A63D8" w:rsidRDefault="000A63D8" w:rsidP="00297914">
      <w:pPr>
        <w:pStyle w:val="Kop1"/>
        <w:rPr>
          <w:lang w:val="nl-NL"/>
        </w:rPr>
      </w:pPr>
      <w:r w:rsidRPr="000A63D8">
        <w:rPr>
          <w:lang w:val="nl-NL"/>
        </w:rPr>
        <w:t>6.6 Apple Music</w:t>
      </w:r>
    </w:p>
    <w:p w14:paraId="07A3D944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Apple Music werkt uitstekend samen met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>.</w:t>
      </w:r>
    </w:p>
    <w:p w14:paraId="18CC2770" w14:textId="3B5DD610" w:rsidR="000A63D8" w:rsidRPr="000A63D8" w:rsidRDefault="000A63D8" w:rsidP="00297914">
      <w:pPr>
        <w:spacing w:after="0"/>
        <w:rPr>
          <w:lang w:val="nl-NL"/>
        </w:rPr>
      </w:pPr>
      <w:r w:rsidRPr="000A63D8">
        <w:rPr>
          <w:lang w:val="nl-NL"/>
        </w:rPr>
        <w:t>Voordelen: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mooie integratie;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goede geluidskwaliteit;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 xml:space="preserve">eenvoudige bediening met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>.</w:t>
      </w:r>
    </w:p>
    <w:p w14:paraId="6B11A942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Als je al een abonnement hebt, is dit een uitstekende keuze.</w:t>
      </w:r>
    </w:p>
    <w:p w14:paraId="092463F1" w14:textId="77777777" w:rsidR="000A63D8" w:rsidRPr="000A63D8" w:rsidRDefault="000A63D8" w:rsidP="00297914">
      <w:pPr>
        <w:pStyle w:val="Kop1"/>
        <w:rPr>
          <w:lang w:val="nl-NL"/>
        </w:rPr>
      </w:pPr>
      <w:r w:rsidRPr="000A63D8">
        <w:rPr>
          <w:lang w:val="nl-NL"/>
        </w:rPr>
        <w:t xml:space="preserve">6.7 Muziek met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bedienen</w:t>
      </w:r>
    </w:p>
    <w:p w14:paraId="541AD4D7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hoeft nauwelijks het scherm aan te raken.</w:t>
      </w:r>
    </w:p>
    <w:p w14:paraId="1524F842" w14:textId="5818EB85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Zeg bijvoorbeeld: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 xml:space="preserve">"Speel </w:t>
      </w:r>
      <w:proofErr w:type="spellStart"/>
      <w:r w:rsidRPr="000A63D8">
        <w:rPr>
          <w:lang w:val="nl-NL"/>
        </w:rPr>
        <w:t>Dire</w:t>
      </w:r>
      <w:proofErr w:type="spellEnd"/>
      <w:r w:rsidRPr="000A63D8">
        <w:rPr>
          <w:lang w:val="nl-NL"/>
        </w:rPr>
        <w:t xml:space="preserve"> </w:t>
      </w:r>
      <w:proofErr w:type="spellStart"/>
      <w:r w:rsidRPr="000A63D8">
        <w:rPr>
          <w:lang w:val="nl-NL"/>
        </w:rPr>
        <w:t>Straits</w:t>
      </w:r>
      <w:proofErr w:type="spellEnd"/>
      <w:r w:rsidRPr="000A63D8">
        <w:rPr>
          <w:lang w:val="nl-NL"/>
        </w:rPr>
        <w:t>."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"Speel mijn afspeellijst Camper."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"Speel de jaren tachtig."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"Speel rustige muziek."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"Sla dit nummer over."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"Pauzeer de muziek."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Dat is veiliger én sneller.</w:t>
      </w:r>
    </w:p>
    <w:p w14:paraId="3BF26EC2" w14:textId="77777777" w:rsidR="000A63D8" w:rsidRPr="000A63D8" w:rsidRDefault="000A63D8" w:rsidP="00297914">
      <w:pPr>
        <w:pStyle w:val="Kop1"/>
        <w:rPr>
          <w:lang w:val="nl-NL"/>
        </w:rPr>
      </w:pPr>
      <w:r w:rsidRPr="000A63D8">
        <w:rPr>
          <w:lang w:val="nl-NL"/>
        </w:rPr>
        <w:t>6.8 Podcasts</w:t>
      </w:r>
    </w:p>
    <w:p w14:paraId="5E8FE29D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Tijdens lange ritten zijn podcasts een mooie afwisseling.</w:t>
      </w:r>
    </w:p>
    <w:p w14:paraId="64791955" w14:textId="77777777" w:rsidR="00297914" w:rsidRDefault="000A63D8" w:rsidP="00297914">
      <w:p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Je kunt bijvoorbeeld luisteren naar: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nieuws;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geschiedenis;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wetenschap;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reizen;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interviews.</w:t>
      </w:r>
      <w:r w:rsidR="00297914">
        <w:rPr>
          <w:lang w:val="nl-NL"/>
        </w:rPr>
        <w:t xml:space="preserve"> </w:t>
      </w:r>
    </w:p>
    <w:p w14:paraId="2F6558C3" w14:textId="312A848D" w:rsidR="000A63D8" w:rsidRPr="000A63D8" w:rsidRDefault="000A63D8" w:rsidP="00297914">
      <w:p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 xml:space="preserve">Via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zeg je eenvoudig: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"Speel mijn nieuwste podcast."</w:t>
      </w:r>
    </w:p>
    <w:p w14:paraId="65C5A7FD" w14:textId="77777777" w:rsidR="000A63D8" w:rsidRPr="000A63D8" w:rsidRDefault="000A63D8" w:rsidP="00297914">
      <w:pPr>
        <w:pStyle w:val="Kop1"/>
        <w:rPr>
          <w:lang w:val="nl-NL"/>
        </w:rPr>
      </w:pPr>
      <w:r w:rsidRPr="000A63D8">
        <w:rPr>
          <w:lang w:val="nl-NL"/>
        </w:rPr>
        <w:t>6.9 Luisterboeken</w:t>
      </w:r>
    </w:p>
    <w:p w14:paraId="6ACA817B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Een luisterboek is ideaal als je een hele dag rijdt.</w:t>
      </w:r>
    </w:p>
    <w:p w14:paraId="75D62D16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kunt 's morgens beginnen en 's avonds verder luisteren waar je was gebleven.</w:t>
      </w:r>
    </w:p>
    <w:p w14:paraId="136DB81F" w14:textId="3A4DCCF7" w:rsidR="000A63D8" w:rsidRPr="000A63D8" w:rsidRDefault="000A63D8" w:rsidP="00A248D5">
      <w:pPr>
        <w:spacing w:after="0"/>
        <w:rPr>
          <w:lang w:val="nl-NL"/>
        </w:rPr>
      </w:pP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onthoudt automatisch de positie.</w:t>
      </w:r>
    </w:p>
    <w:p w14:paraId="733D2B91" w14:textId="77777777" w:rsidR="000A63D8" w:rsidRPr="000A63D8" w:rsidRDefault="000A63D8" w:rsidP="00297914">
      <w:pPr>
        <w:pStyle w:val="Kop1"/>
        <w:rPr>
          <w:lang w:val="nl-NL"/>
        </w:rPr>
      </w:pPr>
      <w:r w:rsidRPr="000A63D8">
        <w:rPr>
          <w:lang w:val="nl-NL"/>
        </w:rPr>
        <w:lastRenderedPageBreak/>
        <w:t>6.10 Muziek zonder internet</w:t>
      </w:r>
    </w:p>
    <w:p w14:paraId="0CBD3D42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Dit is een van de belangrijkste tips voor camperreizigers.</w:t>
      </w:r>
    </w:p>
    <w:p w14:paraId="6CA06769" w14:textId="7C84D695" w:rsidR="000A63D8" w:rsidRPr="000A63D8" w:rsidRDefault="000A63D8" w:rsidP="00297914">
      <w:p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Download thuis je favoriete: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afspeellijsten;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albums;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podcasts;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luisterboeken.</w:t>
      </w:r>
    </w:p>
    <w:p w14:paraId="48BD97BB" w14:textId="22277198" w:rsidR="000A63D8" w:rsidRPr="000A63D8" w:rsidRDefault="000A63D8" w:rsidP="00297914">
      <w:p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Voordelen: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geen onderbrekingen;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minder dataverbruik;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ook muziek in tunnels en berggebieden.</w:t>
      </w:r>
    </w:p>
    <w:p w14:paraId="47ECF5AE" w14:textId="77777777" w:rsidR="000A63D8" w:rsidRPr="000A63D8" w:rsidRDefault="000A63D8" w:rsidP="00297914">
      <w:pPr>
        <w:pStyle w:val="Kop1"/>
        <w:rPr>
          <w:lang w:val="nl-NL"/>
        </w:rPr>
      </w:pPr>
      <w:r w:rsidRPr="000A63D8">
        <w:rPr>
          <w:lang w:val="nl-NL"/>
        </w:rPr>
        <w:t>6.11 USB-stick</w:t>
      </w:r>
    </w:p>
    <w:p w14:paraId="3289FDB5" w14:textId="72444755" w:rsidR="000A63D8" w:rsidRPr="000A63D8" w:rsidRDefault="000A63D8" w:rsidP="00297914">
      <w:pPr>
        <w:spacing w:after="0"/>
        <w:rPr>
          <w:lang w:val="nl-NL"/>
        </w:rPr>
      </w:pPr>
      <w:r w:rsidRPr="000A63D8">
        <w:rPr>
          <w:lang w:val="nl-NL"/>
        </w:rPr>
        <w:t xml:space="preserve">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kan ook muziek afspelen vanaf een USB-stick.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Dat is handig als: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meerdere mensen dezelfde muziek willen gebruiken;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je geen mobiele data wilt gebruiken.</w:t>
      </w:r>
    </w:p>
    <w:p w14:paraId="2A64EAA7" w14:textId="12D212DD" w:rsidR="000A63D8" w:rsidRPr="000A63D8" w:rsidRDefault="000A63D8" w:rsidP="00297914">
      <w:pPr>
        <w:spacing w:after="0"/>
        <w:rPr>
          <w:lang w:val="nl-NL"/>
        </w:rPr>
      </w:pPr>
      <w:r w:rsidRPr="000A63D8">
        <w:rPr>
          <w:lang w:val="nl-NL"/>
        </w:rPr>
        <w:t>Maak de mappen overzichtelijk, bijvoorbeeld:</w:t>
      </w:r>
      <w:r w:rsidR="00297914">
        <w:rPr>
          <w:lang w:val="nl-NL"/>
        </w:rPr>
        <w:t xml:space="preserve"> </w:t>
      </w:r>
      <w:proofErr w:type="gramStart"/>
      <w:r w:rsidRPr="000A63D8">
        <w:rPr>
          <w:lang w:val="nl-NL"/>
        </w:rPr>
        <w:t>Jazz</w:t>
      </w:r>
      <w:r w:rsidR="00297914">
        <w:rPr>
          <w:lang w:val="nl-NL"/>
        </w:rPr>
        <w:t xml:space="preserve">  </w:t>
      </w:r>
      <w:r w:rsidRPr="000A63D8">
        <w:rPr>
          <w:lang w:val="nl-NL"/>
        </w:rPr>
        <w:t>Klassiek</w:t>
      </w:r>
      <w:proofErr w:type="gramEnd"/>
      <w:r w:rsidR="00297914">
        <w:rPr>
          <w:lang w:val="nl-NL"/>
        </w:rPr>
        <w:t xml:space="preserve"> </w:t>
      </w:r>
      <w:r w:rsidRPr="000A63D8">
        <w:rPr>
          <w:lang w:val="nl-NL"/>
        </w:rPr>
        <w:t>Pop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Nederlandstalig</w:t>
      </w:r>
    </w:p>
    <w:p w14:paraId="72E4B7A7" w14:textId="77777777" w:rsidR="000A63D8" w:rsidRPr="000A63D8" w:rsidRDefault="000A63D8" w:rsidP="00297914">
      <w:pPr>
        <w:pStyle w:val="Kop1"/>
        <w:rPr>
          <w:lang w:val="nl-NL"/>
        </w:rPr>
      </w:pPr>
      <w:r w:rsidRPr="000A63D8">
        <w:rPr>
          <w:lang w:val="nl-NL"/>
        </w:rPr>
        <w:t>6.12 De equalizer</w:t>
      </w:r>
    </w:p>
    <w:p w14:paraId="4B666E3D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heeft een uitgebreide equalizer, maar voor de meeste gebruikers is een eenvoudige instelling voldoende.</w:t>
      </w:r>
    </w:p>
    <w:p w14:paraId="327876FB" w14:textId="77777777" w:rsidR="000A63D8" w:rsidRPr="000A63D8" w:rsidRDefault="000A63D8" w:rsidP="00297914">
      <w:pPr>
        <w:pStyle w:val="Kop1"/>
        <w:rPr>
          <w:lang w:val="nl-NL"/>
        </w:rPr>
      </w:pPr>
      <w:r w:rsidRPr="000A63D8">
        <w:rPr>
          <w:lang w:val="nl-NL"/>
        </w:rPr>
        <w:t>6.13 Balans en fader</w:t>
      </w:r>
    </w:p>
    <w:p w14:paraId="527955EC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Hiermee bepaal je waar het geluid vandaan komt.</w:t>
      </w:r>
    </w:p>
    <w:p w14:paraId="63A4B345" w14:textId="6CB340E3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Balans</w:t>
      </w:r>
      <w:r w:rsidR="00297914">
        <w:rPr>
          <w:b/>
          <w:bCs/>
          <w:lang w:val="nl-NL"/>
        </w:rPr>
        <w:t xml:space="preserve"> </w:t>
      </w:r>
      <w:r w:rsidRPr="000A63D8">
        <w:rPr>
          <w:lang w:val="nl-NL"/>
        </w:rPr>
        <w:t>Links ↔ Rechts</w:t>
      </w:r>
    </w:p>
    <w:p w14:paraId="49E23B06" w14:textId="614105DE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Fader</w:t>
      </w:r>
      <w:r w:rsidR="00297914">
        <w:rPr>
          <w:b/>
          <w:bCs/>
          <w:lang w:val="nl-NL"/>
        </w:rPr>
        <w:t xml:space="preserve"> </w:t>
      </w:r>
      <w:r w:rsidRPr="000A63D8">
        <w:rPr>
          <w:lang w:val="nl-NL"/>
        </w:rPr>
        <w:t>Voor ↔ Achter</w:t>
      </w:r>
    </w:p>
    <w:p w14:paraId="06FF3671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In een camper klinkt het vaak prettiger als het geluid iets meer naar voren is gericht, zodat de bestuurder en passagier een helder geluid hebben.</w:t>
      </w:r>
    </w:p>
    <w:p w14:paraId="0CDD1BFB" w14:textId="77777777" w:rsidR="000A63D8" w:rsidRPr="000A63D8" w:rsidRDefault="000A63D8" w:rsidP="00297914">
      <w:pPr>
        <w:pStyle w:val="Kop1"/>
        <w:rPr>
          <w:lang w:val="nl-NL"/>
        </w:rPr>
      </w:pPr>
      <w:r w:rsidRPr="000A63D8">
        <w:rPr>
          <w:lang w:val="nl-NL"/>
        </w:rPr>
        <w:t>6.14 Volume</w:t>
      </w:r>
    </w:p>
    <w:p w14:paraId="3391FF1A" w14:textId="72F81A84" w:rsidR="000A63D8" w:rsidRPr="000A63D8" w:rsidRDefault="000A63D8" w:rsidP="00297914">
      <w:pPr>
        <w:spacing w:after="0"/>
        <w:rPr>
          <w:lang w:val="nl-NL"/>
        </w:rPr>
      </w:pPr>
      <w:r w:rsidRPr="000A63D8">
        <w:rPr>
          <w:lang w:val="nl-NL"/>
        </w:rPr>
        <w:t>Een handige gewoonte: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Houd het volume tijdens gesprekken wat lager.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Zet de muziek iets zachter als je door een drukke stad rijdt.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Verhoog het volume weer op de snelweg.</w:t>
      </w:r>
    </w:p>
    <w:p w14:paraId="02F45327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Dat helpt je om verkeersgeluiden en aanwijzingen goed te blijven horen.</w:t>
      </w:r>
    </w:p>
    <w:p w14:paraId="522D0F47" w14:textId="77777777" w:rsidR="000A63D8" w:rsidRPr="000A63D8" w:rsidRDefault="000A63D8" w:rsidP="00297914">
      <w:pPr>
        <w:pStyle w:val="Kop1"/>
        <w:rPr>
          <w:lang w:val="nl-NL"/>
        </w:rPr>
      </w:pPr>
      <w:r w:rsidRPr="000A63D8">
        <w:rPr>
          <w:lang w:val="nl-NL"/>
        </w:rPr>
        <w:t>6.15 Geluid van de navigatie</w:t>
      </w:r>
    </w:p>
    <w:p w14:paraId="25AFFD12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kunt het volume van de gesproken navigatie vaak afzonderlijk aanpassen.</w:t>
      </w:r>
    </w:p>
    <w:p w14:paraId="6B8C730E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Tijdens een gesproken aanwijzing draai je aan de volumeknop. Op veel systemen wordt dan specifiek het volume van de navigatiestem aangepast.</w:t>
      </w:r>
    </w:p>
    <w:p w14:paraId="0626BFEC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Zo voorkom je dat de aanwijzingen te hard of juist te zacht zijn.</w:t>
      </w:r>
    </w:p>
    <w:p w14:paraId="10577815" w14:textId="77777777" w:rsidR="000A63D8" w:rsidRPr="000A63D8" w:rsidRDefault="000A63D8" w:rsidP="00297914">
      <w:pPr>
        <w:pStyle w:val="Kop1"/>
        <w:rPr>
          <w:lang w:val="nl-NL"/>
        </w:rPr>
      </w:pPr>
      <w:r w:rsidRPr="000A63D8">
        <w:rPr>
          <w:lang w:val="nl-NL"/>
        </w:rPr>
        <w:lastRenderedPageBreak/>
        <w:t>6.16 Mijn advies voor jouw camper</w:t>
      </w:r>
    </w:p>
    <w:p w14:paraId="3C7011E9" w14:textId="0CF6069E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Voor jouw reizen door Europa zou ik deze combinatie gebruiken:</w:t>
      </w:r>
      <w:r w:rsidR="00297914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🎵</w:t>
      </w:r>
      <w:r w:rsidRPr="000A63D8">
        <w:rPr>
          <w:lang w:val="nl-NL"/>
        </w:rPr>
        <w:t xml:space="preserve"> </w:t>
      </w:r>
      <w:proofErr w:type="spellStart"/>
      <w:r w:rsidRPr="000A63D8">
        <w:rPr>
          <w:b/>
          <w:bCs/>
          <w:lang w:val="nl-NL"/>
        </w:rPr>
        <w:t>Spotify</w:t>
      </w:r>
      <w:proofErr w:type="spellEnd"/>
      <w:r w:rsidRPr="000A63D8">
        <w:rPr>
          <w:lang w:val="nl-NL"/>
        </w:rPr>
        <w:t xml:space="preserve"> voor muziek.</w:t>
      </w:r>
    </w:p>
    <w:p w14:paraId="2E6A811A" w14:textId="2A7A996F" w:rsidR="000A63D8" w:rsidRDefault="000A63D8" w:rsidP="00297914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📻</w:t>
      </w:r>
      <w:r w:rsidRPr="000A63D8">
        <w:rPr>
          <w:lang w:val="nl-NL"/>
        </w:rPr>
        <w:t xml:space="preserve"> </w:t>
      </w:r>
      <w:r w:rsidRPr="000A63D8">
        <w:rPr>
          <w:b/>
          <w:bCs/>
          <w:lang w:val="nl-NL"/>
        </w:rPr>
        <w:t>DAB+</w:t>
      </w:r>
      <w:r w:rsidRPr="000A63D8">
        <w:rPr>
          <w:lang w:val="nl-NL"/>
        </w:rPr>
        <w:t xml:space="preserve"> voor nieuws en actualiteiten in Nederland.</w:t>
      </w:r>
      <w:r w:rsidR="00297914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📚</w:t>
      </w:r>
      <w:r w:rsidRPr="000A63D8">
        <w:rPr>
          <w:lang w:val="nl-NL"/>
        </w:rPr>
        <w:t xml:space="preserve"> </w:t>
      </w:r>
      <w:r w:rsidRPr="000A63D8">
        <w:rPr>
          <w:b/>
          <w:bCs/>
          <w:lang w:val="nl-NL"/>
        </w:rPr>
        <w:t>Luisterboeken</w:t>
      </w:r>
      <w:r w:rsidRPr="000A63D8">
        <w:rPr>
          <w:lang w:val="nl-NL"/>
        </w:rPr>
        <w:t xml:space="preserve"> voor lange snelwegritten.</w:t>
      </w:r>
      <w:r w:rsidR="00297914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🎙</w:t>
      </w:r>
      <w:r w:rsidRPr="000A63D8">
        <w:rPr>
          <w:lang w:val="nl-NL"/>
        </w:rPr>
        <w:t xml:space="preserve">️ </w:t>
      </w:r>
      <w:r w:rsidRPr="000A63D8">
        <w:rPr>
          <w:b/>
          <w:bCs/>
          <w:lang w:val="nl-NL"/>
        </w:rPr>
        <w:t>Podcasts</w:t>
      </w:r>
      <w:r w:rsidRPr="000A63D8">
        <w:rPr>
          <w:lang w:val="nl-NL"/>
        </w:rPr>
        <w:t xml:space="preserve"> tijdens rustige etappes.</w:t>
      </w:r>
    </w:p>
    <w:p w14:paraId="58A1F2DA" w14:textId="77777777" w:rsidR="00297914" w:rsidRPr="000A63D8" w:rsidRDefault="00297914" w:rsidP="00297914">
      <w:pPr>
        <w:spacing w:after="0"/>
        <w:rPr>
          <w:lang w:val="nl-NL"/>
        </w:rPr>
      </w:pPr>
    </w:p>
    <w:p w14:paraId="46E78AE7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Praktijkoefeningen</w:t>
      </w:r>
    </w:p>
    <w:p w14:paraId="69CEA1FB" w14:textId="691BA87E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Oefening 1</w:t>
      </w:r>
      <w:r w:rsidR="00297914">
        <w:rPr>
          <w:b/>
          <w:bCs/>
          <w:lang w:val="nl-NL"/>
        </w:rPr>
        <w:t xml:space="preserve"> </w:t>
      </w:r>
      <w:r w:rsidRPr="000A63D8">
        <w:rPr>
          <w:lang w:val="nl-NL"/>
        </w:rPr>
        <w:t xml:space="preserve">Start </w:t>
      </w:r>
      <w:proofErr w:type="spellStart"/>
      <w:r w:rsidRPr="000A63D8">
        <w:rPr>
          <w:lang w:val="nl-NL"/>
        </w:rPr>
        <w:t>Spotify</w:t>
      </w:r>
      <w:proofErr w:type="spellEnd"/>
      <w:r w:rsidRPr="000A63D8">
        <w:rPr>
          <w:lang w:val="nl-NL"/>
        </w:rPr>
        <w:t>.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Speel een afspeellijst af.</w:t>
      </w:r>
    </w:p>
    <w:p w14:paraId="09C2653E" w14:textId="05B06A8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Oefening 2</w:t>
      </w:r>
      <w:r w:rsidR="00297914">
        <w:rPr>
          <w:b/>
          <w:bCs/>
          <w:lang w:val="nl-NL"/>
        </w:rPr>
        <w:t xml:space="preserve"> </w:t>
      </w:r>
      <w:r w:rsidRPr="000A63D8">
        <w:rPr>
          <w:lang w:val="nl-NL"/>
        </w:rPr>
        <w:t>Zeg: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 xml:space="preserve">"Speel </w:t>
      </w:r>
      <w:proofErr w:type="spellStart"/>
      <w:r w:rsidRPr="000A63D8">
        <w:rPr>
          <w:lang w:val="nl-NL"/>
        </w:rPr>
        <w:t>Dire</w:t>
      </w:r>
      <w:proofErr w:type="spellEnd"/>
      <w:r w:rsidRPr="000A63D8">
        <w:rPr>
          <w:lang w:val="nl-NL"/>
        </w:rPr>
        <w:t xml:space="preserve"> </w:t>
      </w:r>
      <w:proofErr w:type="spellStart"/>
      <w:r w:rsidRPr="000A63D8">
        <w:rPr>
          <w:lang w:val="nl-NL"/>
        </w:rPr>
        <w:t>Straits</w:t>
      </w:r>
      <w:proofErr w:type="spellEnd"/>
      <w:r w:rsidRPr="000A63D8">
        <w:rPr>
          <w:lang w:val="nl-NL"/>
        </w:rPr>
        <w:t>."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 xml:space="preserve">Controleer of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de opdracht uitvoert.</w:t>
      </w:r>
    </w:p>
    <w:p w14:paraId="0CCEFB2C" w14:textId="4EC544D6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Oefening 3</w:t>
      </w:r>
      <w:r w:rsidR="00297914">
        <w:rPr>
          <w:b/>
          <w:bCs/>
          <w:lang w:val="nl-NL"/>
        </w:rPr>
        <w:t xml:space="preserve"> </w:t>
      </w:r>
      <w:r w:rsidRPr="000A63D8">
        <w:rPr>
          <w:lang w:val="nl-NL"/>
        </w:rPr>
        <w:t>Schakel over naar DAB+.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Sla drie favoriete zenders op.</w:t>
      </w:r>
    </w:p>
    <w:p w14:paraId="1311C3A2" w14:textId="637B5F06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Oefening 4</w:t>
      </w:r>
      <w:r w:rsidR="00297914">
        <w:rPr>
          <w:b/>
          <w:bCs/>
          <w:lang w:val="nl-NL"/>
        </w:rPr>
        <w:t xml:space="preserve"> </w:t>
      </w:r>
      <w:r w:rsidRPr="000A63D8">
        <w:rPr>
          <w:lang w:val="nl-NL"/>
        </w:rPr>
        <w:t>Speel een podcast af.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Pauzeer en hervat de weergave.</w:t>
      </w:r>
    </w:p>
    <w:p w14:paraId="43DCEC95" w14:textId="6C7ED9E5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Oefening 5</w:t>
      </w:r>
      <w:r w:rsidR="00297914">
        <w:rPr>
          <w:b/>
          <w:bCs/>
          <w:lang w:val="nl-NL"/>
        </w:rPr>
        <w:t xml:space="preserve"> </w:t>
      </w:r>
      <w:r w:rsidRPr="000A63D8">
        <w:rPr>
          <w:lang w:val="nl-NL"/>
        </w:rPr>
        <w:t>Pas de bas en hoge tonen een klein beetje aan.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Luister of je het verschil hoort.</w:t>
      </w:r>
    </w:p>
    <w:p w14:paraId="0D6CE819" w14:textId="597A1FB9" w:rsidR="000A63D8" w:rsidRPr="000A63D8" w:rsidRDefault="000A63D8" w:rsidP="00A248D5">
      <w:pPr>
        <w:spacing w:after="0"/>
        <w:rPr>
          <w:lang w:val="nl-NL"/>
        </w:rPr>
      </w:pPr>
    </w:p>
    <w:p w14:paraId="2610C400" w14:textId="77777777" w:rsidR="000A63D8" w:rsidRPr="000A63D8" w:rsidRDefault="000A63D8" w:rsidP="00297914">
      <w:pPr>
        <w:pStyle w:val="Kop1"/>
        <w:rPr>
          <w:lang w:val="nl-NL"/>
        </w:rPr>
      </w:pPr>
      <w:r w:rsidRPr="000A63D8">
        <w:rPr>
          <w:lang w:val="nl-NL"/>
        </w:rPr>
        <w:t xml:space="preserve">De 10 handigste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>-opdrachten voor muziek</w:t>
      </w:r>
    </w:p>
    <w:p w14:paraId="6C3C0153" w14:textId="77777777" w:rsidR="000A63D8" w:rsidRPr="000A63D8" w:rsidRDefault="000A63D8" w:rsidP="00A248D5">
      <w:pPr>
        <w:numPr>
          <w:ilvl w:val="0"/>
          <w:numId w:val="53"/>
        </w:numPr>
        <w:spacing w:after="0"/>
        <w:rPr>
          <w:lang w:val="nl-NL"/>
        </w:rPr>
      </w:pPr>
      <w:r w:rsidRPr="000A63D8">
        <w:rPr>
          <w:lang w:val="nl-NL"/>
        </w:rPr>
        <w:t>"Speel mijn afspeellijst Camper."</w:t>
      </w:r>
    </w:p>
    <w:p w14:paraId="550BB860" w14:textId="77777777" w:rsidR="000A63D8" w:rsidRPr="000A63D8" w:rsidRDefault="000A63D8" w:rsidP="00A248D5">
      <w:pPr>
        <w:numPr>
          <w:ilvl w:val="0"/>
          <w:numId w:val="53"/>
        </w:numPr>
        <w:spacing w:after="0"/>
        <w:rPr>
          <w:lang w:val="nl-NL"/>
        </w:rPr>
      </w:pPr>
      <w:r w:rsidRPr="000A63D8">
        <w:rPr>
          <w:lang w:val="nl-NL"/>
        </w:rPr>
        <w:t>"Speel rustige muziek."</w:t>
      </w:r>
    </w:p>
    <w:p w14:paraId="3DAD1204" w14:textId="77777777" w:rsidR="000A63D8" w:rsidRPr="000A63D8" w:rsidRDefault="000A63D8" w:rsidP="00A248D5">
      <w:pPr>
        <w:numPr>
          <w:ilvl w:val="0"/>
          <w:numId w:val="53"/>
        </w:numPr>
        <w:spacing w:after="0"/>
        <w:rPr>
          <w:lang w:val="nl-NL"/>
        </w:rPr>
      </w:pPr>
      <w:r w:rsidRPr="000A63D8">
        <w:rPr>
          <w:lang w:val="nl-NL"/>
        </w:rPr>
        <w:t xml:space="preserve">"Speel </w:t>
      </w:r>
      <w:proofErr w:type="spellStart"/>
      <w:r w:rsidRPr="000A63D8">
        <w:rPr>
          <w:lang w:val="nl-NL"/>
        </w:rPr>
        <w:t>Dire</w:t>
      </w:r>
      <w:proofErr w:type="spellEnd"/>
      <w:r w:rsidRPr="000A63D8">
        <w:rPr>
          <w:lang w:val="nl-NL"/>
        </w:rPr>
        <w:t xml:space="preserve"> </w:t>
      </w:r>
      <w:proofErr w:type="spellStart"/>
      <w:r w:rsidRPr="000A63D8">
        <w:rPr>
          <w:lang w:val="nl-NL"/>
        </w:rPr>
        <w:t>Straits</w:t>
      </w:r>
      <w:proofErr w:type="spellEnd"/>
      <w:r w:rsidRPr="000A63D8">
        <w:rPr>
          <w:lang w:val="nl-NL"/>
        </w:rPr>
        <w:t>."</w:t>
      </w:r>
    </w:p>
    <w:p w14:paraId="339906CF" w14:textId="77777777" w:rsidR="000A63D8" w:rsidRPr="000A63D8" w:rsidRDefault="000A63D8" w:rsidP="00A248D5">
      <w:pPr>
        <w:numPr>
          <w:ilvl w:val="0"/>
          <w:numId w:val="53"/>
        </w:numPr>
        <w:spacing w:after="0"/>
        <w:rPr>
          <w:lang w:val="nl-NL"/>
        </w:rPr>
      </w:pPr>
      <w:r w:rsidRPr="000A63D8">
        <w:rPr>
          <w:lang w:val="nl-NL"/>
        </w:rPr>
        <w:t>"Pauzeer de muziek."</w:t>
      </w:r>
    </w:p>
    <w:p w14:paraId="10A7077F" w14:textId="77777777" w:rsidR="000A63D8" w:rsidRPr="000A63D8" w:rsidRDefault="000A63D8" w:rsidP="00A248D5">
      <w:pPr>
        <w:numPr>
          <w:ilvl w:val="0"/>
          <w:numId w:val="53"/>
        </w:numPr>
        <w:spacing w:after="0"/>
        <w:rPr>
          <w:lang w:val="nl-NL"/>
        </w:rPr>
      </w:pPr>
      <w:r w:rsidRPr="000A63D8">
        <w:rPr>
          <w:lang w:val="nl-NL"/>
        </w:rPr>
        <w:t>"Ga verder met afspelen."</w:t>
      </w:r>
    </w:p>
    <w:p w14:paraId="72D753DF" w14:textId="77777777" w:rsidR="000A63D8" w:rsidRPr="000A63D8" w:rsidRDefault="000A63D8" w:rsidP="00A248D5">
      <w:pPr>
        <w:numPr>
          <w:ilvl w:val="0"/>
          <w:numId w:val="53"/>
        </w:numPr>
        <w:spacing w:after="0"/>
        <w:rPr>
          <w:lang w:val="nl-NL"/>
        </w:rPr>
      </w:pPr>
      <w:r w:rsidRPr="000A63D8">
        <w:rPr>
          <w:lang w:val="nl-NL"/>
        </w:rPr>
        <w:t>"Volgend nummer."</w:t>
      </w:r>
    </w:p>
    <w:p w14:paraId="49B98FD1" w14:textId="77777777" w:rsidR="000A63D8" w:rsidRPr="000A63D8" w:rsidRDefault="000A63D8" w:rsidP="00A248D5">
      <w:pPr>
        <w:numPr>
          <w:ilvl w:val="0"/>
          <w:numId w:val="53"/>
        </w:numPr>
        <w:spacing w:after="0"/>
        <w:rPr>
          <w:lang w:val="nl-NL"/>
        </w:rPr>
      </w:pPr>
      <w:r w:rsidRPr="000A63D8">
        <w:rPr>
          <w:lang w:val="nl-NL"/>
        </w:rPr>
        <w:t>"Vorig nummer."</w:t>
      </w:r>
    </w:p>
    <w:p w14:paraId="6ECF1DDD" w14:textId="77777777" w:rsidR="000A63D8" w:rsidRPr="000A63D8" w:rsidRDefault="000A63D8" w:rsidP="00A248D5">
      <w:pPr>
        <w:numPr>
          <w:ilvl w:val="0"/>
          <w:numId w:val="53"/>
        </w:numPr>
        <w:spacing w:after="0"/>
        <w:rPr>
          <w:lang w:val="nl-NL"/>
        </w:rPr>
      </w:pPr>
      <w:r w:rsidRPr="000A63D8">
        <w:rPr>
          <w:lang w:val="nl-NL"/>
        </w:rPr>
        <w:t>"Zet het volume iets harder."</w:t>
      </w:r>
    </w:p>
    <w:p w14:paraId="1AB9986E" w14:textId="77777777" w:rsidR="000A63D8" w:rsidRPr="000A63D8" w:rsidRDefault="000A63D8" w:rsidP="00A248D5">
      <w:pPr>
        <w:numPr>
          <w:ilvl w:val="0"/>
          <w:numId w:val="53"/>
        </w:numPr>
        <w:spacing w:after="0"/>
        <w:rPr>
          <w:lang w:val="nl-NL"/>
        </w:rPr>
      </w:pPr>
      <w:r w:rsidRPr="000A63D8">
        <w:rPr>
          <w:lang w:val="nl-NL"/>
        </w:rPr>
        <w:t>"Speel mijn nieuwste podcast."</w:t>
      </w:r>
    </w:p>
    <w:p w14:paraId="5D19723A" w14:textId="77777777" w:rsidR="000A63D8" w:rsidRPr="000A63D8" w:rsidRDefault="000A63D8" w:rsidP="00A248D5">
      <w:pPr>
        <w:numPr>
          <w:ilvl w:val="0"/>
          <w:numId w:val="53"/>
        </w:numPr>
        <w:spacing w:after="0"/>
        <w:rPr>
          <w:lang w:val="nl-NL"/>
        </w:rPr>
      </w:pPr>
      <w:r w:rsidRPr="000A63D8">
        <w:rPr>
          <w:lang w:val="nl-NL"/>
        </w:rPr>
        <w:t>"Speel mijn luisterboek."</w:t>
      </w:r>
    </w:p>
    <w:p w14:paraId="3447A812" w14:textId="77777777" w:rsidR="00297914" w:rsidRDefault="00297914">
      <w:pPr>
        <w:rPr>
          <w:b/>
          <w:bCs/>
          <w:lang w:val="nl-NL"/>
        </w:rPr>
      </w:pPr>
      <w:r>
        <w:rPr>
          <w:b/>
          <w:bCs/>
          <w:lang w:val="nl-NL"/>
        </w:rPr>
        <w:br w:type="page"/>
      </w:r>
    </w:p>
    <w:p w14:paraId="5D674534" w14:textId="4AE7A8E8" w:rsidR="000A63D8" w:rsidRPr="000A63D8" w:rsidRDefault="000A63D8" w:rsidP="00297914">
      <w:pPr>
        <w:pStyle w:val="Titel"/>
      </w:pPr>
      <w:r w:rsidRPr="000A63D8">
        <w:lastRenderedPageBreak/>
        <w:t>7 – Telefoneren en berichten</w:t>
      </w:r>
    </w:p>
    <w:p w14:paraId="43E89F15" w14:textId="77777777" w:rsidR="000A63D8" w:rsidRPr="000A63D8" w:rsidRDefault="000A63D8" w:rsidP="00297914">
      <w:pPr>
        <w:pStyle w:val="Kop1"/>
        <w:rPr>
          <w:lang w:val="nl-NL"/>
        </w:rPr>
      </w:pPr>
      <w:r w:rsidRPr="000A63D8">
        <w:rPr>
          <w:lang w:val="nl-NL"/>
        </w:rPr>
        <w:t>7.2 De Telefoon-app</w:t>
      </w:r>
    </w:p>
    <w:p w14:paraId="4E2BB940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Op het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-scherm zie je het pictogram </w:t>
      </w:r>
      <w:r w:rsidRPr="000A63D8">
        <w:rPr>
          <w:rFonts w:ascii="Segoe UI Emoji" w:hAnsi="Segoe UI Emoji" w:cs="Segoe UI Emoji"/>
          <w:b/>
          <w:bCs/>
          <w:lang w:val="nl-NL"/>
        </w:rPr>
        <w:t>📞</w:t>
      </w:r>
      <w:r w:rsidRPr="000A63D8">
        <w:rPr>
          <w:b/>
          <w:bCs/>
          <w:lang w:val="nl-NL"/>
        </w:rPr>
        <w:t xml:space="preserve"> Telefoon</w:t>
      </w:r>
      <w:r w:rsidRPr="000A63D8">
        <w:rPr>
          <w:lang w:val="nl-NL"/>
        </w:rPr>
        <w:t>.</w:t>
      </w:r>
    </w:p>
    <w:p w14:paraId="7E6EB72B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Als je daarop tikt, zie je meestal:</w:t>
      </w:r>
    </w:p>
    <w:p w14:paraId="7875F48A" w14:textId="77777777" w:rsidR="000A63D8" w:rsidRPr="000A63D8" w:rsidRDefault="000A63D8" w:rsidP="00A248D5">
      <w:pPr>
        <w:numPr>
          <w:ilvl w:val="0"/>
          <w:numId w:val="56"/>
        </w:numPr>
        <w:spacing w:after="0"/>
        <w:rPr>
          <w:lang w:val="nl-NL"/>
        </w:rPr>
      </w:pPr>
      <w:r w:rsidRPr="000A63D8">
        <w:rPr>
          <w:b/>
          <w:bCs/>
          <w:lang w:val="nl-NL"/>
        </w:rPr>
        <w:t>Favorieten</w:t>
      </w:r>
      <w:r w:rsidRPr="000A63D8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⭐</w:t>
      </w:r>
    </w:p>
    <w:p w14:paraId="60333F27" w14:textId="77777777" w:rsidR="000A63D8" w:rsidRPr="000A63D8" w:rsidRDefault="000A63D8" w:rsidP="00A248D5">
      <w:pPr>
        <w:numPr>
          <w:ilvl w:val="0"/>
          <w:numId w:val="56"/>
        </w:numPr>
        <w:spacing w:after="0"/>
        <w:rPr>
          <w:lang w:val="nl-NL"/>
        </w:rPr>
      </w:pPr>
      <w:r w:rsidRPr="000A63D8">
        <w:rPr>
          <w:b/>
          <w:bCs/>
          <w:lang w:val="nl-NL"/>
        </w:rPr>
        <w:t>Recent</w:t>
      </w:r>
      <w:r w:rsidRPr="000A63D8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🕒</w:t>
      </w:r>
    </w:p>
    <w:p w14:paraId="290AA019" w14:textId="77777777" w:rsidR="000A63D8" w:rsidRPr="000A63D8" w:rsidRDefault="000A63D8" w:rsidP="00A248D5">
      <w:pPr>
        <w:numPr>
          <w:ilvl w:val="0"/>
          <w:numId w:val="56"/>
        </w:numPr>
        <w:spacing w:after="0"/>
        <w:rPr>
          <w:lang w:val="nl-NL"/>
        </w:rPr>
      </w:pPr>
      <w:r w:rsidRPr="000A63D8">
        <w:rPr>
          <w:b/>
          <w:bCs/>
          <w:lang w:val="nl-NL"/>
        </w:rPr>
        <w:t>Contacten</w:t>
      </w:r>
      <w:r w:rsidRPr="000A63D8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👥</w:t>
      </w:r>
    </w:p>
    <w:p w14:paraId="17ACAC43" w14:textId="77777777" w:rsidR="000A63D8" w:rsidRPr="000A63D8" w:rsidRDefault="000A63D8" w:rsidP="00A248D5">
      <w:pPr>
        <w:numPr>
          <w:ilvl w:val="0"/>
          <w:numId w:val="56"/>
        </w:numPr>
        <w:spacing w:after="0"/>
        <w:rPr>
          <w:lang w:val="nl-NL"/>
        </w:rPr>
      </w:pPr>
      <w:r w:rsidRPr="000A63D8">
        <w:rPr>
          <w:b/>
          <w:bCs/>
          <w:lang w:val="nl-NL"/>
        </w:rPr>
        <w:t>Toetsenblok</w:t>
      </w:r>
      <w:r w:rsidRPr="000A63D8">
        <w:rPr>
          <w:lang w:val="nl-NL"/>
        </w:rPr>
        <w:t xml:space="preserve"> </w:t>
      </w:r>
      <w:r w:rsidRPr="000A63D8">
        <w:rPr>
          <w:rFonts w:ascii="Cambria Math" w:hAnsi="Cambria Math" w:cs="Cambria Math"/>
          <w:lang w:val="nl-NL"/>
        </w:rPr>
        <w:t>⌨</w:t>
      </w:r>
      <w:r w:rsidRPr="000A63D8">
        <w:rPr>
          <w:lang w:val="nl-NL"/>
        </w:rPr>
        <w:t>️</w:t>
      </w:r>
    </w:p>
    <w:p w14:paraId="56593D43" w14:textId="77777777" w:rsidR="000A63D8" w:rsidRPr="000A63D8" w:rsidRDefault="000A63D8" w:rsidP="00A248D5">
      <w:pPr>
        <w:numPr>
          <w:ilvl w:val="0"/>
          <w:numId w:val="56"/>
        </w:numPr>
        <w:spacing w:after="0"/>
        <w:rPr>
          <w:lang w:val="nl-NL"/>
        </w:rPr>
      </w:pPr>
      <w:r w:rsidRPr="000A63D8">
        <w:rPr>
          <w:b/>
          <w:bCs/>
          <w:lang w:val="nl-NL"/>
        </w:rPr>
        <w:t>Voicemail</w:t>
      </w:r>
      <w:r w:rsidRPr="000A63D8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📬</w:t>
      </w:r>
      <w:r w:rsidRPr="000A63D8">
        <w:rPr>
          <w:lang w:val="nl-NL"/>
        </w:rPr>
        <w:t xml:space="preserve"> (als je provider dit ondersteunt)</w:t>
      </w:r>
    </w:p>
    <w:p w14:paraId="389012A6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De meeste mensen gebruiken vooral </w:t>
      </w:r>
      <w:r w:rsidRPr="000A63D8">
        <w:rPr>
          <w:b/>
          <w:bCs/>
          <w:lang w:val="nl-NL"/>
        </w:rPr>
        <w:t>Favorieten</w:t>
      </w:r>
      <w:r w:rsidRPr="000A63D8">
        <w:rPr>
          <w:lang w:val="nl-NL"/>
        </w:rPr>
        <w:t xml:space="preserve"> en </w:t>
      </w:r>
      <w:r w:rsidRPr="000A63D8">
        <w:rPr>
          <w:b/>
          <w:bCs/>
          <w:lang w:val="nl-NL"/>
        </w:rPr>
        <w:t>Recent</w:t>
      </w:r>
      <w:r w:rsidRPr="000A63D8">
        <w:rPr>
          <w:lang w:val="nl-NL"/>
        </w:rPr>
        <w:t>.</w:t>
      </w:r>
    </w:p>
    <w:p w14:paraId="46100E02" w14:textId="77777777" w:rsidR="000A63D8" w:rsidRPr="000A63D8" w:rsidRDefault="000A63D8" w:rsidP="00297914">
      <w:pPr>
        <w:pStyle w:val="Kop1"/>
        <w:rPr>
          <w:lang w:val="nl-NL"/>
        </w:rPr>
      </w:pPr>
      <w:r w:rsidRPr="000A63D8">
        <w:rPr>
          <w:lang w:val="nl-NL"/>
        </w:rPr>
        <w:t xml:space="preserve">7.3 Bellen met </w:t>
      </w:r>
      <w:proofErr w:type="spellStart"/>
      <w:r w:rsidRPr="000A63D8">
        <w:rPr>
          <w:lang w:val="nl-NL"/>
        </w:rPr>
        <w:t>Siri</w:t>
      </w:r>
      <w:proofErr w:type="spellEnd"/>
    </w:p>
    <w:p w14:paraId="4E4AC391" w14:textId="405EE5B3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Dit is de eenvoudigste manier.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Zeg bijvoorbeeld: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 xml:space="preserve">"Hé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>, bel Janneke."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Of: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"Bel Lianne mobiel."</w:t>
      </w:r>
    </w:p>
    <w:p w14:paraId="253D6599" w14:textId="77777777" w:rsidR="000A63D8" w:rsidRPr="000A63D8" w:rsidRDefault="000A63D8" w:rsidP="00A248D5">
      <w:pPr>
        <w:spacing w:after="0"/>
        <w:rPr>
          <w:lang w:val="nl-NL"/>
        </w:rPr>
      </w:pP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bevestigt de opdracht en start het gesprek.</w:t>
      </w:r>
    </w:p>
    <w:p w14:paraId="3F6F62D8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💡</w:t>
      </w:r>
      <w:r w:rsidRPr="000A63D8">
        <w:rPr>
          <w:lang w:val="nl-NL"/>
        </w:rPr>
        <w:t xml:space="preserve"> </w:t>
      </w:r>
      <w:r w:rsidRPr="000A63D8">
        <w:rPr>
          <w:b/>
          <w:bCs/>
          <w:lang w:val="nl-NL"/>
        </w:rPr>
        <w:t>Tip:</w:t>
      </w:r>
      <w:r w:rsidRPr="000A63D8">
        <w:rPr>
          <w:lang w:val="nl-NL"/>
        </w:rPr>
        <w:t xml:space="preserve"> Als een contact meerdere nummers heeft (bijvoorbeeld mobiel en werk), noem dan ook het type nummer.</w:t>
      </w:r>
    </w:p>
    <w:p w14:paraId="559EB529" w14:textId="77777777" w:rsidR="000A63D8" w:rsidRPr="000A63D8" w:rsidRDefault="000A63D8" w:rsidP="00297914">
      <w:pPr>
        <w:pStyle w:val="Kop1"/>
        <w:rPr>
          <w:lang w:val="nl-NL"/>
        </w:rPr>
      </w:pPr>
      <w:r w:rsidRPr="000A63D8">
        <w:rPr>
          <w:lang w:val="nl-NL"/>
        </w:rPr>
        <w:t>7.4 Een gesprek aannemen</w:t>
      </w:r>
    </w:p>
    <w:p w14:paraId="049BD86A" w14:textId="36ABDCF3" w:rsidR="000A63D8" w:rsidRPr="000A63D8" w:rsidRDefault="000A63D8" w:rsidP="00297914">
      <w:p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Als iemand belt terwijl je rijdt, verschijnt er een melding op het scherm.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Je kunt kiezen:</w:t>
      </w:r>
      <w:r w:rsidR="00297914">
        <w:rPr>
          <w:lang w:val="nl-NL"/>
        </w:rPr>
        <w:t xml:space="preserve"> </w:t>
      </w:r>
      <w:r w:rsidRPr="000A63D8">
        <w:rPr>
          <w:b/>
          <w:bCs/>
          <w:lang w:val="nl-NL"/>
        </w:rPr>
        <w:t>Accepteren</w:t>
      </w:r>
      <w:r w:rsidRPr="000A63D8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✅</w:t>
      </w:r>
      <w:r w:rsidR="00297914">
        <w:rPr>
          <w:rFonts w:ascii="Segoe UI Emoji" w:hAnsi="Segoe UI Emoji" w:cs="Segoe UI Emoji"/>
          <w:lang w:val="nl-NL"/>
        </w:rPr>
        <w:t xml:space="preserve"> </w:t>
      </w:r>
      <w:r w:rsidRPr="000A63D8">
        <w:rPr>
          <w:b/>
          <w:bCs/>
          <w:lang w:val="nl-NL"/>
        </w:rPr>
        <w:t>Weigeren</w:t>
      </w:r>
      <w:r w:rsidRPr="000A63D8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❌</w:t>
      </w:r>
      <w:r w:rsidR="00297914">
        <w:rPr>
          <w:rFonts w:ascii="Segoe UI Emoji" w:hAnsi="Segoe UI Emoji" w:cs="Segoe UI Emoji"/>
          <w:lang w:val="nl-NL"/>
        </w:rPr>
        <w:t xml:space="preserve"> </w:t>
      </w:r>
      <w:r w:rsidRPr="000A63D8">
        <w:rPr>
          <w:lang w:val="nl-NL"/>
        </w:rPr>
        <w:t xml:space="preserve">Je hoeft niet eerst uit de navigatie te gaan;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regelt dit automatisch.</w:t>
      </w:r>
    </w:p>
    <w:p w14:paraId="096A387F" w14:textId="77777777" w:rsidR="000A63D8" w:rsidRPr="000A63D8" w:rsidRDefault="000A63D8" w:rsidP="00297914">
      <w:pPr>
        <w:pStyle w:val="Kop1"/>
        <w:rPr>
          <w:lang w:val="nl-NL"/>
        </w:rPr>
      </w:pPr>
      <w:r w:rsidRPr="000A63D8">
        <w:rPr>
          <w:lang w:val="nl-NL"/>
        </w:rPr>
        <w:t>7.5 Een gesprek beëindigen</w:t>
      </w:r>
    </w:p>
    <w:p w14:paraId="4B06115D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Tik op de rode knop </w:t>
      </w:r>
      <w:r w:rsidRPr="000A63D8">
        <w:rPr>
          <w:b/>
          <w:bCs/>
          <w:lang w:val="nl-NL"/>
        </w:rPr>
        <w:t>Beëindigen</w:t>
      </w:r>
      <w:r w:rsidRPr="000A63D8">
        <w:rPr>
          <w:lang w:val="nl-NL"/>
        </w:rPr>
        <w:t xml:space="preserve"> of gebruik de knop op het stuur (als je camper die heeft).</w:t>
      </w:r>
    </w:p>
    <w:p w14:paraId="42D50396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Na het gesprek keert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automatisch terug naar de navigatie of de app die je gebruikte.</w:t>
      </w:r>
    </w:p>
    <w:p w14:paraId="3013DF96" w14:textId="6AA7E7CC" w:rsidR="000A63D8" w:rsidRPr="000A63D8" w:rsidRDefault="00297914" w:rsidP="00297914">
      <w:pPr>
        <w:pStyle w:val="Kop1"/>
        <w:rPr>
          <w:lang w:val="nl-NL"/>
        </w:rPr>
      </w:pPr>
      <w:r>
        <w:rPr>
          <w:lang w:val="nl-NL"/>
        </w:rPr>
        <w:t>7</w:t>
      </w:r>
      <w:r w:rsidR="000A63D8" w:rsidRPr="000A63D8">
        <w:rPr>
          <w:lang w:val="nl-NL"/>
        </w:rPr>
        <w:t>.6 Je favoriete contacten</w:t>
      </w:r>
    </w:p>
    <w:p w14:paraId="05753FCF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Maak op je iPhone een lijst met favoriete contacten.</w:t>
      </w:r>
    </w:p>
    <w:p w14:paraId="0FAED329" w14:textId="039493F8" w:rsidR="000A63D8" w:rsidRPr="000A63D8" w:rsidRDefault="000A63D8" w:rsidP="00297914">
      <w:pPr>
        <w:tabs>
          <w:tab w:val="num" w:pos="720"/>
        </w:tabs>
        <w:spacing w:after="0"/>
        <w:rPr>
          <w:lang w:val="nl-NL"/>
        </w:rPr>
      </w:pPr>
      <w:proofErr w:type="gramStart"/>
      <w:r w:rsidRPr="000A63D8">
        <w:rPr>
          <w:lang w:val="nl-NL"/>
        </w:rPr>
        <w:lastRenderedPageBreak/>
        <w:t>Bijvoorbeeld:</w:t>
      </w:r>
      <w:r w:rsidR="00297914">
        <w:rPr>
          <w:lang w:val="nl-NL"/>
        </w:rPr>
        <w:t xml:space="preserve">  Yvonne</w:t>
      </w:r>
      <w:proofErr w:type="gramEnd"/>
      <w:r w:rsidR="00297914">
        <w:rPr>
          <w:lang w:val="nl-NL"/>
        </w:rPr>
        <w:t xml:space="preserve"> </w:t>
      </w:r>
      <w:r w:rsidRPr="000A63D8">
        <w:rPr>
          <w:lang w:val="nl-NL"/>
        </w:rPr>
        <w:t>Lianne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Huisarts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Pechhulp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Verzekering</w:t>
      </w:r>
    </w:p>
    <w:p w14:paraId="40E78A4F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Dan hoef je onderweg nooit te zoeken.</w:t>
      </w:r>
    </w:p>
    <w:p w14:paraId="7BAA157F" w14:textId="77777777" w:rsidR="000A63D8" w:rsidRPr="000A63D8" w:rsidRDefault="000A63D8" w:rsidP="00297914">
      <w:pPr>
        <w:pStyle w:val="Kop1"/>
        <w:rPr>
          <w:lang w:val="nl-NL"/>
        </w:rPr>
      </w:pPr>
      <w:r w:rsidRPr="000A63D8">
        <w:rPr>
          <w:lang w:val="nl-NL"/>
        </w:rPr>
        <w:t>7.7 WhatsApp en sms</w:t>
      </w:r>
    </w:p>
    <w:p w14:paraId="4707AE0F" w14:textId="77777777" w:rsidR="000A63D8" w:rsidRPr="000A63D8" w:rsidRDefault="000A63D8" w:rsidP="00A248D5">
      <w:pPr>
        <w:spacing w:after="0"/>
        <w:rPr>
          <w:lang w:val="nl-NL"/>
        </w:rPr>
      </w:pP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laat geen lange berichten op het scherm zien. Dat is een bewuste veiligheidskeuze.</w:t>
      </w:r>
    </w:p>
    <w:p w14:paraId="4E60A443" w14:textId="23EF64BD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Wanneer een bericht binnenkomt, vraagt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bijvoorbeeld: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"Je hebt een bericht van Frank. Wil je het horen?"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Je antwoordt: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"Ja."</w:t>
      </w:r>
      <w:r w:rsidR="00297914">
        <w:rPr>
          <w:lang w:val="nl-NL"/>
        </w:rPr>
        <w:t xml:space="preserve">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leest het bericht voor.</w:t>
      </w:r>
    </w:p>
    <w:p w14:paraId="17A44936" w14:textId="77777777" w:rsidR="000A63D8" w:rsidRPr="000A63D8" w:rsidRDefault="000A63D8" w:rsidP="00297914">
      <w:pPr>
        <w:pStyle w:val="Kop1"/>
        <w:rPr>
          <w:lang w:val="nl-NL"/>
        </w:rPr>
      </w:pPr>
      <w:r w:rsidRPr="000A63D8">
        <w:rPr>
          <w:lang w:val="nl-NL"/>
        </w:rPr>
        <w:t>7.8 Een bericht beantwoorden</w:t>
      </w:r>
    </w:p>
    <w:p w14:paraId="3CA1C5EB" w14:textId="696BF61B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Na het voorlezen vraagt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>: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"Wil je antwoorden?"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Zeg: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"Ja."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Spreek vervolgens je antwoord in, bijvoorbeeld: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"We zijn rond vier uur op de camping."</w:t>
      </w:r>
    </w:p>
    <w:p w14:paraId="25329194" w14:textId="77777777" w:rsidR="000A63D8" w:rsidRPr="000A63D8" w:rsidRDefault="000A63D8" w:rsidP="00A248D5">
      <w:pPr>
        <w:spacing w:after="0"/>
        <w:rPr>
          <w:lang w:val="nl-NL"/>
        </w:rPr>
      </w:pP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leest jouw tekst nog één keer voor en vraagt of het bericht verzonden mag worden.</w:t>
      </w:r>
    </w:p>
    <w:p w14:paraId="5F91F38B" w14:textId="7AAB51CF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Zeg: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"Verstuur."</w:t>
      </w:r>
    </w:p>
    <w:p w14:paraId="1033B2DF" w14:textId="77777777" w:rsidR="000A63D8" w:rsidRPr="000A63D8" w:rsidRDefault="000A63D8" w:rsidP="00297914">
      <w:pPr>
        <w:pStyle w:val="Kop1"/>
        <w:rPr>
          <w:lang w:val="nl-NL"/>
        </w:rPr>
      </w:pPr>
      <w:r w:rsidRPr="000A63D8">
        <w:rPr>
          <w:lang w:val="nl-NL"/>
        </w:rPr>
        <w:t>7.9 Zelf een nieuw bericht sturen</w:t>
      </w:r>
    </w:p>
    <w:p w14:paraId="382FA2E1" w14:textId="0DB72A11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hoeft niet eerst WhatsApp te openen.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Zeg gewoon: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"Stuur een WhatsApp naar Frank."</w:t>
      </w:r>
      <w:r w:rsidR="00297914">
        <w:rPr>
          <w:lang w:val="nl-NL"/>
        </w:rPr>
        <w:t xml:space="preserve">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vraagt: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"Wat wil je zeggen?"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Spreek je bericht in.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Na jouw bevestiging wordt het verstuurd.</w:t>
      </w:r>
    </w:p>
    <w:p w14:paraId="06A8AB93" w14:textId="77777777" w:rsidR="000A63D8" w:rsidRPr="000A63D8" w:rsidRDefault="000A63D8" w:rsidP="00297914">
      <w:pPr>
        <w:pStyle w:val="Kop1"/>
        <w:rPr>
          <w:lang w:val="nl-NL"/>
        </w:rPr>
      </w:pPr>
      <w:r w:rsidRPr="000A63D8">
        <w:rPr>
          <w:lang w:val="nl-NL"/>
        </w:rPr>
        <w:t>7.10 Berichten tijdens het rijden</w:t>
      </w:r>
    </w:p>
    <w:p w14:paraId="3F2D939C" w14:textId="07486D4D" w:rsidR="000A63D8" w:rsidRPr="000A63D8" w:rsidRDefault="000A63D8" w:rsidP="00297914">
      <w:p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Mijn advies: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 xml:space="preserve">Laat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berichten voorlezen.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Beantwoord alleen korte, eenvoudige berichten.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Voor langere gesprekken kun je beter even stoppen.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Dat rijdt rustiger en veiliger.</w:t>
      </w:r>
    </w:p>
    <w:p w14:paraId="45490F5B" w14:textId="77777777" w:rsidR="000A63D8" w:rsidRPr="000A63D8" w:rsidRDefault="000A63D8" w:rsidP="00297914">
      <w:pPr>
        <w:pStyle w:val="Kop1"/>
        <w:rPr>
          <w:lang w:val="nl-NL"/>
        </w:rPr>
      </w:pPr>
      <w:r w:rsidRPr="000A63D8">
        <w:rPr>
          <w:lang w:val="nl-NL"/>
        </w:rPr>
        <w:t>7.11 Contacten zoeken</w:t>
      </w:r>
    </w:p>
    <w:p w14:paraId="33236865" w14:textId="3876E3EC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Je kunt natuurlijk bladeren door je contacten, maar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is veel sneller.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Bijvoorbeeld: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"Bel de camping."</w:t>
      </w:r>
      <w:r w:rsidR="00297914">
        <w:rPr>
          <w:lang w:val="nl-NL"/>
        </w:rPr>
        <w:t xml:space="preserve"> </w:t>
      </w:r>
      <w:r w:rsidR="00297914" w:rsidRPr="000A63D8">
        <w:rPr>
          <w:lang w:val="nl-NL"/>
        </w:rPr>
        <w:t>O</w:t>
      </w:r>
      <w:r w:rsidRPr="000A63D8">
        <w:rPr>
          <w:lang w:val="nl-NL"/>
        </w:rPr>
        <w:t>f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"Bel de ANWB."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 xml:space="preserve">Als deze namen in je contacten staan, vindt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ze meestal direct.</w:t>
      </w:r>
    </w:p>
    <w:p w14:paraId="7EEC3FB4" w14:textId="77777777" w:rsidR="000A63D8" w:rsidRPr="000A63D8" w:rsidRDefault="000A63D8" w:rsidP="00297914">
      <w:pPr>
        <w:pStyle w:val="Kop1"/>
        <w:rPr>
          <w:lang w:val="nl-NL"/>
        </w:rPr>
      </w:pPr>
      <w:r w:rsidRPr="000A63D8">
        <w:rPr>
          <w:lang w:val="nl-NL"/>
        </w:rPr>
        <w:t>7.12 De geluidskwaliteit</w:t>
      </w:r>
    </w:p>
    <w:p w14:paraId="416EE91C" w14:textId="77777777" w:rsidR="00297914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De SPH-DA77DAB gebruikt een externe microfoon</w:t>
      </w:r>
    </w:p>
    <w:p w14:paraId="3D614DA7" w14:textId="3EAB01C0" w:rsidR="000A63D8" w:rsidRPr="000A63D8" w:rsidRDefault="000A63D8" w:rsidP="00297914">
      <w:pPr>
        <w:pStyle w:val="Kop1"/>
        <w:rPr>
          <w:lang w:val="nl-NL"/>
        </w:rPr>
      </w:pPr>
      <w:r w:rsidRPr="000A63D8">
        <w:rPr>
          <w:lang w:val="nl-NL"/>
        </w:rPr>
        <w:lastRenderedPageBreak/>
        <w:t>7.14 Wat als iemand belt tijdens de navigatie?</w:t>
      </w:r>
    </w:p>
    <w:p w14:paraId="045331DE" w14:textId="4A443AFB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Geen probleem.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Het scherm schakelt tijdelijk over naar het telefoongesprek.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Na het ophangen verschijnt de navigatie automatisch weer.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Je route blijft gewoon actief.</w:t>
      </w:r>
    </w:p>
    <w:p w14:paraId="2CBCF22E" w14:textId="77777777" w:rsidR="000A63D8" w:rsidRPr="000A63D8" w:rsidRDefault="000A63D8" w:rsidP="00297914">
      <w:pPr>
        <w:pStyle w:val="Kop1"/>
        <w:rPr>
          <w:lang w:val="nl-NL"/>
        </w:rPr>
      </w:pPr>
      <w:r w:rsidRPr="000A63D8">
        <w:rPr>
          <w:lang w:val="nl-NL"/>
        </w:rPr>
        <w:t>7.15 Noodgevallen</w:t>
      </w:r>
    </w:p>
    <w:p w14:paraId="67A38A47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Het is verstandig om een paar belangrijke nummers in je favorieten te zetten, zoals:</w:t>
      </w:r>
    </w:p>
    <w:p w14:paraId="07FCAF25" w14:textId="77777777" w:rsidR="000A63D8" w:rsidRPr="000A63D8" w:rsidRDefault="000A63D8" w:rsidP="00A248D5">
      <w:pPr>
        <w:numPr>
          <w:ilvl w:val="0"/>
          <w:numId w:val="61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ANWB Wegenwacht</w:t>
      </w:r>
    </w:p>
    <w:p w14:paraId="03D7E0C2" w14:textId="77777777" w:rsidR="000A63D8" w:rsidRPr="000A63D8" w:rsidRDefault="000A63D8" w:rsidP="00A248D5">
      <w:pPr>
        <w:numPr>
          <w:ilvl w:val="0"/>
          <w:numId w:val="61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Verzekeraar</w:t>
      </w:r>
    </w:p>
    <w:p w14:paraId="0BD61C71" w14:textId="77777777" w:rsidR="000A63D8" w:rsidRPr="000A63D8" w:rsidRDefault="000A63D8" w:rsidP="00A248D5">
      <w:pPr>
        <w:numPr>
          <w:ilvl w:val="0"/>
          <w:numId w:val="61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Camperdealer</w:t>
      </w:r>
    </w:p>
    <w:p w14:paraId="300DC3BD" w14:textId="77777777" w:rsidR="000A63D8" w:rsidRPr="000A63D8" w:rsidRDefault="000A63D8" w:rsidP="00A248D5">
      <w:pPr>
        <w:numPr>
          <w:ilvl w:val="0"/>
          <w:numId w:val="61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Huisarts</w:t>
      </w:r>
    </w:p>
    <w:p w14:paraId="1B1AF557" w14:textId="77777777" w:rsidR="000A63D8" w:rsidRPr="000A63D8" w:rsidRDefault="000A63D8" w:rsidP="00A248D5">
      <w:pPr>
        <w:numPr>
          <w:ilvl w:val="0"/>
          <w:numId w:val="61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Een contactpersoon thuis</w:t>
      </w:r>
    </w:p>
    <w:p w14:paraId="42239F0A" w14:textId="14823773" w:rsidR="000A63D8" w:rsidRPr="000A63D8" w:rsidRDefault="000A63D8" w:rsidP="00A248D5">
      <w:pPr>
        <w:spacing w:after="0"/>
        <w:rPr>
          <w:lang w:val="nl-NL"/>
        </w:rPr>
      </w:pPr>
    </w:p>
    <w:p w14:paraId="6B9916C6" w14:textId="77777777" w:rsidR="000A63D8" w:rsidRPr="000A63D8" w:rsidRDefault="000A63D8" w:rsidP="00297914">
      <w:pPr>
        <w:pStyle w:val="Kop1"/>
        <w:rPr>
          <w:lang w:val="nl-NL"/>
        </w:rPr>
      </w:pPr>
      <w:r w:rsidRPr="000A63D8">
        <w:rPr>
          <w:lang w:val="nl-NL"/>
        </w:rPr>
        <w:t>Praktijkoefeningen</w:t>
      </w:r>
    </w:p>
    <w:p w14:paraId="1B390018" w14:textId="286003CC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Oefening 1</w:t>
      </w:r>
      <w:r w:rsidR="00297914">
        <w:rPr>
          <w:b/>
          <w:bCs/>
          <w:lang w:val="nl-NL"/>
        </w:rPr>
        <w:t xml:space="preserve"> </w:t>
      </w:r>
      <w:r w:rsidR="00297914" w:rsidRPr="00297914">
        <w:rPr>
          <w:b/>
          <w:bCs/>
          <w:lang w:val="nl-NL"/>
        </w:rPr>
        <w:sym w:font="Wingdings" w:char="F0E0"/>
      </w:r>
      <w:r w:rsidR="00297914">
        <w:rPr>
          <w:b/>
          <w:bCs/>
          <w:lang w:val="nl-NL"/>
        </w:rPr>
        <w:t xml:space="preserve"> </w:t>
      </w:r>
      <w:r w:rsidRPr="000A63D8">
        <w:rPr>
          <w:lang w:val="nl-NL"/>
        </w:rPr>
        <w:t xml:space="preserve">Vraag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>: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 xml:space="preserve">"Bel </w:t>
      </w:r>
      <w:r w:rsidR="00297914">
        <w:rPr>
          <w:lang w:val="nl-NL"/>
        </w:rPr>
        <w:t>Yvonne</w:t>
      </w:r>
      <w:r w:rsidRPr="000A63D8">
        <w:rPr>
          <w:lang w:val="nl-NL"/>
        </w:rPr>
        <w:t>"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Controleer of het gesprek goed klinkt.</w:t>
      </w:r>
    </w:p>
    <w:p w14:paraId="598EE15B" w14:textId="05224863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Oefening 2</w:t>
      </w:r>
      <w:r w:rsidR="00297914">
        <w:rPr>
          <w:b/>
          <w:bCs/>
          <w:lang w:val="nl-NL"/>
        </w:rPr>
        <w:t xml:space="preserve"> </w:t>
      </w:r>
      <w:r w:rsidR="00297914" w:rsidRPr="00297914">
        <w:rPr>
          <w:b/>
          <w:bCs/>
          <w:lang w:val="nl-NL"/>
        </w:rPr>
        <w:sym w:font="Wingdings" w:char="F0E0"/>
      </w:r>
      <w:r w:rsidR="00297914">
        <w:rPr>
          <w:b/>
          <w:bCs/>
          <w:lang w:val="nl-NL"/>
        </w:rPr>
        <w:t xml:space="preserve"> </w:t>
      </w:r>
      <w:r w:rsidRPr="000A63D8">
        <w:rPr>
          <w:lang w:val="nl-NL"/>
        </w:rPr>
        <w:t xml:space="preserve">Stuur een WhatsApp naar jezelf of een familielid met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>.</w:t>
      </w:r>
    </w:p>
    <w:p w14:paraId="13D9DF85" w14:textId="09B942C2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Oefening 3</w:t>
      </w:r>
      <w:r w:rsidR="00297914">
        <w:rPr>
          <w:b/>
          <w:bCs/>
          <w:lang w:val="nl-NL"/>
        </w:rPr>
        <w:t xml:space="preserve"> </w:t>
      </w:r>
      <w:r w:rsidR="00297914" w:rsidRPr="00297914">
        <w:rPr>
          <w:b/>
          <w:bCs/>
          <w:lang w:val="nl-NL"/>
        </w:rPr>
        <w:sym w:font="Wingdings" w:char="F0E0"/>
      </w:r>
      <w:r w:rsidR="00297914">
        <w:rPr>
          <w:b/>
          <w:bCs/>
          <w:lang w:val="nl-NL"/>
        </w:rPr>
        <w:t xml:space="preserve"> </w:t>
      </w:r>
      <w:r w:rsidRPr="000A63D8">
        <w:rPr>
          <w:lang w:val="nl-NL"/>
        </w:rPr>
        <w:t xml:space="preserve">Laat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een binnengekomen bericht voorlezen.</w:t>
      </w:r>
    </w:p>
    <w:p w14:paraId="76BE6D74" w14:textId="3F421F04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Oefening 4</w:t>
      </w:r>
      <w:r w:rsidR="00297914">
        <w:rPr>
          <w:b/>
          <w:bCs/>
          <w:lang w:val="nl-NL"/>
        </w:rPr>
        <w:t xml:space="preserve"> </w:t>
      </w:r>
      <w:r w:rsidR="00297914" w:rsidRPr="00297914">
        <w:rPr>
          <w:b/>
          <w:bCs/>
          <w:lang w:val="nl-NL"/>
        </w:rPr>
        <w:sym w:font="Wingdings" w:char="F0E0"/>
      </w:r>
      <w:r w:rsidR="00297914">
        <w:rPr>
          <w:b/>
          <w:bCs/>
          <w:lang w:val="nl-NL"/>
        </w:rPr>
        <w:t xml:space="preserve"> </w:t>
      </w:r>
      <w:r w:rsidRPr="000A63D8">
        <w:rPr>
          <w:lang w:val="nl-NL"/>
        </w:rPr>
        <w:t>Maak op je iPhone een lijst met minimaal vijf favoriete contacten.</w:t>
      </w:r>
    </w:p>
    <w:p w14:paraId="031946DD" w14:textId="4AB57D68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Oefening 5</w:t>
      </w:r>
      <w:r w:rsidR="00297914">
        <w:rPr>
          <w:b/>
          <w:bCs/>
          <w:lang w:val="nl-NL"/>
        </w:rPr>
        <w:t xml:space="preserve"> </w:t>
      </w:r>
      <w:r w:rsidR="00297914" w:rsidRPr="00297914">
        <w:rPr>
          <w:b/>
          <w:bCs/>
          <w:lang w:val="nl-NL"/>
        </w:rPr>
        <w:sym w:font="Wingdings" w:char="F0E0"/>
      </w:r>
      <w:r w:rsidR="00297914">
        <w:rPr>
          <w:b/>
          <w:bCs/>
          <w:lang w:val="nl-NL"/>
        </w:rPr>
        <w:t xml:space="preserve"> </w:t>
      </w:r>
      <w:r w:rsidRPr="000A63D8">
        <w:rPr>
          <w:lang w:val="nl-NL"/>
        </w:rPr>
        <w:t xml:space="preserve">Controleer of de microfoon goed werkt door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een paar vragen te stellen, zoals:</w:t>
      </w:r>
    </w:p>
    <w:p w14:paraId="71859BD0" w14:textId="7E464BDD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"Hoe laat is het?"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of</w:t>
      </w:r>
      <w:r w:rsidR="00297914">
        <w:rPr>
          <w:lang w:val="nl-NL"/>
        </w:rPr>
        <w:t xml:space="preserve"> </w:t>
      </w:r>
      <w:r w:rsidRPr="000A63D8">
        <w:rPr>
          <w:lang w:val="nl-NL"/>
        </w:rPr>
        <w:t>"Wat is het weer vandaag?"</w:t>
      </w:r>
    </w:p>
    <w:p w14:paraId="2DB77A8B" w14:textId="69D95A57" w:rsidR="000A63D8" w:rsidRPr="000A63D8" w:rsidRDefault="000A63D8" w:rsidP="00A248D5">
      <w:pPr>
        <w:spacing w:after="0"/>
        <w:rPr>
          <w:lang w:val="nl-NL"/>
        </w:rPr>
      </w:pPr>
    </w:p>
    <w:p w14:paraId="72E4E343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 xml:space="preserve">De 15 handigste </w:t>
      </w:r>
      <w:proofErr w:type="spellStart"/>
      <w:r w:rsidRPr="000A63D8">
        <w:rPr>
          <w:b/>
          <w:bCs/>
          <w:lang w:val="nl-NL"/>
        </w:rPr>
        <w:t>Siri</w:t>
      </w:r>
      <w:proofErr w:type="spellEnd"/>
      <w:r w:rsidRPr="000A63D8">
        <w:rPr>
          <w:b/>
          <w:bCs/>
          <w:lang w:val="nl-NL"/>
        </w:rPr>
        <w:t>-opdrachten voor bellen en berichten</w:t>
      </w:r>
    </w:p>
    <w:p w14:paraId="51EF6717" w14:textId="0AA0CD0C" w:rsidR="000A63D8" w:rsidRPr="000A63D8" w:rsidRDefault="000A63D8" w:rsidP="00A248D5">
      <w:pPr>
        <w:numPr>
          <w:ilvl w:val="0"/>
          <w:numId w:val="62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 xml:space="preserve">"Bel </w:t>
      </w:r>
      <w:r w:rsidR="00297914">
        <w:rPr>
          <w:lang w:val="nl-NL"/>
        </w:rPr>
        <w:t>Lianne</w:t>
      </w:r>
      <w:r w:rsidRPr="000A63D8">
        <w:rPr>
          <w:lang w:val="nl-NL"/>
        </w:rPr>
        <w:t>."</w:t>
      </w:r>
    </w:p>
    <w:p w14:paraId="6852D0F8" w14:textId="77777777" w:rsidR="000A63D8" w:rsidRPr="000A63D8" w:rsidRDefault="000A63D8" w:rsidP="00A248D5">
      <w:pPr>
        <w:numPr>
          <w:ilvl w:val="0"/>
          <w:numId w:val="62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"Bel Lianne mobiel."</w:t>
      </w:r>
    </w:p>
    <w:p w14:paraId="4C279E59" w14:textId="77777777" w:rsidR="000A63D8" w:rsidRPr="000A63D8" w:rsidRDefault="000A63D8" w:rsidP="00A248D5">
      <w:pPr>
        <w:numPr>
          <w:ilvl w:val="0"/>
          <w:numId w:val="62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"Bel Frank."</w:t>
      </w:r>
    </w:p>
    <w:p w14:paraId="26F29786" w14:textId="77777777" w:rsidR="000A63D8" w:rsidRPr="000A63D8" w:rsidRDefault="000A63D8" w:rsidP="00A248D5">
      <w:pPr>
        <w:numPr>
          <w:ilvl w:val="0"/>
          <w:numId w:val="62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"Bel de ANWB."</w:t>
      </w:r>
    </w:p>
    <w:p w14:paraId="43ABA554" w14:textId="77777777" w:rsidR="000A63D8" w:rsidRPr="000A63D8" w:rsidRDefault="000A63D8" w:rsidP="00A248D5">
      <w:pPr>
        <w:numPr>
          <w:ilvl w:val="0"/>
          <w:numId w:val="62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"Bel de camping."</w:t>
      </w:r>
    </w:p>
    <w:p w14:paraId="2AF26374" w14:textId="77777777" w:rsidR="000A63D8" w:rsidRPr="000A63D8" w:rsidRDefault="000A63D8" w:rsidP="00A248D5">
      <w:pPr>
        <w:numPr>
          <w:ilvl w:val="0"/>
          <w:numId w:val="62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"Lees mijn berichten."</w:t>
      </w:r>
    </w:p>
    <w:p w14:paraId="2FDE2E1C" w14:textId="77777777" w:rsidR="000A63D8" w:rsidRPr="000A63D8" w:rsidRDefault="000A63D8" w:rsidP="00A248D5">
      <w:pPr>
        <w:numPr>
          <w:ilvl w:val="0"/>
          <w:numId w:val="62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"Stuur een WhatsApp naar Frank."</w:t>
      </w:r>
    </w:p>
    <w:p w14:paraId="799BC142" w14:textId="77777777" w:rsidR="000A63D8" w:rsidRPr="000A63D8" w:rsidRDefault="000A63D8" w:rsidP="00A248D5">
      <w:pPr>
        <w:numPr>
          <w:ilvl w:val="0"/>
          <w:numId w:val="62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"Stuur een bericht naar Janneke."</w:t>
      </w:r>
    </w:p>
    <w:p w14:paraId="6752000E" w14:textId="77777777" w:rsidR="000A63D8" w:rsidRPr="000A63D8" w:rsidRDefault="000A63D8" w:rsidP="00A248D5">
      <w:pPr>
        <w:numPr>
          <w:ilvl w:val="0"/>
          <w:numId w:val="62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"Beantwoord mijn laatste bericht."</w:t>
      </w:r>
    </w:p>
    <w:p w14:paraId="4FD8F552" w14:textId="77777777" w:rsidR="000A63D8" w:rsidRPr="000A63D8" w:rsidRDefault="000A63D8" w:rsidP="00A248D5">
      <w:pPr>
        <w:numPr>
          <w:ilvl w:val="0"/>
          <w:numId w:val="62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"Bel het laatste nummer terug."</w:t>
      </w:r>
    </w:p>
    <w:p w14:paraId="51483BA1" w14:textId="77777777" w:rsidR="000A63D8" w:rsidRPr="000A63D8" w:rsidRDefault="000A63D8" w:rsidP="00A248D5">
      <w:pPr>
        <w:numPr>
          <w:ilvl w:val="0"/>
          <w:numId w:val="62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"Wie heeft mij vandaag gebeld?"</w:t>
      </w:r>
    </w:p>
    <w:p w14:paraId="5B247E75" w14:textId="77777777" w:rsidR="000A63D8" w:rsidRPr="000A63D8" w:rsidRDefault="000A63D8" w:rsidP="00A248D5">
      <w:pPr>
        <w:numPr>
          <w:ilvl w:val="0"/>
          <w:numId w:val="62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"Lees mijn laatste WhatsApp."</w:t>
      </w:r>
    </w:p>
    <w:p w14:paraId="221428B8" w14:textId="77777777" w:rsidR="000A63D8" w:rsidRPr="000A63D8" w:rsidRDefault="000A63D8" w:rsidP="00A248D5">
      <w:pPr>
        <w:numPr>
          <w:ilvl w:val="0"/>
          <w:numId w:val="62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"Stuur: We zijn over een uur op de camping."</w:t>
      </w:r>
    </w:p>
    <w:p w14:paraId="7A6AE8FE" w14:textId="77777777" w:rsidR="000A63D8" w:rsidRPr="000A63D8" w:rsidRDefault="000A63D8" w:rsidP="00A248D5">
      <w:pPr>
        <w:numPr>
          <w:ilvl w:val="0"/>
          <w:numId w:val="62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"Bel mijn voicemail."</w:t>
      </w:r>
    </w:p>
    <w:p w14:paraId="7279436B" w14:textId="77777777" w:rsidR="000A63D8" w:rsidRPr="000A63D8" w:rsidRDefault="000A63D8" w:rsidP="00A248D5">
      <w:pPr>
        <w:numPr>
          <w:ilvl w:val="0"/>
          <w:numId w:val="62"/>
        </w:num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"Annuleer."</w:t>
      </w:r>
    </w:p>
    <w:p w14:paraId="16967F1D" w14:textId="172DB0BD" w:rsidR="000A63D8" w:rsidRPr="000A63D8" w:rsidRDefault="000A63D8" w:rsidP="00297914">
      <w:pPr>
        <w:pStyle w:val="Titel"/>
      </w:pPr>
      <w:r w:rsidRPr="000A63D8">
        <w:lastRenderedPageBreak/>
        <w:t xml:space="preserve">8 – </w:t>
      </w:r>
      <w:proofErr w:type="spellStart"/>
      <w:r w:rsidRPr="000A63D8">
        <w:t>Siri</w:t>
      </w:r>
      <w:proofErr w:type="spellEnd"/>
      <w:r w:rsidRPr="000A63D8">
        <w:t xml:space="preserve">: persoonlijke </w:t>
      </w:r>
      <w:proofErr w:type="spellStart"/>
      <w:r w:rsidRPr="000A63D8">
        <w:t>reisassistent</w:t>
      </w:r>
      <w:proofErr w:type="spellEnd"/>
    </w:p>
    <w:p w14:paraId="2982BC31" w14:textId="77777777" w:rsidR="000A63D8" w:rsidRPr="000A63D8" w:rsidRDefault="000A63D8" w:rsidP="000604ED">
      <w:pPr>
        <w:pStyle w:val="Kop1"/>
        <w:rPr>
          <w:lang w:val="nl-NL"/>
        </w:rPr>
      </w:pPr>
      <w:r w:rsidRPr="000A63D8">
        <w:rPr>
          <w:lang w:val="nl-NL"/>
        </w:rPr>
        <w:t xml:space="preserve">8.1 Wie is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eigenlijk?</w:t>
      </w:r>
    </w:p>
    <w:p w14:paraId="267A8A5B" w14:textId="69294A78" w:rsidR="000A63D8" w:rsidRPr="000A63D8" w:rsidRDefault="000A63D8" w:rsidP="00A248D5">
      <w:pPr>
        <w:spacing w:after="0"/>
        <w:rPr>
          <w:lang w:val="nl-NL"/>
        </w:rPr>
      </w:pP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is de digitale assistent van Apple.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 xml:space="preserve">Zie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als een </w:t>
      </w:r>
      <w:r w:rsidRPr="000A63D8">
        <w:rPr>
          <w:b/>
          <w:bCs/>
          <w:lang w:val="nl-NL"/>
        </w:rPr>
        <w:t>reisgenoot die altijd naast je zit</w:t>
      </w:r>
      <w:r w:rsidRPr="000A63D8">
        <w:rPr>
          <w:lang w:val="nl-NL"/>
        </w:rPr>
        <w:t>.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>Je kunt alles gewoon vragen.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>Bijvoorbeeld: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>"Waar is een bakker?"</w:t>
      </w:r>
      <w:r w:rsidR="000604ED">
        <w:rPr>
          <w:lang w:val="nl-NL"/>
        </w:rPr>
        <w:t xml:space="preserve">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zoekt.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>Of: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 xml:space="preserve">"Bel </w:t>
      </w:r>
      <w:r w:rsidR="000604ED">
        <w:rPr>
          <w:lang w:val="nl-NL"/>
        </w:rPr>
        <w:t>Liann</w:t>
      </w:r>
      <w:r w:rsidRPr="000A63D8">
        <w:rPr>
          <w:lang w:val="nl-NL"/>
        </w:rPr>
        <w:t>e."</w:t>
      </w:r>
    </w:p>
    <w:p w14:paraId="719AB474" w14:textId="77794CCE" w:rsidR="000A63D8" w:rsidRPr="000A63D8" w:rsidRDefault="000A63D8" w:rsidP="00A248D5">
      <w:pPr>
        <w:spacing w:after="0"/>
        <w:rPr>
          <w:lang w:val="nl-NL"/>
        </w:rPr>
      </w:pP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belt.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>Of: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>"Speel jazz."</w:t>
      </w:r>
      <w:r w:rsidR="000604ED">
        <w:rPr>
          <w:lang w:val="nl-NL"/>
        </w:rPr>
        <w:t xml:space="preserve">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speelt muziek af.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>Je hoeft dus bijna nooit meer te typen.</w:t>
      </w:r>
    </w:p>
    <w:p w14:paraId="296A796A" w14:textId="77777777" w:rsidR="000A63D8" w:rsidRPr="000A63D8" w:rsidRDefault="000A63D8" w:rsidP="000604ED">
      <w:pPr>
        <w:pStyle w:val="Kop1"/>
        <w:rPr>
          <w:lang w:val="nl-NL"/>
        </w:rPr>
      </w:pPr>
      <w:r w:rsidRPr="000A63D8">
        <w:rPr>
          <w:lang w:val="nl-NL"/>
        </w:rPr>
        <w:t xml:space="preserve">8.2 Hoe activeer je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>?</w:t>
      </w:r>
    </w:p>
    <w:p w14:paraId="74C0A548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Er zijn drie manieren.</w:t>
      </w:r>
    </w:p>
    <w:p w14:paraId="6BBEDED7" w14:textId="4D530AEA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Manier 1 (de makkelijkste)</w:t>
      </w:r>
      <w:r w:rsidR="000604ED">
        <w:rPr>
          <w:b/>
          <w:bCs/>
          <w:lang w:val="nl-NL"/>
        </w:rPr>
        <w:t xml:space="preserve"> </w:t>
      </w:r>
      <w:r w:rsidR="000604ED" w:rsidRPr="000604ED">
        <w:rPr>
          <w:b/>
          <w:bCs/>
          <w:lang w:val="nl-NL"/>
        </w:rPr>
        <w:sym w:font="Wingdings" w:char="F0E0"/>
      </w:r>
      <w:r w:rsidR="000604ED">
        <w:rPr>
          <w:b/>
          <w:bCs/>
          <w:lang w:val="nl-NL"/>
        </w:rPr>
        <w:t xml:space="preserve"> </w:t>
      </w:r>
      <w:r w:rsidRPr="000A63D8">
        <w:rPr>
          <w:lang w:val="nl-NL"/>
        </w:rPr>
        <w:t>Zeg:</w:t>
      </w:r>
      <w:r w:rsidR="000604ED">
        <w:rPr>
          <w:lang w:val="nl-NL"/>
        </w:rPr>
        <w:t xml:space="preserve"> </w:t>
      </w:r>
      <w:r w:rsidRPr="000A63D8">
        <w:rPr>
          <w:b/>
          <w:bCs/>
          <w:lang w:val="nl-NL"/>
        </w:rPr>
        <w:t xml:space="preserve">"Hé </w:t>
      </w:r>
      <w:proofErr w:type="spellStart"/>
      <w:r w:rsidRPr="000A63D8">
        <w:rPr>
          <w:b/>
          <w:bCs/>
          <w:lang w:val="nl-NL"/>
        </w:rPr>
        <w:t>Siri</w:t>
      </w:r>
      <w:proofErr w:type="spellEnd"/>
      <w:r w:rsidRPr="000A63D8">
        <w:rPr>
          <w:b/>
          <w:bCs/>
          <w:lang w:val="nl-NL"/>
        </w:rPr>
        <w:t>..."</w:t>
      </w:r>
      <w:r w:rsidR="000604ED">
        <w:rPr>
          <w:b/>
          <w:bCs/>
          <w:lang w:val="nl-NL"/>
        </w:rPr>
        <w:t xml:space="preserve"> </w:t>
      </w:r>
      <w:r w:rsidRPr="000A63D8">
        <w:rPr>
          <w:lang w:val="nl-NL"/>
        </w:rPr>
        <w:t>Daarna geef je direct je opdracht.</w:t>
      </w:r>
    </w:p>
    <w:p w14:paraId="53CCFCC1" w14:textId="2BB0D2BA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Manier 2</w:t>
      </w:r>
      <w:r w:rsidR="000604ED">
        <w:rPr>
          <w:b/>
          <w:bCs/>
          <w:lang w:val="nl-NL"/>
        </w:rPr>
        <w:t xml:space="preserve"> </w:t>
      </w:r>
      <w:r w:rsidR="000604ED" w:rsidRPr="000604ED">
        <w:rPr>
          <w:b/>
          <w:bCs/>
          <w:lang w:val="nl-NL"/>
        </w:rPr>
        <w:sym w:font="Wingdings" w:char="F0E0"/>
      </w:r>
      <w:r w:rsidR="000604ED">
        <w:rPr>
          <w:b/>
          <w:bCs/>
          <w:lang w:val="nl-NL"/>
        </w:rPr>
        <w:t xml:space="preserve"> </w:t>
      </w:r>
      <w:r w:rsidRPr="000A63D8">
        <w:rPr>
          <w:lang w:val="nl-NL"/>
        </w:rPr>
        <w:t xml:space="preserve">Houd de </w:t>
      </w:r>
      <w:r w:rsidRPr="000A63D8">
        <w:rPr>
          <w:b/>
          <w:bCs/>
          <w:lang w:val="nl-NL"/>
        </w:rPr>
        <w:t>spraakknop op het stuur</w:t>
      </w:r>
      <w:r w:rsidRPr="000A63D8">
        <w:rPr>
          <w:lang w:val="nl-NL"/>
        </w:rPr>
        <w:t xml:space="preserve"> ingedrukt (als jouw camper die heeft).</w:t>
      </w:r>
    </w:p>
    <w:p w14:paraId="53F4896D" w14:textId="4FE68539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Manier 3</w:t>
      </w:r>
      <w:r w:rsidR="000604ED">
        <w:rPr>
          <w:b/>
          <w:bCs/>
          <w:lang w:val="nl-NL"/>
        </w:rPr>
        <w:t xml:space="preserve"> </w:t>
      </w:r>
      <w:r w:rsidR="000604ED" w:rsidRPr="000604ED">
        <w:rPr>
          <w:b/>
          <w:bCs/>
          <w:lang w:val="nl-NL"/>
        </w:rPr>
        <w:sym w:font="Wingdings" w:char="F0E0"/>
      </w:r>
      <w:r w:rsidR="000604ED">
        <w:rPr>
          <w:b/>
          <w:bCs/>
          <w:lang w:val="nl-NL"/>
        </w:rPr>
        <w:t xml:space="preserve"> </w:t>
      </w:r>
      <w:r w:rsidRPr="000A63D8">
        <w:rPr>
          <w:lang w:val="nl-NL"/>
        </w:rPr>
        <w:t xml:space="preserve">Houd de </w:t>
      </w:r>
      <w:r w:rsidRPr="000A63D8">
        <w:rPr>
          <w:b/>
          <w:bCs/>
          <w:lang w:val="nl-NL"/>
        </w:rPr>
        <w:t xml:space="preserve">microfoonknop op het </w:t>
      </w:r>
      <w:proofErr w:type="spellStart"/>
      <w:r w:rsidRPr="000A63D8">
        <w:rPr>
          <w:b/>
          <w:bCs/>
          <w:lang w:val="nl-NL"/>
        </w:rPr>
        <w:t>CarPlay</w:t>
      </w:r>
      <w:proofErr w:type="spellEnd"/>
      <w:r w:rsidRPr="000A63D8">
        <w:rPr>
          <w:b/>
          <w:bCs/>
          <w:lang w:val="nl-NL"/>
        </w:rPr>
        <w:t>-scherm</w:t>
      </w:r>
      <w:r w:rsidRPr="000A63D8">
        <w:rPr>
          <w:lang w:val="nl-NL"/>
        </w:rPr>
        <w:t xml:space="preserve"> ingedrukt.</w:t>
      </w:r>
    </w:p>
    <w:p w14:paraId="7385ED7D" w14:textId="77777777" w:rsidR="000A63D8" w:rsidRPr="000A63D8" w:rsidRDefault="000A63D8" w:rsidP="000604ED">
      <w:pPr>
        <w:pStyle w:val="Kop1"/>
        <w:rPr>
          <w:lang w:val="nl-NL"/>
        </w:rPr>
      </w:pPr>
      <w:r w:rsidRPr="000A63D8">
        <w:rPr>
          <w:lang w:val="nl-NL"/>
        </w:rPr>
        <w:t xml:space="preserve">8.3 Hoe praat je met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>?</w:t>
      </w:r>
    </w:p>
    <w:p w14:paraId="17A1FEA6" w14:textId="17196FAE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Praat alsof je tegen een passagier praat.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>Niet zo:</w:t>
      </w:r>
      <w:r w:rsidR="000604ED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❌</w:t>
      </w:r>
      <w:r w:rsidR="000604ED">
        <w:rPr>
          <w:rFonts w:ascii="Segoe UI Emoji" w:hAnsi="Segoe UI Emoji" w:cs="Segoe UI Emoji"/>
          <w:lang w:val="nl-NL"/>
        </w:rPr>
        <w:t xml:space="preserve"> </w:t>
      </w:r>
      <w:r w:rsidRPr="000A63D8">
        <w:rPr>
          <w:lang w:val="nl-NL"/>
        </w:rPr>
        <w:t>"</w:t>
      </w:r>
      <w:proofErr w:type="gramStart"/>
      <w:r w:rsidRPr="000A63D8">
        <w:rPr>
          <w:lang w:val="nl-NL"/>
        </w:rPr>
        <w:t>Navigatie systeem</w:t>
      </w:r>
      <w:proofErr w:type="gramEnd"/>
      <w:r w:rsidRPr="000A63D8">
        <w:rPr>
          <w:lang w:val="nl-NL"/>
        </w:rPr>
        <w:t xml:space="preserve"> route Frankrijk snelweg tankstation."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>Maar gewoon:</w:t>
      </w:r>
      <w:r w:rsidR="000604ED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✅</w:t>
      </w:r>
      <w:r w:rsidR="000604ED">
        <w:rPr>
          <w:rFonts w:ascii="Segoe UI Emoji" w:hAnsi="Segoe UI Emoji" w:cs="Segoe UI Emoji"/>
          <w:lang w:val="nl-NL"/>
        </w:rPr>
        <w:t xml:space="preserve"> </w:t>
      </w:r>
      <w:r w:rsidRPr="000A63D8">
        <w:rPr>
          <w:lang w:val="nl-NL"/>
        </w:rPr>
        <w:t>"Navigeer naar de dichtstbijzijnde Lidl."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 xml:space="preserve">Dat begrijpt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veel beter.</w:t>
      </w:r>
    </w:p>
    <w:p w14:paraId="378FBA57" w14:textId="77777777" w:rsidR="000A63D8" w:rsidRPr="000A63D8" w:rsidRDefault="000A63D8" w:rsidP="000604ED">
      <w:pPr>
        <w:pStyle w:val="Kop1"/>
        <w:rPr>
          <w:lang w:val="nl-NL"/>
        </w:rPr>
      </w:pPr>
      <w:r w:rsidRPr="000A63D8">
        <w:rPr>
          <w:lang w:val="nl-NL"/>
        </w:rPr>
        <w:t xml:space="preserve">8.4 Navigeren met </w:t>
      </w:r>
      <w:proofErr w:type="spellStart"/>
      <w:r w:rsidRPr="000A63D8">
        <w:rPr>
          <w:lang w:val="nl-NL"/>
        </w:rPr>
        <w:t>Siri</w:t>
      </w:r>
      <w:proofErr w:type="spellEnd"/>
    </w:p>
    <w:p w14:paraId="1FEC7FA3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Tijdens jouw camperreizen zul je deze opdrachten waarschijnlijk het meest gebruiken.</w:t>
      </w:r>
    </w:p>
    <w:p w14:paraId="1EB5397C" w14:textId="38C7C20D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Voorbeelden</w:t>
      </w:r>
      <w:r w:rsidR="000604ED">
        <w:rPr>
          <w:b/>
          <w:bCs/>
          <w:lang w:val="nl-NL"/>
        </w:rPr>
        <w:t xml:space="preserve"> </w:t>
      </w:r>
      <w:r w:rsidRPr="000A63D8">
        <w:rPr>
          <w:lang w:val="nl-NL"/>
        </w:rPr>
        <w:t xml:space="preserve">"Navigeer naar Camping </w:t>
      </w:r>
      <w:proofErr w:type="spellStart"/>
      <w:r w:rsidRPr="000A63D8">
        <w:rPr>
          <w:lang w:val="nl-NL"/>
        </w:rPr>
        <w:t>Navarre</w:t>
      </w:r>
      <w:proofErr w:type="spellEnd"/>
      <w:r w:rsidRPr="000A63D8">
        <w:rPr>
          <w:lang w:val="nl-NL"/>
        </w:rPr>
        <w:t>."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>"Zoek een camperplaats."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>"Zoek een supermarkt."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>"Zoek een ziekenhuis."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>"Zoek een apotheek."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>"Waar is een tankstation?"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>"Zoek een parkeerplaats."</w:t>
      </w:r>
    </w:p>
    <w:p w14:paraId="296B0F22" w14:textId="77777777" w:rsidR="000A63D8" w:rsidRPr="000A63D8" w:rsidRDefault="000A63D8" w:rsidP="000604ED">
      <w:pPr>
        <w:pStyle w:val="Kop1"/>
        <w:rPr>
          <w:lang w:val="nl-NL"/>
        </w:rPr>
      </w:pPr>
      <w:r w:rsidRPr="000A63D8">
        <w:rPr>
          <w:lang w:val="nl-NL"/>
        </w:rPr>
        <w:t>8.5 Muziek bedienen</w:t>
      </w:r>
    </w:p>
    <w:p w14:paraId="7FD47EDD" w14:textId="22606A4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Tijdens het rijden hoef je </w:t>
      </w:r>
      <w:proofErr w:type="spellStart"/>
      <w:r w:rsidRPr="000A63D8">
        <w:rPr>
          <w:lang w:val="nl-NL"/>
        </w:rPr>
        <w:t>Spotify</w:t>
      </w:r>
      <w:proofErr w:type="spellEnd"/>
      <w:r w:rsidRPr="000A63D8">
        <w:rPr>
          <w:lang w:val="nl-NL"/>
        </w:rPr>
        <w:t xml:space="preserve"> niet eens te openen.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>Je zegt gewoon: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 xml:space="preserve">"Speel </w:t>
      </w:r>
      <w:proofErr w:type="spellStart"/>
      <w:r w:rsidRPr="000A63D8">
        <w:rPr>
          <w:lang w:val="nl-NL"/>
        </w:rPr>
        <w:t>Dire</w:t>
      </w:r>
      <w:proofErr w:type="spellEnd"/>
      <w:r w:rsidRPr="000A63D8">
        <w:rPr>
          <w:lang w:val="nl-NL"/>
        </w:rPr>
        <w:t xml:space="preserve"> </w:t>
      </w:r>
      <w:proofErr w:type="spellStart"/>
      <w:r w:rsidRPr="000A63D8">
        <w:rPr>
          <w:lang w:val="nl-NL"/>
        </w:rPr>
        <w:t>Straits</w:t>
      </w:r>
      <w:proofErr w:type="spellEnd"/>
      <w:r w:rsidRPr="000A63D8">
        <w:rPr>
          <w:lang w:val="nl-NL"/>
        </w:rPr>
        <w:t>."</w:t>
      </w:r>
    </w:p>
    <w:p w14:paraId="4D5A377F" w14:textId="1CAFC289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"Speel rustige muziek."</w:t>
      </w:r>
      <w:r w:rsidR="000604ED">
        <w:rPr>
          <w:lang w:val="nl-NL"/>
        </w:rPr>
        <w:t xml:space="preserve">  </w:t>
      </w:r>
      <w:r w:rsidRPr="000A63D8">
        <w:rPr>
          <w:lang w:val="nl-NL"/>
        </w:rPr>
        <w:t>"Speel mijn afspeellijst F</w:t>
      </w:r>
      <w:r w:rsidR="000604ED">
        <w:rPr>
          <w:lang w:val="nl-NL"/>
        </w:rPr>
        <w:t>r</w:t>
      </w:r>
      <w:r w:rsidRPr="000A63D8">
        <w:rPr>
          <w:lang w:val="nl-NL"/>
        </w:rPr>
        <w:t>ankrijk."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>"Volgend nummer."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>"Pauze."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>"Ga verder."</w:t>
      </w:r>
    </w:p>
    <w:p w14:paraId="190FE18D" w14:textId="77777777" w:rsidR="000A63D8" w:rsidRPr="000A63D8" w:rsidRDefault="000A63D8" w:rsidP="000604ED">
      <w:pPr>
        <w:pStyle w:val="Kop1"/>
        <w:rPr>
          <w:lang w:val="nl-NL"/>
        </w:rPr>
      </w:pPr>
      <w:r w:rsidRPr="000A63D8">
        <w:rPr>
          <w:lang w:val="nl-NL"/>
        </w:rPr>
        <w:lastRenderedPageBreak/>
        <w:t>8.6 Telefoneren</w:t>
      </w:r>
    </w:p>
    <w:p w14:paraId="45AF63BF" w14:textId="7ED1E83F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Heel eenvoudig.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 xml:space="preserve">"Bel </w:t>
      </w:r>
      <w:r w:rsidR="000604ED">
        <w:rPr>
          <w:lang w:val="nl-NL"/>
        </w:rPr>
        <w:t>Lianne</w:t>
      </w:r>
      <w:r w:rsidRPr="000A63D8">
        <w:rPr>
          <w:lang w:val="nl-NL"/>
        </w:rPr>
        <w:t>."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>"Bel Lianne mobiel."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>"Bel Frank."</w:t>
      </w:r>
      <w:r w:rsidR="000604ED">
        <w:rPr>
          <w:lang w:val="nl-NL"/>
        </w:rPr>
        <w:t xml:space="preserve"> “</w:t>
      </w:r>
      <w:r w:rsidRPr="000A63D8">
        <w:rPr>
          <w:lang w:val="nl-NL"/>
        </w:rPr>
        <w:t>Bel de camping."</w:t>
      </w:r>
    </w:p>
    <w:p w14:paraId="749270D3" w14:textId="77777777" w:rsidR="000A63D8" w:rsidRPr="000A63D8" w:rsidRDefault="000A63D8" w:rsidP="000604ED">
      <w:pPr>
        <w:pStyle w:val="Kop1"/>
        <w:rPr>
          <w:lang w:val="nl-NL"/>
        </w:rPr>
      </w:pPr>
      <w:r w:rsidRPr="000A63D8">
        <w:rPr>
          <w:lang w:val="nl-NL"/>
        </w:rPr>
        <w:t>8.7 WhatsApp</w:t>
      </w:r>
    </w:p>
    <w:p w14:paraId="0C8EA7ED" w14:textId="6F6DC24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hoeft WhatsApp niet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>te openen.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>Zeg gewoon: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>"Stuur een WhatsApp naar Frank."</w:t>
      </w:r>
      <w:r w:rsidR="000604ED">
        <w:rPr>
          <w:lang w:val="nl-NL"/>
        </w:rPr>
        <w:t xml:space="preserve">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vraagt: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>"Wat wil je zeggen?"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>Je spreekt.</w:t>
      </w:r>
      <w:r w:rsidR="000604ED">
        <w:rPr>
          <w:lang w:val="nl-NL"/>
        </w:rPr>
        <w:t xml:space="preserve">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herhaalt.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>Je zegt: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>"Verstuur."</w:t>
      </w:r>
      <w:r w:rsidR="000604ED">
        <w:rPr>
          <w:lang w:val="nl-NL"/>
        </w:rPr>
        <w:t xml:space="preserve"> </w:t>
      </w:r>
      <w:r w:rsidRPr="000A63D8">
        <w:rPr>
          <w:lang w:val="nl-NL"/>
        </w:rPr>
        <w:t>Klaar.</w:t>
      </w:r>
    </w:p>
    <w:p w14:paraId="6ADAAA89" w14:textId="77777777" w:rsidR="000A63D8" w:rsidRPr="000A63D8" w:rsidRDefault="000A63D8" w:rsidP="000604ED">
      <w:pPr>
        <w:pStyle w:val="Kop1"/>
        <w:rPr>
          <w:lang w:val="nl-NL"/>
        </w:rPr>
      </w:pPr>
      <w:r w:rsidRPr="000A63D8">
        <w:rPr>
          <w:lang w:val="nl-NL"/>
        </w:rPr>
        <w:t>8.8 Weer</w:t>
      </w:r>
    </w:p>
    <w:p w14:paraId="2785CC70" w14:textId="48AEE21E" w:rsidR="000A63D8" w:rsidRPr="000A63D8" w:rsidRDefault="000604ED" w:rsidP="00A248D5">
      <w:pPr>
        <w:spacing w:after="0"/>
        <w:rPr>
          <w:lang w:val="nl-NL"/>
        </w:rPr>
      </w:pPr>
      <w:r>
        <w:rPr>
          <w:lang w:val="nl-NL"/>
        </w:rPr>
        <w:t>O</w:t>
      </w:r>
      <w:r w:rsidR="000A63D8" w:rsidRPr="000A63D8">
        <w:rPr>
          <w:lang w:val="nl-NL"/>
        </w:rPr>
        <w:t>nderweg is dit erg handig.</w:t>
      </w:r>
      <w:r>
        <w:rPr>
          <w:lang w:val="nl-NL"/>
        </w:rPr>
        <w:t xml:space="preserve"> </w:t>
      </w:r>
      <w:r w:rsidR="000A63D8" w:rsidRPr="000A63D8">
        <w:rPr>
          <w:lang w:val="nl-NL"/>
        </w:rPr>
        <w:t>Bijvoorbeeld:</w:t>
      </w:r>
      <w:r>
        <w:rPr>
          <w:lang w:val="nl-NL"/>
        </w:rPr>
        <w:t xml:space="preserve"> </w:t>
      </w:r>
      <w:r w:rsidR="000A63D8" w:rsidRPr="000A63D8">
        <w:rPr>
          <w:lang w:val="nl-NL"/>
        </w:rPr>
        <w:t>"Hoe wordt het weer morgen?"</w:t>
      </w:r>
      <w:r>
        <w:rPr>
          <w:lang w:val="nl-NL"/>
        </w:rPr>
        <w:t xml:space="preserve"> </w:t>
      </w:r>
      <w:r w:rsidR="000A63D8" w:rsidRPr="000A63D8">
        <w:rPr>
          <w:lang w:val="nl-NL"/>
        </w:rPr>
        <w:t>"Regent het in Lyon?"</w:t>
      </w:r>
      <w:r>
        <w:rPr>
          <w:lang w:val="nl-NL"/>
        </w:rPr>
        <w:t xml:space="preserve"> </w:t>
      </w:r>
      <w:r w:rsidR="000A63D8" w:rsidRPr="000A63D8">
        <w:rPr>
          <w:lang w:val="nl-NL"/>
        </w:rPr>
        <w:t>"Hoe warm wordt het vandaag?"</w:t>
      </w:r>
    </w:p>
    <w:p w14:paraId="5300B622" w14:textId="08287B81" w:rsidR="000A63D8" w:rsidRPr="000A63D8" w:rsidRDefault="000A63D8" w:rsidP="00A248D5">
      <w:pPr>
        <w:spacing w:after="0"/>
        <w:rPr>
          <w:lang w:val="nl-NL"/>
        </w:rPr>
      </w:pPr>
    </w:p>
    <w:p w14:paraId="5D582133" w14:textId="77777777" w:rsidR="000A63D8" w:rsidRPr="000A63D8" w:rsidRDefault="000A63D8" w:rsidP="00F84B66">
      <w:pPr>
        <w:pStyle w:val="Kop1"/>
        <w:rPr>
          <w:lang w:val="nl-NL"/>
        </w:rPr>
      </w:pPr>
      <w:r w:rsidRPr="000A63D8">
        <w:rPr>
          <w:lang w:val="nl-NL"/>
        </w:rPr>
        <w:t>8.9 Verkeer</w:t>
      </w:r>
    </w:p>
    <w:p w14:paraId="5DB639FB" w14:textId="336833EF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Vraag gewoon:</w:t>
      </w:r>
      <w:r w:rsidR="00F84B66">
        <w:rPr>
          <w:lang w:val="nl-NL"/>
        </w:rPr>
        <w:t xml:space="preserve"> </w:t>
      </w:r>
      <w:r w:rsidRPr="000A63D8">
        <w:rPr>
          <w:lang w:val="nl-NL"/>
        </w:rPr>
        <w:t>"Hoe druk is het onderweg?"</w:t>
      </w:r>
      <w:r w:rsidR="00F84B66">
        <w:rPr>
          <w:lang w:val="nl-NL"/>
        </w:rPr>
        <w:t xml:space="preserve"> </w:t>
      </w:r>
      <w:r w:rsidRPr="000A63D8">
        <w:rPr>
          <w:lang w:val="nl-NL"/>
        </w:rPr>
        <w:t>Of:</w:t>
      </w:r>
      <w:r w:rsidR="00F84B66">
        <w:rPr>
          <w:lang w:val="nl-NL"/>
        </w:rPr>
        <w:t xml:space="preserve"> </w:t>
      </w:r>
      <w:r w:rsidRPr="000A63D8">
        <w:rPr>
          <w:lang w:val="nl-NL"/>
        </w:rPr>
        <w:t>Zijn er files?"</w:t>
      </w:r>
    </w:p>
    <w:p w14:paraId="32DB462C" w14:textId="77777777" w:rsidR="000A63D8" w:rsidRPr="000A63D8" w:rsidRDefault="000A63D8" w:rsidP="00F84B66">
      <w:pPr>
        <w:pStyle w:val="Kop1"/>
        <w:rPr>
          <w:lang w:val="nl-NL"/>
        </w:rPr>
      </w:pPr>
      <w:r w:rsidRPr="000A63D8">
        <w:rPr>
          <w:lang w:val="nl-NL"/>
        </w:rPr>
        <w:t>8.10 Tijd</w:t>
      </w:r>
    </w:p>
    <w:p w14:paraId="70FF4560" w14:textId="651E0772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Tijdens vakanties gebruik ik deze vaak.</w:t>
      </w:r>
      <w:r w:rsidR="00F84B66">
        <w:rPr>
          <w:lang w:val="nl-NL"/>
        </w:rPr>
        <w:t xml:space="preserve"> </w:t>
      </w:r>
      <w:r w:rsidRPr="000A63D8">
        <w:rPr>
          <w:lang w:val="nl-NL"/>
        </w:rPr>
        <w:t>"Hoe laat kom ik aan?"</w:t>
      </w:r>
      <w:r w:rsidR="00F84B66">
        <w:rPr>
          <w:lang w:val="nl-NL"/>
        </w:rPr>
        <w:t xml:space="preserve">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antwoordt bijvoorbeeld:</w:t>
      </w:r>
    </w:p>
    <w:p w14:paraId="29672AD0" w14:textId="3187A642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"Je komt aan om 16.18 uur."</w:t>
      </w:r>
    </w:p>
    <w:p w14:paraId="75E241EE" w14:textId="77777777" w:rsidR="000A63D8" w:rsidRPr="000A63D8" w:rsidRDefault="000A63D8" w:rsidP="00F84B66">
      <w:pPr>
        <w:pStyle w:val="Kop1"/>
        <w:rPr>
          <w:lang w:val="nl-NL"/>
        </w:rPr>
      </w:pPr>
      <w:r w:rsidRPr="000A63D8">
        <w:rPr>
          <w:lang w:val="nl-NL"/>
        </w:rPr>
        <w:t>8.11 Rekenmachine</w:t>
      </w:r>
    </w:p>
    <w:p w14:paraId="6CF6C55F" w14:textId="3968C392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Ja...</w:t>
      </w:r>
      <w:r w:rsidR="00F84B66">
        <w:rPr>
          <w:lang w:val="nl-NL"/>
        </w:rPr>
        <w:t xml:space="preserve"> </w:t>
      </w:r>
      <w:r w:rsidRPr="000A63D8">
        <w:rPr>
          <w:lang w:val="nl-NL"/>
        </w:rPr>
        <w:t>Ook dat kan.</w:t>
      </w:r>
      <w:r w:rsidR="00F84B66">
        <w:rPr>
          <w:lang w:val="nl-NL"/>
        </w:rPr>
        <w:t xml:space="preserve"> </w:t>
      </w:r>
      <w:r w:rsidRPr="000A63D8">
        <w:rPr>
          <w:lang w:val="nl-NL"/>
        </w:rPr>
        <w:t>Bijvoorbeeld:</w:t>
      </w:r>
      <w:r w:rsidR="00F84B66">
        <w:rPr>
          <w:lang w:val="nl-NL"/>
        </w:rPr>
        <w:t xml:space="preserve"> </w:t>
      </w:r>
      <w:r w:rsidRPr="000A63D8">
        <w:rPr>
          <w:lang w:val="nl-NL"/>
        </w:rPr>
        <w:t>"Wat is 18 keer 27?"</w:t>
      </w:r>
      <w:r w:rsidR="00F84B66">
        <w:rPr>
          <w:lang w:val="nl-NL"/>
        </w:rPr>
        <w:t xml:space="preserve"> </w:t>
      </w:r>
      <w:r w:rsidRPr="000A63D8">
        <w:rPr>
          <w:lang w:val="nl-NL"/>
        </w:rPr>
        <w:t>Of:</w:t>
      </w:r>
      <w:r w:rsidR="00F84B66">
        <w:rPr>
          <w:lang w:val="nl-NL"/>
        </w:rPr>
        <w:t xml:space="preserve"> </w:t>
      </w:r>
      <w:r w:rsidRPr="000A63D8">
        <w:rPr>
          <w:lang w:val="nl-NL"/>
        </w:rPr>
        <w:t>"Hoeveel kilometer is 120 mijl?"</w:t>
      </w:r>
    </w:p>
    <w:p w14:paraId="370FB843" w14:textId="77777777" w:rsidR="000A63D8" w:rsidRPr="000A63D8" w:rsidRDefault="000A63D8" w:rsidP="00F84B66">
      <w:pPr>
        <w:pStyle w:val="Kop1"/>
        <w:rPr>
          <w:lang w:val="nl-NL"/>
        </w:rPr>
      </w:pPr>
      <w:r w:rsidRPr="000A63D8">
        <w:rPr>
          <w:lang w:val="nl-NL"/>
        </w:rPr>
        <w:t>8.12 Wisselkoersen</w:t>
      </w:r>
    </w:p>
    <w:p w14:paraId="1EC4776E" w14:textId="7F1502AC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Bij reizen buiten de eurozone.</w:t>
      </w:r>
      <w:r w:rsidR="00F84B66">
        <w:rPr>
          <w:lang w:val="nl-NL"/>
        </w:rPr>
        <w:t xml:space="preserve"> </w:t>
      </w:r>
      <w:r w:rsidRPr="000A63D8">
        <w:rPr>
          <w:lang w:val="nl-NL"/>
        </w:rPr>
        <w:t>Bijvoorbeeld:</w:t>
      </w:r>
      <w:r w:rsidR="00F84B66">
        <w:rPr>
          <w:lang w:val="nl-NL"/>
        </w:rPr>
        <w:t xml:space="preserve"> </w:t>
      </w:r>
      <w:r w:rsidRPr="000A63D8">
        <w:rPr>
          <w:lang w:val="nl-NL"/>
        </w:rPr>
        <w:t>"Hoeveel is 100 pond in euro?"</w:t>
      </w:r>
    </w:p>
    <w:p w14:paraId="46F65A8C" w14:textId="77777777" w:rsidR="000A63D8" w:rsidRPr="000A63D8" w:rsidRDefault="000A63D8" w:rsidP="00F84B66">
      <w:pPr>
        <w:pStyle w:val="Kop1"/>
        <w:rPr>
          <w:lang w:val="nl-NL"/>
        </w:rPr>
      </w:pPr>
      <w:r w:rsidRPr="000A63D8">
        <w:rPr>
          <w:lang w:val="nl-NL"/>
        </w:rPr>
        <w:t>8.13 Agenda</w:t>
      </w:r>
    </w:p>
    <w:p w14:paraId="2BEDC321" w14:textId="0213EBF6" w:rsidR="000A63D8" w:rsidRPr="000A63D8" w:rsidRDefault="00F84B66" w:rsidP="00A248D5">
      <w:pPr>
        <w:spacing w:after="0"/>
        <w:rPr>
          <w:lang w:val="nl-NL"/>
        </w:rPr>
      </w:pPr>
      <w:r>
        <w:rPr>
          <w:lang w:val="nl-NL"/>
        </w:rPr>
        <w:t xml:space="preserve"> V</w:t>
      </w:r>
      <w:r w:rsidR="000A63D8" w:rsidRPr="000A63D8">
        <w:rPr>
          <w:lang w:val="nl-NL"/>
        </w:rPr>
        <w:t>raag:</w:t>
      </w:r>
      <w:r>
        <w:rPr>
          <w:lang w:val="nl-NL"/>
        </w:rPr>
        <w:t xml:space="preserve"> </w:t>
      </w:r>
      <w:r w:rsidR="000A63D8" w:rsidRPr="000A63D8">
        <w:rPr>
          <w:lang w:val="nl-NL"/>
        </w:rPr>
        <w:t>"Wat staat vandaag in mijn agenda?"</w:t>
      </w:r>
      <w:r>
        <w:rPr>
          <w:lang w:val="nl-NL"/>
        </w:rPr>
        <w:t xml:space="preserve"> </w:t>
      </w:r>
      <w:r w:rsidR="000A63D8" w:rsidRPr="000A63D8">
        <w:rPr>
          <w:lang w:val="nl-NL"/>
        </w:rPr>
        <w:t>Of:</w:t>
      </w:r>
      <w:r>
        <w:rPr>
          <w:lang w:val="nl-NL"/>
        </w:rPr>
        <w:t xml:space="preserve"> </w:t>
      </w:r>
      <w:r w:rsidR="000A63D8" w:rsidRPr="000A63D8">
        <w:rPr>
          <w:lang w:val="nl-NL"/>
        </w:rPr>
        <w:t>"Hoe laat is mijn volgende afspraak?"</w:t>
      </w:r>
    </w:p>
    <w:p w14:paraId="5B638DFF" w14:textId="514FE50D" w:rsidR="000A63D8" w:rsidRPr="000A63D8" w:rsidRDefault="000A63D8" w:rsidP="00A248D5">
      <w:pPr>
        <w:spacing w:after="0"/>
        <w:rPr>
          <w:lang w:val="nl-NL"/>
        </w:rPr>
      </w:pPr>
    </w:p>
    <w:p w14:paraId="154B54A5" w14:textId="77777777" w:rsidR="000A63D8" w:rsidRPr="000A63D8" w:rsidRDefault="000A63D8" w:rsidP="00F84B66">
      <w:pPr>
        <w:pStyle w:val="Kop1"/>
        <w:rPr>
          <w:lang w:val="nl-NL"/>
        </w:rPr>
      </w:pPr>
      <w:r w:rsidRPr="000A63D8">
        <w:rPr>
          <w:lang w:val="nl-NL"/>
        </w:rPr>
        <w:lastRenderedPageBreak/>
        <w:t>8.14 Herinneringen</w:t>
      </w:r>
    </w:p>
    <w:p w14:paraId="4505A932" w14:textId="46EF6893" w:rsidR="000A63D8" w:rsidRPr="000A63D8" w:rsidRDefault="00F84B66" w:rsidP="00A248D5">
      <w:pPr>
        <w:spacing w:after="0"/>
        <w:rPr>
          <w:lang w:val="nl-NL"/>
        </w:rPr>
      </w:pPr>
      <w:r>
        <w:rPr>
          <w:lang w:val="nl-NL"/>
        </w:rPr>
        <w:t xml:space="preserve"> O</w:t>
      </w:r>
      <w:r w:rsidR="000A63D8" w:rsidRPr="000A63D8">
        <w:rPr>
          <w:lang w:val="nl-NL"/>
        </w:rPr>
        <w:t>nderweg denk je ineens aan iets.</w:t>
      </w:r>
      <w:r>
        <w:rPr>
          <w:lang w:val="nl-NL"/>
        </w:rPr>
        <w:t xml:space="preserve"> </w:t>
      </w:r>
      <w:r w:rsidR="000A63D8" w:rsidRPr="000A63D8">
        <w:rPr>
          <w:lang w:val="nl-NL"/>
        </w:rPr>
        <w:t>Bijvoorbeeld:</w:t>
      </w:r>
      <w:r>
        <w:rPr>
          <w:lang w:val="nl-NL"/>
        </w:rPr>
        <w:t xml:space="preserve"> </w:t>
      </w:r>
      <w:r w:rsidR="000A63D8" w:rsidRPr="000A63D8">
        <w:rPr>
          <w:lang w:val="nl-NL"/>
        </w:rPr>
        <w:t>"Herinner me eraan om melk te kopen."</w:t>
      </w:r>
    </w:p>
    <w:p w14:paraId="73562C2C" w14:textId="248F5D51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Of:</w:t>
      </w:r>
      <w:r w:rsidR="00F84B66">
        <w:rPr>
          <w:lang w:val="nl-NL"/>
        </w:rPr>
        <w:t xml:space="preserve"> </w:t>
      </w:r>
      <w:r w:rsidRPr="000A63D8">
        <w:rPr>
          <w:lang w:val="nl-NL"/>
        </w:rPr>
        <w:t>"Herinner me eraan om Jan te bellen als ik op de camping ben."</w:t>
      </w:r>
    </w:p>
    <w:p w14:paraId="4BE9801B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Dat voorkomt dat je dingen vergeet.</w:t>
      </w:r>
    </w:p>
    <w:p w14:paraId="70BD5BBB" w14:textId="77777777" w:rsidR="000A63D8" w:rsidRPr="000A63D8" w:rsidRDefault="000A63D8" w:rsidP="00F84B66">
      <w:pPr>
        <w:pStyle w:val="Kop1"/>
        <w:rPr>
          <w:lang w:val="nl-NL"/>
        </w:rPr>
      </w:pPr>
      <w:r w:rsidRPr="000A63D8">
        <w:rPr>
          <w:lang w:val="nl-NL"/>
        </w:rPr>
        <w:t xml:space="preserve">8.15 Mijn favoriete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>-opdrachten tijdens camperreizen</w:t>
      </w:r>
    </w:p>
    <w:p w14:paraId="2B751417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Dit zijn opdrachten die ik zelf als eerste zou instellen als ik met jouw camper op pad ging:</w:t>
      </w:r>
    </w:p>
    <w:p w14:paraId="47E34583" w14:textId="21D99D27" w:rsidR="000A63D8" w:rsidRPr="00F84B66" w:rsidRDefault="000A63D8" w:rsidP="00F84B66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Navigatie</w:t>
      </w:r>
      <w:r w:rsidR="00F84B66">
        <w:rPr>
          <w:b/>
          <w:bCs/>
          <w:lang w:val="nl-NL"/>
        </w:rPr>
        <w:t xml:space="preserve"> --: </w:t>
      </w:r>
      <w:r w:rsidRPr="00F84B66">
        <w:rPr>
          <w:lang w:val="nl-NL"/>
        </w:rPr>
        <w:t>"Breng me naar de volgende camping."</w:t>
      </w:r>
      <w:r w:rsidR="00F84B66">
        <w:rPr>
          <w:lang w:val="nl-NL"/>
        </w:rPr>
        <w:t xml:space="preserve"> </w:t>
      </w:r>
      <w:r w:rsidRPr="00F84B66">
        <w:rPr>
          <w:lang w:val="nl-NL"/>
        </w:rPr>
        <w:t>"Zoek een camperplaats."</w:t>
      </w:r>
      <w:r w:rsidR="00F84B66">
        <w:rPr>
          <w:lang w:val="nl-NL"/>
        </w:rPr>
        <w:t xml:space="preserve"> </w:t>
      </w:r>
      <w:r w:rsidRPr="00F84B66">
        <w:rPr>
          <w:lang w:val="nl-NL"/>
        </w:rPr>
        <w:t>"Zoek een Lidl."</w:t>
      </w:r>
      <w:r w:rsidR="00F84B66">
        <w:rPr>
          <w:lang w:val="nl-NL"/>
        </w:rPr>
        <w:t xml:space="preserve"> </w:t>
      </w:r>
      <w:r w:rsidRPr="00F84B66">
        <w:rPr>
          <w:lang w:val="nl-NL"/>
        </w:rPr>
        <w:t>"Zoek een bakker."</w:t>
      </w:r>
      <w:r w:rsidR="00F84B66">
        <w:rPr>
          <w:lang w:val="nl-NL"/>
        </w:rPr>
        <w:t xml:space="preserve"> </w:t>
      </w:r>
      <w:r w:rsidRPr="00F84B66">
        <w:rPr>
          <w:lang w:val="nl-NL"/>
        </w:rPr>
        <w:t>"Zoek een wasserette."</w:t>
      </w:r>
      <w:r w:rsidR="00F84B66">
        <w:rPr>
          <w:lang w:val="nl-NL"/>
        </w:rPr>
        <w:t xml:space="preserve"> </w:t>
      </w:r>
      <w:r w:rsidRPr="00F84B66">
        <w:rPr>
          <w:lang w:val="nl-NL"/>
        </w:rPr>
        <w:t>"Zoek een apotheek."</w:t>
      </w:r>
      <w:r w:rsidR="00F84B66">
        <w:rPr>
          <w:lang w:val="nl-NL"/>
        </w:rPr>
        <w:t xml:space="preserve"> </w:t>
      </w:r>
      <w:r w:rsidRPr="00F84B66">
        <w:rPr>
          <w:lang w:val="nl-NL"/>
        </w:rPr>
        <w:t>"Zoek een ziekenhuis."</w:t>
      </w:r>
      <w:r w:rsidR="00F84B66">
        <w:rPr>
          <w:lang w:val="nl-NL"/>
        </w:rPr>
        <w:t xml:space="preserve"> </w:t>
      </w:r>
      <w:r w:rsidRPr="00F84B66">
        <w:rPr>
          <w:lang w:val="nl-NL"/>
        </w:rPr>
        <w:t>"Waar is een Shell?"</w:t>
      </w:r>
    </w:p>
    <w:p w14:paraId="74EE9E09" w14:textId="79AA84B2" w:rsidR="000A63D8" w:rsidRPr="000A63D8" w:rsidRDefault="000A63D8" w:rsidP="00A248D5">
      <w:pPr>
        <w:spacing w:after="0"/>
        <w:rPr>
          <w:lang w:val="nl-NL"/>
        </w:rPr>
      </w:pPr>
    </w:p>
    <w:p w14:paraId="0C3D934B" w14:textId="23D79846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Muziek</w:t>
      </w:r>
      <w:r w:rsidR="00F84B66">
        <w:rPr>
          <w:b/>
          <w:bCs/>
          <w:lang w:val="nl-NL"/>
        </w:rPr>
        <w:t xml:space="preserve"> </w:t>
      </w:r>
      <w:r w:rsidR="00F84B66" w:rsidRPr="00F84B66">
        <w:rPr>
          <w:b/>
          <w:bCs/>
          <w:lang w:val="nl-NL"/>
        </w:rPr>
        <w:sym w:font="Wingdings" w:char="F0E0"/>
      </w:r>
      <w:r w:rsidR="00F84B66">
        <w:rPr>
          <w:b/>
          <w:bCs/>
          <w:lang w:val="nl-NL"/>
        </w:rPr>
        <w:t xml:space="preserve"> </w:t>
      </w:r>
      <w:r w:rsidRPr="000A63D8">
        <w:rPr>
          <w:lang w:val="nl-NL"/>
        </w:rPr>
        <w:t xml:space="preserve">"Speel </w:t>
      </w:r>
      <w:proofErr w:type="spellStart"/>
      <w:r w:rsidRPr="000A63D8">
        <w:rPr>
          <w:lang w:val="nl-NL"/>
        </w:rPr>
        <w:t>Eagles</w:t>
      </w:r>
      <w:proofErr w:type="spellEnd"/>
      <w:r w:rsidRPr="000A63D8">
        <w:rPr>
          <w:lang w:val="nl-NL"/>
        </w:rPr>
        <w:t>."</w:t>
      </w:r>
      <w:r w:rsidR="00F84B66">
        <w:rPr>
          <w:lang w:val="nl-NL"/>
        </w:rPr>
        <w:t xml:space="preserve"> </w:t>
      </w:r>
      <w:r w:rsidRPr="000A63D8">
        <w:rPr>
          <w:lang w:val="nl-NL"/>
        </w:rPr>
        <w:t>"Speel jaren 70."</w:t>
      </w:r>
      <w:r w:rsidR="00F84B66">
        <w:rPr>
          <w:lang w:val="nl-NL"/>
        </w:rPr>
        <w:t xml:space="preserve"> </w:t>
      </w:r>
      <w:r w:rsidRPr="000A63D8">
        <w:rPr>
          <w:lang w:val="nl-NL"/>
        </w:rPr>
        <w:t>Speel klassieke muziek."</w:t>
      </w:r>
    </w:p>
    <w:p w14:paraId="3E297396" w14:textId="6F461CD4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Telefoneren</w:t>
      </w:r>
      <w:r w:rsidR="00F84B66">
        <w:rPr>
          <w:b/>
          <w:bCs/>
          <w:lang w:val="nl-NL"/>
        </w:rPr>
        <w:t xml:space="preserve"> </w:t>
      </w:r>
      <w:r w:rsidR="00F84B66" w:rsidRPr="00F84B66">
        <w:rPr>
          <w:b/>
          <w:bCs/>
          <w:lang w:val="nl-NL"/>
        </w:rPr>
        <w:sym w:font="Wingdings" w:char="F0E0"/>
      </w:r>
      <w:r w:rsidR="00F84B66">
        <w:rPr>
          <w:b/>
          <w:bCs/>
          <w:lang w:val="nl-NL"/>
        </w:rPr>
        <w:t xml:space="preserve"> </w:t>
      </w:r>
      <w:r w:rsidRPr="000A63D8">
        <w:rPr>
          <w:lang w:val="nl-NL"/>
        </w:rPr>
        <w:t xml:space="preserve">"Bel </w:t>
      </w:r>
      <w:r w:rsidR="00F84B66">
        <w:rPr>
          <w:lang w:val="nl-NL"/>
        </w:rPr>
        <w:t>Lianne</w:t>
      </w:r>
      <w:r w:rsidRPr="000A63D8">
        <w:rPr>
          <w:lang w:val="nl-NL"/>
        </w:rPr>
        <w:t>."</w:t>
      </w:r>
    </w:p>
    <w:p w14:paraId="49B43168" w14:textId="44399165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Berichten</w:t>
      </w:r>
      <w:r w:rsidR="00F84B66">
        <w:rPr>
          <w:b/>
          <w:bCs/>
          <w:lang w:val="nl-NL"/>
        </w:rPr>
        <w:t xml:space="preserve"> </w:t>
      </w:r>
      <w:r w:rsidR="00F84B66" w:rsidRPr="00F84B66">
        <w:rPr>
          <w:b/>
          <w:bCs/>
          <w:lang w:val="nl-NL"/>
        </w:rPr>
        <w:sym w:font="Wingdings" w:char="F0E0"/>
      </w:r>
      <w:r w:rsidR="00F84B66">
        <w:rPr>
          <w:b/>
          <w:bCs/>
          <w:lang w:val="nl-NL"/>
        </w:rPr>
        <w:t xml:space="preserve"> </w:t>
      </w:r>
      <w:r w:rsidR="005320C4">
        <w:rPr>
          <w:b/>
          <w:bCs/>
          <w:lang w:val="nl-NL"/>
        </w:rPr>
        <w:t xml:space="preserve"> </w:t>
      </w:r>
      <w:r w:rsidRPr="000A63D8">
        <w:rPr>
          <w:lang w:val="nl-NL"/>
        </w:rPr>
        <w:t>"Lees mijn berichten."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"Stuur een WhatsApp naar Frank."</w:t>
      </w:r>
    </w:p>
    <w:p w14:paraId="1E03B156" w14:textId="3EAA8EE4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Algemeen</w:t>
      </w:r>
      <w:r w:rsidR="005320C4">
        <w:rPr>
          <w:b/>
          <w:bCs/>
          <w:lang w:val="nl-NL"/>
        </w:rPr>
        <w:t xml:space="preserve"> </w:t>
      </w:r>
      <w:r w:rsidR="005320C4" w:rsidRPr="005320C4">
        <w:rPr>
          <w:b/>
          <w:bCs/>
          <w:lang w:val="nl-NL"/>
        </w:rPr>
        <w:sym w:font="Wingdings" w:char="F0E0"/>
      </w:r>
      <w:r w:rsidR="005320C4">
        <w:rPr>
          <w:b/>
          <w:bCs/>
          <w:lang w:val="nl-NL"/>
        </w:rPr>
        <w:t xml:space="preserve"> </w:t>
      </w:r>
      <w:r w:rsidRPr="000A63D8">
        <w:rPr>
          <w:lang w:val="nl-NL"/>
        </w:rPr>
        <w:t>"Hoe laat kom ik aan?"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"Hoe wordt het weer morgen?"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"Hoe laat gaat de zon onder?"</w:t>
      </w:r>
    </w:p>
    <w:p w14:paraId="0EB6FD6C" w14:textId="77777777" w:rsidR="000A63D8" w:rsidRPr="000A63D8" w:rsidRDefault="000A63D8" w:rsidP="005320C4">
      <w:pPr>
        <w:pStyle w:val="Kop1"/>
        <w:rPr>
          <w:lang w:val="nl-NL"/>
        </w:rPr>
      </w:pPr>
      <w:r w:rsidRPr="000A63D8">
        <w:rPr>
          <w:lang w:val="nl-NL"/>
        </w:rPr>
        <w:t xml:space="preserve">8.16 Wat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niet goed kan</w:t>
      </w:r>
    </w:p>
    <w:p w14:paraId="3D8EE3BE" w14:textId="5A272ECD" w:rsidR="000A63D8" w:rsidRPr="000A63D8" w:rsidRDefault="000A63D8" w:rsidP="00A248D5">
      <w:pPr>
        <w:spacing w:after="0"/>
        <w:rPr>
          <w:lang w:val="nl-NL"/>
        </w:rPr>
      </w:pP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is slim, maar niet perfect.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Bijvoorbeeld:</w:t>
      </w:r>
      <w:r w:rsidR="005320C4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❌</w:t>
      </w:r>
      <w:r w:rsidRPr="000A63D8">
        <w:rPr>
          <w:lang w:val="nl-NL"/>
        </w:rPr>
        <w:t xml:space="preserve"> Heel ingewikkelde opdrachten in één zin.</w:t>
      </w:r>
    </w:p>
    <w:p w14:paraId="4BFB8B42" w14:textId="7A99A7FD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Niet: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"Zoek een camping met zwembad aan een meer waar honden zijn toegestaan en die maximaal 35 euro kost."</w:t>
      </w:r>
    </w:p>
    <w:p w14:paraId="0B07BC97" w14:textId="3505F4DA" w:rsidR="000A63D8" w:rsidRPr="000A63D8" w:rsidRDefault="000A63D8" w:rsidP="005320C4">
      <w:pPr>
        <w:spacing w:after="0"/>
        <w:rPr>
          <w:lang w:val="nl-NL"/>
        </w:rPr>
      </w:pPr>
      <w:r w:rsidRPr="000A63D8">
        <w:rPr>
          <w:lang w:val="nl-NL"/>
        </w:rPr>
        <w:t>Dat is te veel tegelijk.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Beter: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Zoek een camping.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Bekijk daarna de resultaten.</w:t>
      </w:r>
    </w:p>
    <w:p w14:paraId="576298C4" w14:textId="77777777" w:rsidR="000A63D8" w:rsidRPr="000A63D8" w:rsidRDefault="000A63D8" w:rsidP="005320C4">
      <w:pPr>
        <w:pStyle w:val="Kop1"/>
        <w:rPr>
          <w:lang w:val="nl-NL"/>
        </w:rPr>
      </w:pPr>
      <w:r w:rsidRPr="000A63D8">
        <w:rPr>
          <w:lang w:val="nl-NL"/>
        </w:rPr>
        <w:t>8.17 Mijn gouden regel</w:t>
      </w:r>
    </w:p>
    <w:p w14:paraId="4CD0F104" w14:textId="06460B1B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Ik gebruik tijdens het rijden eigenlijk maar één regel:</w:t>
      </w:r>
      <w:r w:rsidR="005320C4">
        <w:rPr>
          <w:lang w:val="nl-NL"/>
        </w:rPr>
        <w:t xml:space="preserve"> </w:t>
      </w:r>
      <w:r w:rsidRPr="000A63D8">
        <w:rPr>
          <w:b/>
          <w:bCs/>
          <w:lang w:val="nl-NL"/>
        </w:rPr>
        <w:t>Als S</w:t>
      </w:r>
      <w:proofErr w:type="spellStart"/>
      <w:r w:rsidRPr="000A63D8">
        <w:rPr>
          <w:b/>
          <w:bCs/>
          <w:lang w:val="nl-NL"/>
        </w:rPr>
        <w:t>iri</w:t>
      </w:r>
      <w:proofErr w:type="spellEnd"/>
      <w:r w:rsidRPr="000A63D8">
        <w:rPr>
          <w:b/>
          <w:bCs/>
          <w:lang w:val="nl-NL"/>
        </w:rPr>
        <w:t xml:space="preserve"> het kan doen, raak ik het scherm niet aan.</w:t>
      </w:r>
      <w:r w:rsidR="005320C4">
        <w:rPr>
          <w:b/>
          <w:bCs/>
          <w:lang w:val="nl-NL"/>
        </w:rPr>
        <w:t xml:space="preserve"> </w:t>
      </w:r>
      <w:r w:rsidRPr="000A63D8">
        <w:rPr>
          <w:lang w:val="nl-NL"/>
        </w:rPr>
        <w:t>Dat maakt het rijden rustiger en veiliger.</w:t>
      </w:r>
    </w:p>
    <w:p w14:paraId="06BB09F6" w14:textId="4824AF4D" w:rsidR="000A63D8" w:rsidRPr="000A63D8" w:rsidRDefault="000A63D8" w:rsidP="00A248D5">
      <w:pPr>
        <w:spacing w:after="0"/>
        <w:rPr>
          <w:lang w:val="nl-NL"/>
        </w:rPr>
      </w:pPr>
    </w:p>
    <w:p w14:paraId="5079DE3C" w14:textId="77777777" w:rsidR="000A63D8" w:rsidRPr="000A63D8" w:rsidRDefault="000A63D8" w:rsidP="005320C4">
      <w:pPr>
        <w:pStyle w:val="Kop1"/>
        <w:rPr>
          <w:lang w:val="nl-NL"/>
        </w:rPr>
      </w:pPr>
      <w:r w:rsidRPr="000A63D8">
        <w:rPr>
          <w:lang w:val="nl-NL"/>
        </w:rPr>
        <w:t>Praktijkoefeningen</w:t>
      </w:r>
    </w:p>
    <w:p w14:paraId="6E4F82A7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Doe deze oefeningen terwijl je stilstaat.</w:t>
      </w:r>
    </w:p>
    <w:p w14:paraId="23081D42" w14:textId="11E71D0D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Oefening 1</w:t>
      </w:r>
      <w:r w:rsidR="005320C4">
        <w:rPr>
          <w:b/>
          <w:bCs/>
          <w:lang w:val="nl-NL"/>
        </w:rPr>
        <w:t xml:space="preserve"> </w:t>
      </w:r>
      <w:r w:rsidR="005320C4" w:rsidRPr="005320C4">
        <w:rPr>
          <w:b/>
          <w:bCs/>
          <w:lang w:val="nl-NL"/>
        </w:rPr>
        <w:sym w:font="Wingdings" w:char="F0E0"/>
      </w:r>
      <w:r w:rsidR="005320C4">
        <w:rPr>
          <w:b/>
          <w:bCs/>
          <w:lang w:val="nl-NL"/>
        </w:rPr>
        <w:t xml:space="preserve"> </w:t>
      </w:r>
      <w:r w:rsidRPr="000A63D8">
        <w:rPr>
          <w:lang w:val="nl-NL"/>
        </w:rPr>
        <w:t>Zeg: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"Hoe laat is het?"</w:t>
      </w:r>
    </w:p>
    <w:p w14:paraId="6E807786" w14:textId="12EEEC06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Oefening 2</w:t>
      </w:r>
      <w:r w:rsidR="005320C4">
        <w:rPr>
          <w:b/>
          <w:bCs/>
          <w:lang w:val="nl-NL"/>
        </w:rPr>
        <w:t xml:space="preserve"> </w:t>
      </w:r>
      <w:r w:rsidR="005320C4" w:rsidRPr="005320C4">
        <w:rPr>
          <w:b/>
          <w:bCs/>
          <w:lang w:val="nl-NL"/>
        </w:rPr>
        <w:sym w:font="Wingdings" w:char="F0E0"/>
      </w:r>
      <w:r w:rsidR="005320C4">
        <w:rPr>
          <w:b/>
          <w:bCs/>
          <w:lang w:val="nl-NL"/>
        </w:rPr>
        <w:t xml:space="preserve"> </w:t>
      </w:r>
      <w:r w:rsidRPr="000A63D8">
        <w:rPr>
          <w:lang w:val="nl-NL"/>
        </w:rPr>
        <w:t>Zeg: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"Breng me naar huis."</w:t>
      </w:r>
    </w:p>
    <w:p w14:paraId="1B1E5074" w14:textId="21B3D17A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Oefening 3</w:t>
      </w:r>
      <w:r w:rsidR="005320C4">
        <w:rPr>
          <w:b/>
          <w:bCs/>
          <w:lang w:val="nl-NL"/>
        </w:rPr>
        <w:t xml:space="preserve"> </w:t>
      </w:r>
      <w:r w:rsidR="005320C4" w:rsidRPr="005320C4">
        <w:rPr>
          <w:b/>
          <w:bCs/>
          <w:lang w:val="nl-NL"/>
        </w:rPr>
        <w:sym w:font="Wingdings" w:char="F0E0"/>
      </w:r>
      <w:r w:rsidR="005320C4">
        <w:rPr>
          <w:b/>
          <w:bCs/>
          <w:lang w:val="nl-NL"/>
        </w:rPr>
        <w:t xml:space="preserve"> </w:t>
      </w:r>
      <w:r w:rsidRPr="000A63D8">
        <w:rPr>
          <w:lang w:val="nl-NL"/>
        </w:rPr>
        <w:t>Zeg: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"Speel mijn favoriete muziek."</w:t>
      </w:r>
    </w:p>
    <w:p w14:paraId="6B95DA82" w14:textId="1D950436" w:rsidR="000A63D8" w:rsidRPr="000A63D8" w:rsidRDefault="000A63D8" w:rsidP="005320C4">
      <w:pPr>
        <w:spacing w:after="0"/>
        <w:rPr>
          <w:lang w:val="nl-NL"/>
        </w:rPr>
      </w:pPr>
      <w:r w:rsidRPr="000A63D8">
        <w:rPr>
          <w:b/>
          <w:bCs/>
          <w:lang w:val="nl-NL"/>
        </w:rPr>
        <w:lastRenderedPageBreak/>
        <w:t>Oefening 4</w:t>
      </w:r>
      <w:r w:rsidR="005320C4">
        <w:rPr>
          <w:b/>
          <w:bCs/>
          <w:lang w:val="nl-NL"/>
        </w:rPr>
        <w:t xml:space="preserve"> </w:t>
      </w:r>
      <w:r w:rsidR="005320C4" w:rsidRPr="005320C4">
        <w:rPr>
          <w:b/>
          <w:bCs/>
          <w:lang w:val="nl-NL"/>
        </w:rPr>
        <w:sym w:font="Wingdings" w:char="F0E0"/>
      </w:r>
      <w:r w:rsidR="005320C4">
        <w:rPr>
          <w:b/>
          <w:bCs/>
          <w:lang w:val="nl-NL"/>
        </w:rPr>
        <w:t xml:space="preserve">  </w:t>
      </w:r>
      <w:r w:rsidRPr="000A63D8">
        <w:rPr>
          <w:lang w:val="nl-NL"/>
        </w:rPr>
        <w:t>Zeg: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"Zoek een supermarkt."</w:t>
      </w:r>
    </w:p>
    <w:p w14:paraId="6EECAE07" w14:textId="78CF5FAF" w:rsidR="000A63D8" w:rsidRPr="000A63D8" w:rsidRDefault="000A63D8" w:rsidP="00A248D5">
      <w:pPr>
        <w:spacing w:after="0"/>
        <w:rPr>
          <w:lang w:val="nl-NL"/>
        </w:rPr>
      </w:pPr>
    </w:p>
    <w:p w14:paraId="08DD25AD" w14:textId="77777777" w:rsidR="000A63D8" w:rsidRPr="000A63D8" w:rsidRDefault="000A63D8" w:rsidP="005320C4">
      <w:pPr>
        <w:pStyle w:val="Kop1"/>
        <w:rPr>
          <w:lang w:val="nl-NL"/>
        </w:rPr>
      </w:pPr>
      <w:r w:rsidRPr="000A63D8">
        <w:rPr>
          <w:lang w:val="nl-NL"/>
        </w:rPr>
        <w:t xml:space="preserve">De 25 handigste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>-opdrachten voor in de camper</w:t>
      </w:r>
    </w:p>
    <w:p w14:paraId="186DB32D" w14:textId="303E9CD2" w:rsidR="000A63D8" w:rsidRPr="000A63D8" w:rsidRDefault="000A63D8" w:rsidP="005320C4">
      <w:pPr>
        <w:tabs>
          <w:tab w:val="num" w:pos="720"/>
        </w:tabs>
        <w:spacing w:after="0"/>
        <w:rPr>
          <w:lang w:val="nl-NL"/>
        </w:rPr>
      </w:pPr>
      <w:r w:rsidRPr="000A63D8">
        <w:rPr>
          <w:b/>
          <w:bCs/>
          <w:lang w:val="nl-NL"/>
        </w:rPr>
        <w:t>Navigatie</w:t>
      </w:r>
      <w:r w:rsidR="005320C4">
        <w:rPr>
          <w:b/>
          <w:bCs/>
          <w:lang w:val="nl-NL"/>
        </w:rPr>
        <w:t xml:space="preserve"> </w:t>
      </w:r>
      <w:r w:rsidR="005320C4" w:rsidRPr="005320C4">
        <w:rPr>
          <w:b/>
          <w:bCs/>
          <w:lang w:val="nl-NL"/>
        </w:rPr>
        <w:sym w:font="Wingdings" w:char="F0E0"/>
      </w:r>
      <w:r w:rsidR="005320C4">
        <w:rPr>
          <w:b/>
          <w:bCs/>
          <w:lang w:val="nl-NL"/>
        </w:rPr>
        <w:t xml:space="preserve"> </w:t>
      </w:r>
      <w:r w:rsidRPr="000A63D8">
        <w:rPr>
          <w:lang w:val="nl-NL"/>
        </w:rPr>
        <w:t>Navigeer naar de camping.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Zoek een camperplaats.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Zoek een tankstation.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 xml:space="preserve">Zoek een </w:t>
      </w:r>
      <w:proofErr w:type="spellStart"/>
      <w:proofErr w:type="gramStart"/>
      <w:r w:rsidRPr="000A63D8">
        <w:rPr>
          <w:lang w:val="nl-NL"/>
        </w:rPr>
        <w:t>supermarkt.Hoe</w:t>
      </w:r>
      <w:proofErr w:type="spellEnd"/>
      <w:proofErr w:type="gramEnd"/>
      <w:r w:rsidRPr="000A63D8">
        <w:rPr>
          <w:lang w:val="nl-NL"/>
        </w:rPr>
        <w:t xml:space="preserve"> laat kom ik aan?</w:t>
      </w:r>
    </w:p>
    <w:p w14:paraId="0F9DE20C" w14:textId="505793AB" w:rsidR="000A63D8" w:rsidRPr="000A63D8" w:rsidRDefault="000A63D8" w:rsidP="005320C4">
      <w:pPr>
        <w:tabs>
          <w:tab w:val="num" w:pos="720"/>
        </w:tabs>
        <w:spacing w:after="0"/>
        <w:rPr>
          <w:lang w:val="nl-NL"/>
        </w:rPr>
      </w:pPr>
      <w:r w:rsidRPr="000A63D8">
        <w:rPr>
          <w:b/>
          <w:bCs/>
          <w:lang w:val="nl-NL"/>
        </w:rPr>
        <w:t>Muziek</w:t>
      </w:r>
      <w:r w:rsidR="005320C4">
        <w:rPr>
          <w:b/>
          <w:bCs/>
          <w:lang w:val="nl-NL"/>
        </w:rPr>
        <w:t xml:space="preserve"> </w:t>
      </w:r>
      <w:r w:rsidR="005320C4" w:rsidRPr="005320C4">
        <w:rPr>
          <w:b/>
          <w:bCs/>
          <w:lang w:val="nl-NL"/>
        </w:rPr>
        <w:sym w:font="Wingdings" w:char="F0E0"/>
      </w:r>
      <w:r w:rsidR="005320C4">
        <w:rPr>
          <w:b/>
          <w:bCs/>
          <w:lang w:val="nl-NL"/>
        </w:rPr>
        <w:t xml:space="preserve"> </w:t>
      </w:r>
      <w:r w:rsidRPr="000A63D8">
        <w:rPr>
          <w:lang w:val="nl-NL"/>
        </w:rPr>
        <w:t>Speel mijn afspeellijst Camper.</w:t>
      </w:r>
    </w:p>
    <w:p w14:paraId="04F094E8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Een tip speciaal voor jou</w:t>
      </w:r>
    </w:p>
    <w:p w14:paraId="7145D2A1" w14:textId="19621869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Je hebt aangegeven dat je regelmatig door </w:t>
      </w:r>
      <w:r w:rsidRPr="000A63D8">
        <w:rPr>
          <w:b/>
          <w:bCs/>
          <w:lang w:val="nl-NL"/>
        </w:rPr>
        <w:t>Frankrijk</w:t>
      </w:r>
      <w:r w:rsidRPr="000A63D8">
        <w:rPr>
          <w:lang w:val="nl-NL"/>
        </w:rPr>
        <w:t xml:space="preserve"> reist. Dan is de volgende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>-opdracht bijzonder handig:</w:t>
      </w:r>
      <w:r w:rsidR="005320C4">
        <w:rPr>
          <w:lang w:val="nl-NL"/>
        </w:rPr>
        <w:t xml:space="preserve"> </w:t>
      </w:r>
      <w:r w:rsidRPr="000A63D8">
        <w:rPr>
          <w:b/>
          <w:bCs/>
          <w:lang w:val="nl-NL"/>
        </w:rPr>
        <w:t>"Zoek een supermarkt langs mijn route."</w:t>
      </w:r>
    </w:p>
    <w:p w14:paraId="6FC6A3E3" w14:textId="77777777" w:rsidR="005320C4" w:rsidRDefault="005320C4" w:rsidP="00A248D5">
      <w:pPr>
        <w:spacing w:after="0"/>
        <w:rPr>
          <w:lang w:val="nl-NL"/>
        </w:rPr>
      </w:pPr>
    </w:p>
    <w:p w14:paraId="6673636D" w14:textId="634F2EE3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Het grote voordeel is dat de navigatie </w:t>
      </w:r>
      <w:r w:rsidRPr="000A63D8">
        <w:rPr>
          <w:b/>
          <w:bCs/>
          <w:lang w:val="nl-NL"/>
        </w:rPr>
        <w:t>je eindbestemming behoudt</w:t>
      </w:r>
      <w:r w:rsidRPr="000A63D8">
        <w:rPr>
          <w:lang w:val="nl-NL"/>
        </w:rPr>
        <w:t xml:space="preserve">. Je maakt alleen een korte tussenstop en daarna leidt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je automatisch weer verder naar de camping of eindbestemming. Veel mensen weten niet dat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ook </w:t>
      </w:r>
      <w:r w:rsidRPr="000A63D8">
        <w:rPr>
          <w:b/>
          <w:bCs/>
          <w:lang w:val="nl-NL"/>
        </w:rPr>
        <w:t>langs de route</w:t>
      </w:r>
      <w:r w:rsidRPr="000A63D8">
        <w:rPr>
          <w:lang w:val="nl-NL"/>
        </w:rPr>
        <w:t xml:space="preserve"> kan zoeken; dat bespaart veel tijd en voorkomt dat je de route opnieuw moet instellen.</w:t>
      </w:r>
    </w:p>
    <w:p w14:paraId="5EEB5E6D" w14:textId="77777777" w:rsidR="005320C4" w:rsidRDefault="005320C4">
      <w:pPr>
        <w:rPr>
          <w:b/>
          <w:bCs/>
          <w:lang w:val="nl-NL"/>
        </w:rPr>
      </w:pPr>
      <w:r>
        <w:rPr>
          <w:b/>
          <w:bCs/>
          <w:lang w:val="nl-NL"/>
        </w:rPr>
        <w:br w:type="page"/>
      </w:r>
    </w:p>
    <w:p w14:paraId="259D878B" w14:textId="2A9D1FB3" w:rsidR="000A63D8" w:rsidRPr="000A63D8" w:rsidRDefault="000A63D8" w:rsidP="005320C4">
      <w:pPr>
        <w:pStyle w:val="Titel"/>
      </w:pPr>
      <w:r w:rsidRPr="000A63D8">
        <w:lastRenderedPageBreak/>
        <w:t xml:space="preserve">9 – </w:t>
      </w:r>
      <w:r w:rsidR="005320C4">
        <w:t>A</w:t>
      </w:r>
      <w:r w:rsidRPr="000A63D8">
        <w:t>pps voor camperreizen</w:t>
      </w:r>
    </w:p>
    <w:p w14:paraId="6EB1AB1E" w14:textId="77777777" w:rsidR="000A63D8" w:rsidRPr="000A63D8" w:rsidRDefault="000A63D8" w:rsidP="005320C4">
      <w:pPr>
        <w:pStyle w:val="Kop1"/>
        <w:rPr>
          <w:lang w:val="nl-NL"/>
        </w:rPr>
      </w:pPr>
      <w:r w:rsidRPr="000A63D8">
        <w:rPr>
          <w:lang w:val="nl-NL"/>
        </w:rPr>
        <w:t>9.1 Mijn gouden regel</w:t>
      </w:r>
    </w:p>
    <w:p w14:paraId="0CF66066" w14:textId="0A3726FC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Installeer </w:t>
      </w:r>
      <w:r w:rsidRPr="000A63D8">
        <w:rPr>
          <w:b/>
          <w:bCs/>
          <w:lang w:val="nl-NL"/>
        </w:rPr>
        <w:t>niet te veel apps</w:t>
      </w:r>
      <w:r w:rsidRPr="000A63D8">
        <w:rPr>
          <w:lang w:val="nl-NL"/>
        </w:rPr>
        <w:t>.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Veel mensen hebben 80 tot 100 apps op hun iPhone.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Tijdens het rijden gebruik je er misschien maar tien.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 xml:space="preserve">Dat maakt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overzichtelijk en veiliger.</w:t>
      </w:r>
    </w:p>
    <w:p w14:paraId="4BE017C7" w14:textId="77777777" w:rsidR="000A63D8" w:rsidRPr="000A63D8" w:rsidRDefault="000A63D8" w:rsidP="005320C4">
      <w:pPr>
        <w:pStyle w:val="Kop1"/>
        <w:rPr>
          <w:lang w:val="nl-NL"/>
        </w:rPr>
      </w:pPr>
      <w:r w:rsidRPr="000A63D8">
        <w:rPr>
          <w:lang w:val="nl-NL"/>
        </w:rPr>
        <w:t>9.2 Mijn Top 10 voor iedere camper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8"/>
        <w:gridCol w:w="1862"/>
        <w:gridCol w:w="890"/>
      </w:tblGrid>
      <w:tr w:rsidR="000A63D8" w:rsidRPr="000A63D8" w14:paraId="7DEEF3B9" w14:textId="77777777" w:rsidTr="000A63D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EFD1A89" w14:textId="77777777" w:rsidR="000A63D8" w:rsidRPr="000A63D8" w:rsidRDefault="000A63D8" w:rsidP="00A248D5">
            <w:pPr>
              <w:spacing w:after="0"/>
              <w:rPr>
                <w:b/>
                <w:bCs/>
                <w:lang w:val="nl-NL"/>
              </w:rPr>
            </w:pPr>
            <w:r w:rsidRPr="000A63D8">
              <w:rPr>
                <w:b/>
                <w:bCs/>
                <w:lang w:val="nl-NL"/>
              </w:rPr>
              <w:t>App</w:t>
            </w:r>
          </w:p>
        </w:tc>
        <w:tc>
          <w:tcPr>
            <w:tcW w:w="0" w:type="auto"/>
            <w:vAlign w:val="center"/>
            <w:hideMark/>
          </w:tcPr>
          <w:p w14:paraId="7EEFF386" w14:textId="77777777" w:rsidR="000A63D8" w:rsidRPr="000A63D8" w:rsidRDefault="000A63D8" w:rsidP="00A248D5">
            <w:pPr>
              <w:spacing w:after="0"/>
              <w:rPr>
                <w:b/>
                <w:bCs/>
                <w:lang w:val="nl-NL"/>
              </w:rPr>
            </w:pPr>
            <w:r w:rsidRPr="000A63D8">
              <w:rPr>
                <w:b/>
                <w:bCs/>
                <w:lang w:val="nl-NL"/>
              </w:rPr>
              <w:t>Waarom?</w:t>
            </w:r>
          </w:p>
        </w:tc>
        <w:tc>
          <w:tcPr>
            <w:tcW w:w="0" w:type="auto"/>
            <w:vAlign w:val="center"/>
            <w:hideMark/>
          </w:tcPr>
          <w:p w14:paraId="565E6253" w14:textId="77777777" w:rsidR="000A63D8" w:rsidRPr="000A63D8" w:rsidRDefault="000A63D8" w:rsidP="00A248D5">
            <w:pPr>
              <w:spacing w:after="0"/>
              <w:rPr>
                <w:b/>
                <w:bCs/>
                <w:lang w:val="nl-NL"/>
              </w:rPr>
            </w:pPr>
            <w:proofErr w:type="spellStart"/>
            <w:r w:rsidRPr="000A63D8">
              <w:rPr>
                <w:b/>
                <w:bCs/>
                <w:lang w:val="nl-NL"/>
              </w:rPr>
              <w:t>CarPlay</w:t>
            </w:r>
            <w:proofErr w:type="spellEnd"/>
          </w:p>
        </w:tc>
      </w:tr>
      <w:tr w:rsidR="000A63D8" w:rsidRPr="000A63D8" w14:paraId="4CC84E8E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08FDC9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rFonts w:ascii="Segoe UI Symbol" w:hAnsi="Segoe UI Symbol" w:cs="Segoe UI Symbol"/>
                <w:lang w:val="nl-NL"/>
              </w:rPr>
              <w:t>🗺</w:t>
            </w:r>
            <w:r w:rsidRPr="000A63D8">
              <w:rPr>
                <w:lang w:val="nl-NL"/>
              </w:rPr>
              <w:t xml:space="preserve">️ Google </w:t>
            </w:r>
            <w:proofErr w:type="spellStart"/>
            <w:r w:rsidRPr="000A63D8">
              <w:rPr>
                <w:lang w:val="nl-NL"/>
              </w:rPr>
              <w:t>Maps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AFCF258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Navigatie en zoeken</w:t>
            </w:r>
          </w:p>
        </w:tc>
        <w:tc>
          <w:tcPr>
            <w:tcW w:w="0" w:type="auto"/>
            <w:vAlign w:val="center"/>
            <w:hideMark/>
          </w:tcPr>
          <w:p w14:paraId="74E9EA24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rFonts w:ascii="Segoe UI Emoji" w:hAnsi="Segoe UI Emoji" w:cs="Segoe UI Emoji"/>
                <w:lang w:val="nl-NL"/>
              </w:rPr>
              <w:t>✅</w:t>
            </w:r>
          </w:p>
        </w:tc>
      </w:tr>
      <w:tr w:rsidR="000A63D8" w:rsidRPr="000A63D8" w14:paraId="367548EA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7A7195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rFonts w:ascii="Segoe UI Emoji" w:hAnsi="Segoe UI Emoji" w:cs="Segoe UI Emoji"/>
                <w:lang w:val="nl-NL"/>
              </w:rPr>
              <w:t>🍏</w:t>
            </w:r>
            <w:r w:rsidRPr="000A63D8">
              <w:rPr>
                <w:lang w:val="nl-NL"/>
              </w:rPr>
              <w:t xml:space="preserve"> Apple Kaarten</w:t>
            </w:r>
          </w:p>
        </w:tc>
        <w:tc>
          <w:tcPr>
            <w:tcW w:w="0" w:type="auto"/>
            <w:vAlign w:val="center"/>
            <w:hideMark/>
          </w:tcPr>
          <w:p w14:paraId="63642C5B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Snelle navigatie</w:t>
            </w:r>
          </w:p>
        </w:tc>
        <w:tc>
          <w:tcPr>
            <w:tcW w:w="0" w:type="auto"/>
            <w:vAlign w:val="center"/>
            <w:hideMark/>
          </w:tcPr>
          <w:p w14:paraId="150686FD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rFonts w:ascii="Segoe UI Emoji" w:hAnsi="Segoe UI Emoji" w:cs="Segoe UI Emoji"/>
                <w:lang w:val="nl-NL"/>
              </w:rPr>
              <w:t>✅</w:t>
            </w:r>
          </w:p>
        </w:tc>
      </w:tr>
      <w:tr w:rsidR="000A63D8" w:rsidRPr="000A63D8" w14:paraId="528FEC58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7B0AE7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rFonts w:ascii="Segoe UI Emoji" w:hAnsi="Segoe UI Emoji" w:cs="Segoe UI Emoji"/>
                <w:lang w:val="nl-NL"/>
              </w:rPr>
              <w:t>🚗</w:t>
            </w:r>
            <w:r w:rsidRPr="000A63D8">
              <w:rPr>
                <w:lang w:val="nl-NL"/>
              </w:rPr>
              <w:t xml:space="preserve"> </w:t>
            </w:r>
            <w:proofErr w:type="spellStart"/>
            <w:r w:rsidRPr="000A63D8">
              <w:rPr>
                <w:lang w:val="nl-NL"/>
              </w:rPr>
              <w:t>Waze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75E2E37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Verkeer en files</w:t>
            </w:r>
          </w:p>
        </w:tc>
        <w:tc>
          <w:tcPr>
            <w:tcW w:w="0" w:type="auto"/>
            <w:vAlign w:val="center"/>
            <w:hideMark/>
          </w:tcPr>
          <w:p w14:paraId="631FB5D7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rFonts w:ascii="Segoe UI Emoji" w:hAnsi="Segoe UI Emoji" w:cs="Segoe UI Emoji"/>
                <w:lang w:val="nl-NL"/>
              </w:rPr>
              <w:t>✅</w:t>
            </w:r>
          </w:p>
        </w:tc>
      </w:tr>
      <w:tr w:rsidR="000A63D8" w:rsidRPr="000A63D8" w14:paraId="33DC166F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6AD3BE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rFonts w:ascii="Segoe UI Emoji" w:hAnsi="Segoe UI Emoji" w:cs="Segoe UI Emoji"/>
                <w:lang w:val="nl-NL"/>
              </w:rPr>
              <w:t>🎵</w:t>
            </w:r>
            <w:r w:rsidRPr="000A63D8">
              <w:rPr>
                <w:lang w:val="nl-NL"/>
              </w:rPr>
              <w:t xml:space="preserve"> </w:t>
            </w:r>
            <w:proofErr w:type="spellStart"/>
            <w:r w:rsidRPr="000A63D8">
              <w:rPr>
                <w:lang w:val="nl-NL"/>
              </w:rPr>
              <w:t>Spotify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B4A0FD0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Muziek</w:t>
            </w:r>
          </w:p>
        </w:tc>
        <w:tc>
          <w:tcPr>
            <w:tcW w:w="0" w:type="auto"/>
            <w:vAlign w:val="center"/>
            <w:hideMark/>
          </w:tcPr>
          <w:p w14:paraId="634D9F10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rFonts w:ascii="Segoe UI Emoji" w:hAnsi="Segoe UI Emoji" w:cs="Segoe UI Emoji"/>
                <w:lang w:val="nl-NL"/>
              </w:rPr>
              <w:t>✅</w:t>
            </w:r>
          </w:p>
        </w:tc>
      </w:tr>
      <w:tr w:rsidR="000A63D8" w:rsidRPr="000A63D8" w14:paraId="2241C374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557033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rFonts w:ascii="Segoe UI Emoji" w:hAnsi="Segoe UI Emoji" w:cs="Segoe UI Emoji"/>
                <w:lang w:val="nl-NL"/>
              </w:rPr>
              <w:t>📞</w:t>
            </w:r>
            <w:r w:rsidRPr="000A63D8">
              <w:rPr>
                <w:lang w:val="nl-NL"/>
              </w:rPr>
              <w:t xml:space="preserve"> Telefoon</w:t>
            </w:r>
          </w:p>
        </w:tc>
        <w:tc>
          <w:tcPr>
            <w:tcW w:w="0" w:type="auto"/>
            <w:vAlign w:val="center"/>
            <w:hideMark/>
          </w:tcPr>
          <w:p w14:paraId="71BE2021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Handsfree bellen</w:t>
            </w:r>
          </w:p>
        </w:tc>
        <w:tc>
          <w:tcPr>
            <w:tcW w:w="0" w:type="auto"/>
            <w:vAlign w:val="center"/>
            <w:hideMark/>
          </w:tcPr>
          <w:p w14:paraId="25E37665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rFonts w:ascii="Segoe UI Emoji" w:hAnsi="Segoe UI Emoji" w:cs="Segoe UI Emoji"/>
                <w:lang w:val="nl-NL"/>
              </w:rPr>
              <w:t>✅</w:t>
            </w:r>
          </w:p>
        </w:tc>
      </w:tr>
      <w:tr w:rsidR="000A63D8" w:rsidRPr="000A63D8" w14:paraId="72815213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F40CE9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rFonts w:ascii="Segoe UI Emoji" w:hAnsi="Segoe UI Emoji" w:cs="Segoe UI Emoji"/>
                <w:lang w:val="nl-NL"/>
              </w:rPr>
              <w:t>💬</w:t>
            </w:r>
            <w:r w:rsidRPr="000A63D8">
              <w:rPr>
                <w:lang w:val="nl-NL"/>
              </w:rPr>
              <w:t xml:space="preserve"> Berichten</w:t>
            </w:r>
          </w:p>
        </w:tc>
        <w:tc>
          <w:tcPr>
            <w:tcW w:w="0" w:type="auto"/>
            <w:vAlign w:val="center"/>
            <w:hideMark/>
          </w:tcPr>
          <w:p w14:paraId="60A02354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 xml:space="preserve">SMS en </w:t>
            </w:r>
            <w:proofErr w:type="spellStart"/>
            <w:r w:rsidRPr="000A63D8">
              <w:rPr>
                <w:lang w:val="nl-NL"/>
              </w:rPr>
              <w:t>iMessage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A7841CD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rFonts w:ascii="Segoe UI Emoji" w:hAnsi="Segoe UI Emoji" w:cs="Segoe UI Emoji"/>
                <w:lang w:val="nl-NL"/>
              </w:rPr>
              <w:t>✅</w:t>
            </w:r>
          </w:p>
        </w:tc>
      </w:tr>
      <w:tr w:rsidR="000A63D8" w:rsidRPr="000A63D8" w14:paraId="1CEE3452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36A5CD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rFonts w:ascii="Segoe UI Symbol" w:hAnsi="Segoe UI Symbol" w:cs="Segoe UI Symbol"/>
                <w:lang w:val="nl-NL"/>
              </w:rPr>
              <w:t>🏕</w:t>
            </w:r>
            <w:r w:rsidRPr="000A63D8">
              <w:rPr>
                <w:lang w:val="nl-NL"/>
              </w:rPr>
              <w:t>️ Campercontact</w:t>
            </w:r>
          </w:p>
        </w:tc>
        <w:tc>
          <w:tcPr>
            <w:tcW w:w="0" w:type="auto"/>
            <w:vAlign w:val="center"/>
            <w:hideMark/>
          </w:tcPr>
          <w:p w14:paraId="59838FE6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Camperplaatsen</w:t>
            </w:r>
          </w:p>
        </w:tc>
        <w:tc>
          <w:tcPr>
            <w:tcW w:w="0" w:type="auto"/>
            <w:vAlign w:val="center"/>
            <w:hideMark/>
          </w:tcPr>
          <w:p w14:paraId="27345002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Beperkt*</w:t>
            </w:r>
          </w:p>
        </w:tc>
      </w:tr>
      <w:tr w:rsidR="000A63D8" w:rsidRPr="000A63D8" w14:paraId="028CD4E2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59EE39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rFonts w:ascii="Segoe UI Emoji" w:hAnsi="Segoe UI Emoji" w:cs="Segoe UI Emoji"/>
                <w:lang w:val="nl-NL"/>
              </w:rPr>
              <w:t>🌙</w:t>
            </w:r>
            <w:r w:rsidRPr="000A63D8">
              <w:rPr>
                <w:lang w:val="nl-NL"/>
              </w:rPr>
              <w:t xml:space="preserve"> park4night</w:t>
            </w:r>
          </w:p>
        </w:tc>
        <w:tc>
          <w:tcPr>
            <w:tcW w:w="0" w:type="auto"/>
            <w:vAlign w:val="center"/>
            <w:hideMark/>
          </w:tcPr>
          <w:p w14:paraId="0A150901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Camperplaatsen</w:t>
            </w:r>
          </w:p>
        </w:tc>
        <w:tc>
          <w:tcPr>
            <w:tcW w:w="0" w:type="auto"/>
            <w:vAlign w:val="center"/>
            <w:hideMark/>
          </w:tcPr>
          <w:p w14:paraId="64072E6C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Beperkt*</w:t>
            </w:r>
          </w:p>
        </w:tc>
      </w:tr>
      <w:tr w:rsidR="000A63D8" w:rsidRPr="000A63D8" w14:paraId="16471AC2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CF87F0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rFonts w:ascii="Segoe UI Symbol" w:hAnsi="Segoe UI Symbol" w:cs="Segoe UI Symbol"/>
                <w:lang w:val="nl-NL"/>
              </w:rPr>
              <w:t>🌦</w:t>
            </w:r>
            <w:r w:rsidRPr="000A63D8">
              <w:rPr>
                <w:lang w:val="nl-NL"/>
              </w:rPr>
              <w:t>️ Weer-app</w:t>
            </w:r>
          </w:p>
        </w:tc>
        <w:tc>
          <w:tcPr>
            <w:tcW w:w="0" w:type="auto"/>
            <w:vAlign w:val="center"/>
            <w:hideMark/>
          </w:tcPr>
          <w:p w14:paraId="079EF7FB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Weersverwachting</w:t>
            </w:r>
          </w:p>
        </w:tc>
        <w:tc>
          <w:tcPr>
            <w:tcW w:w="0" w:type="auto"/>
            <w:vAlign w:val="center"/>
            <w:hideMark/>
          </w:tcPr>
          <w:p w14:paraId="789C110D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Beperkt*</w:t>
            </w:r>
          </w:p>
        </w:tc>
      </w:tr>
      <w:tr w:rsidR="000A63D8" w:rsidRPr="000A63D8" w14:paraId="579C4E21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DA41D8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rFonts w:ascii="Segoe UI Emoji" w:hAnsi="Segoe UI Emoji" w:cs="Segoe UI Emoji"/>
                <w:lang w:val="nl-NL"/>
              </w:rPr>
              <w:t>📅</w:t>
            </w:r>
            <w:r w:rsidRPr="000A63D8">
              <w:rPr>
                <w:lang w:val="nl-NL"/>
              </w:rPr>
              <w:t xml:space="preserve"> Agenda</w:t>
            </w:r>
          </w:p>
        </w:tc>
        <w:tc>
          <w:tcPr>
            <w:tcW w:w="0" w:type="auto"/>
            <w:vAlign w:val="center"/>
            <w:hideMark/>
          </w:tcPr>
          <w:p w14:paraId="101CCC3F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Afspraken</w:t>
            </w:r>
          </w:p>
        </w:tc>
        <w:tc>
          <w:tcPr>
            <w:tcW w:w="0" w:type="auto"/>
            <w:vAlign w:val="center"/>
            <w:hideMark/>
          </w:tcPr>
          <w:p w14:paraId="3BD43905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rFonts w:ascii="Segoe UI Emoji" w:hAnsi="Segoe UI Emoji" w:cs="Segoe UI Emoji"/>
                <w:lang w:val="nl-NL"/>
              </w:rPr>
              <w:t>✅</w:t>
            </w:r>
          </w:p>
        </w:tc>
      </w:tr>
    </w:tbl>
    <w:p w14:paraId="790B718B" w14:textId="11E8F786" w:rsidR="000A63D8" w:rsidRDefault="000A63D8" w:rsidP="00A248D5">
      <w:pPr>
        <w:spacing w:after="0"/>
        <w:rPr>
          <w:lang w:val="nl-NL"/>
        </w:rPr>
      </w:pPr>
    </w:p>
    <w:p w14:paraId="470FD376" w14:textId="77777777" w:rsidR="000A63D8" w:rsidRPr="000A63D8" w:rsidRDefault="000A63D8" w:rsidP="005320C4">
      <w:pPr>
        <w:pStyle w:val="Kop1"/>
        <w:rPr>
          <w:lang w:val="nl-NL"/>
        </w:rPr>
      </w:pPr>
      <w:r w:rsidRPr="000A63D8">
        <w:rPr>
          <w:lang w:val="nl-NL"/>
        </w:rPr>
        <w:t xml:space="preserve">9.3 Google </w:t>
      </w:r>
      <w:proofErr w:type="spellStart"/>
      <w:r w:rsidRPr="000A63D8">
        <w:rPr>
          <w:lang w:val="nl-NL"/>
        </w:rPr>
        <w:t>Maps</w:t>
      </w:r>
      <w:proofErr w:type="spellEnd"/>
    </w:p>
    <w:p w14:paraId="07FC5F77" w14:textId="0F31E7CD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Voor mij is dit de belangrijkste app.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Waarom?</w:t>
      </w:r>
      <w:r w:rsidR="005320C4">
        <w:rPr>
          <w:lang w:val="nl-NL"/>
        </w:rPr>
        <w:t xml:space="preserve"> </w:t>
      </w:r>
      <w:proofErr w:type="gramStart"/>
      <w:r w:rsidRPr="000A63D8">
        <w:rPr>
          <w:lang w:val="nl-NL"/>
        </w:rPr>
        <w:t>Omdat</w:t>
      </w:r>
      <w:proofErr w:type="gramEnd"/>
      <w:r w:rsidRPr="000A63D8">
        <w:rPr>
          <w:lang w:val="nl-NL"/>
        </w:rPr>
        <w:t xml:space="preserve"> je vrijwel alles kunt vinden.</w:t>
      </w:r>
    </w:p>
    <w:p w14:paraId="4A794993" w14:textId="53F44DA1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Bijvoorbeeld: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campings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restaurants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bakkers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supermarkten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ziekenhuizen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garages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wasserettes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musea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Vrijwel alles staat erin.</w:t>
      </w:r>
    </w:p>
    <w:p w14:paraId="2A086D10" w14:textId="5E52FFEA" w:rsidR="000A63D8" w:rsidRPr="000A63D8" w:rsidRDefault="000A63D8" w:rsidP="00A248D5">
      <w:pPr>
        <w:spacing w:after="0"/>
        <w:rPr>
          <w:lang w:val="nl-NL"/>
        </w:rPr>
      </w:pPr>
    </w:p>
    <w:p w14:paraId="204CBE6E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Mijn favoriete functie</w:t>
      </w:r>
    </w:p>
    <w:p w14:paraId="1FC02A7F" w14:textId="09343D7A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zegt: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"Zoek een Lidl."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Klaar.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Of: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"Zoek een camping."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Binnen enkele seconden zie je de resultaten.</w:t>
      </w:r>
    </w:p>
    <w:p w14:paraId="2A2B1105" w14:textId="34271789" w:rsidR="000A63D8" w:rsidRPr="000A63D8" w:rsidRDefault="000A63D8" w:rsidP="00A248D5">
      <w:pPr>
        <w:spacing w:after="0"/>
        <w:rPr>
          <w:lang w:val="nl-NL"/>
        </w:rPr>
      </w:pPr>
    </w:p>
    <w:p w14:paraId="5138C036" w14:textId="77777777" w:rsidR="000A63D8" w:rsidRPr="000A63D8" w:rsidRDefault="000A63D8" w:rsidP="005320C4">
      <w:pPr>
        <w:pStyle w:val="Kop1"/>
        <w:rPr>
          <w:lang w:val="nl-NL"/>
        </w:rPr>
      </w:pPr>
      <w:r w:rsidRPr="000A63D8">
        <w:rPr>
          <w:lang w:val="nl-NL"/>
        </w:rPr>
        <w:lastRenderedPageBreak/>
        <w:t>9.4 Apple Kaarten</w:t>
      </w:r>
    </w:p>
    <w:p w14:paraId="7693BC44" w14:textId="262E84E8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Apple Kaarten is rustiger.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Minder informatie.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Grotere letters.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Heel overzichtelijk.</w:t>
      </w:r>
    </w:p>
    <w:p w14:paraId="0D5EC3FD" w14:textId="27D3150B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Ik gebruik Apple Kaarten vooral:</w:t>
      </w:r>
      <w:r w:rsidR="005320C4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korte ritten</w:t>
      </w:r>
      <w:r w:rsidR="005320C4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binnen Nederland</w:t>
      </w:r>
      <w:r w:rsidR="005320C4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eenvoudige bestemmingen</w:t>
      </w:r>
    </w:p>
    <w:p w14:paraId="75698642" w14:textId="77777777" w:rsidR="000A63D8" w:rsidRPr="000A63D8" w:rsidRDefault="000A63D8" w:rsidP="005320C4">
      <w:pPr>
        <w:pStyle w:val="Kop1"/>
        <w:rPr>
          <w:lang w:val="nl-NL"/>
        </w:rPr>
      </w:pPr>
      <w:r w:rsidRPr="000A63D8">
        <w:rPr>
          <w:lang w:val="nl-NL"/>
        </w:rPr>
        <w:t xml:space="preserve">9.5 </w:t>
      </w:r>
      <w:proofErr w:type="spellStart"/>
      <w:r w:rsidRPr="000A63D8">
        <w:rPr>
          <w:lang w:val="nl-NL"/>
        </w:rPr>
        <w:t>Waze</w:t>
      </w:r>
      <w:proofErr w:type="spellEnd"/>
    </w:p>
    <w:p w14:paraId="556109FA" w14:textId="5A355394" w:rsidR="000A63D8" w:rsidRPr="000A63D8" w:rsidRDefault="000A63D8" w:rsidP="00A248D5">
      <w:pPr>
        <w:spacing w:after="0"/>
        <w:rPr>
          <w:lang w:val="nl-NL"/>
        </w:rPr>
      </w:pPr>
      <w:proofErr w:type="spellStart"/>
      <w:r w:rsidRPr="000A63D8">
        <w:rPr>
          <w:lang w:val="nl-NL"/>
        </w:rPr>
        <w:t>Waze</w:t>
      </w:r>
      <w:proofErr w:type="spellEnd"/>
      <w:r w:rsidRPr="000A63D8">
        <w:rPr>
          <w:lang w:val="nl-NL"/>
        </w:rPr>
        <w:t xml:space="preserve"> is gemaakt door automobilisten.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Het bijzondere: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Gebruikers melden onderweg:</w:t>
      </w:r>
    </w:p>
    <w:p w14:paraId="06C8A446" w14:textId="77777777" w:rsidR="000A63D8" w:rsidRPr="000A63D8" w:rsidRDefault="000A63D8" w:rsidP="00A248D5">
      <w:pPr>
        <w:numPr>
          <w:ilvl w:val="0"/>
          <w:numId w:val="73"/>
        </w:numPr>
        <w:spacing w:after="0"/>
        <w:rPr>
          <w:lang w:val="nl-NL"/>
        </w:rPr>
      </w:pPr>
      <w:proofErr w:type="gramStart"/>
      <w:r w:rsidRPr="000A63D8">
        <w:rPr>
          <w:lang w:val="nl-NL"/>
        </w:rPr>
        <w:t>file</w:t>
      </w:r>
      <w:proofErr w:type="gramEnd"/>
    </w:p>
    <w:p w14:paraId="5A52CCD9" w14:textId="77777777" w:rsidR="000A63D8" w:rsidRPr="000A63D8" w:rsidRDefault="000A63D8" w:rsidP="00A248D5">
      <w:pPr>
        <w:numPr>
          <w:ilvl w:val="0"/>
          <w:numId w:val="73"/>
        </w:numPr>
        <w:spacing w:after="0"/>
        <w:rPr>
          <w:lang w:val="nl-NL"/>
        </w:rPr>
      </w:pPr>
      <w:proofErr w:type="gramStart"/>
      <w:r w:rsidRPr="000A63D8">
        <w:rPr>
          <w:lang w:val="nl-NL"/>
        </w:rPr>
        <w:t>ongeluk</w:t>
      </w:r>
      <w:proofErr w:type="gramEnd"/>
    </w:p>
    <w:p w14:paraId="35897C3F" w14:textId="77777777" w:rsidR="000A63D8" w:rsidRPr="000A63D8" w:rsidRDefault="000A63D8" w:rsidP="00A248D5">
      <w:pPr>
        <w:numPr>
          <w:ilvl w:val="0"/>
          <w:numId w:val="73"/>
        </w:numPr>
        <w:spacing w:after="0"/>
        <w:rPr>
          <w:lang w:val="nl-NL"/>
        </w:rPr>
      </w:pPr>
      <w:proofErr w:type="gramStart"/>
      <w:r w:rsidRPr="000A63D8">
        <w:rPr>
          <w:lang w:val="nl-NL"/>
        </w:rPr>
        <w:t>stilstaande</w:t>
      </w:r>
      <w:proofErr w:type="gramEnd"/>
      <w:r w:rsidRPr="000A63D8">
        <w:rPr>
          <w:lang w:val="nl-NL"/>
        </w:rPr>
        <w:t xml:space="preserve"> auto</w:t>
      </w:r>
    </w:p>
    <w:p w14:paraId="76704770" w14:textId="77777777" w:rsidR="000A63D8" w:rsidRPr="000A63D8" w:rsidRDefault="000A63D8" w:rsidP="00A248D5">
      <w:pPr>
        <w:numPr>
          <w:ilvl w:val="0"/>
          <w:numId w:val="73"/>
        </w:numPr>
        <w:spacing w:after="0"/>
        <w:rPr>
          <w:lang w:val="nl-NL"/>
        </w:rPr>
      </w:pPr>
      <w:proofErr w:type="gramStart"/>
      <w:r w:rsidRPr="000A63D8">
        <w:rPr>
          <w:lang w:val="nl-NL"/>
        </w:rPr>
        <w:t>wegwerkzaamheden</w:t>
      </w:r>
      <w:proofErr w:type="gramEnd"/>
    </w:p>
    <w:p w14:paraId="4C7189A0" w14:textId="77777777" w:rsidR="000A63D8" w:rsidRPr="000A63D8" w:rsidRDefault="000A63D8" w:rsidP="00A248D5">
      <w:pPr>
        <w:numPr>
          <w:ilvl w:val="0"/>
          <w:numId w:val="73"/>
        </w:numPr>
        <w:spacing w:after="0"/>
        <w:rPr>
          <w:lang w:val="nl-NL"/>
        </w:rPr>
      </w:pPr>
      <w:proofErr w:type="gramStart"/>
      <w:r w:rsidRPr="000A63D8">
        <w:rPr>
          <w:lang w:val="nl-NL"/>
        </w:rPr>
        <w:t>gevaar</w:t>
      </w:r>
      <w:proofErr w:type="gramEnd"/>
      <w:r w:rsidRPr="000A63D8">
        <w:rPr>
          <w:lang w:val="nl-NL"/>
        </w:rPr>
        <w:t xml:space="preserve"> op de weg</w:t>
      </w:r>
    </w:p>
    <w:p w14:paraId="3AB9955E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Daardoor ben je vaak eerder gewaarschuwd dan met andere navigatie-apps.</w:t>
      </w:r>
    </w:p>
    <w:p w14:paraId="3D91270E" w14:textId="77777777" w:rsidR="000A63D8" w:rsidRPr="000A63D8" w:rsidRDefault="000A63D8" w:rsidP="005320C4">
      <w:pPr>
        <w:pStyle w:val="Kop1"/>
        <w:rPr>
          <w:lang w:val="nl-NL"/>
        </w:rPr>
      </w:pPr>
      <w:r w:rsidRPr="000A63D8">
        <w:rPr>
          <w:lang w:val="nl-NL"/>
        </w:rPr>
        <w:t>9.6 Campercontact</w:t>
      </w:r>
    </w:p>
    <w:p w14:paraId="049426C5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Een van de populairste camperapps in Europa.</w:t>
      </w:r>
    </w:p>
    <w:p w14:paraId="6255C388" w14:textId="4D74CF8F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vindt:</w:t>
      </w:r>
      <w:r w:rsidR="005320C4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camperplaatsen</w:t>
      </w:r>
      <w:r w:rsidR="005320C4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voorzieningen</w:t>
      </w:r>
      <w:r w:rsidR="005320C4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foto's</w:t>
      </w:r>
      <w:r w:rsidR="005320C4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beoordelingen</w:t>
      </w:r>
      <w:r w:rsidR="005320C4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prijzen</w:t>
      </w:r>
      <w:r w:rsidR="005320C4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✔</w:t>
      </w:r>
      <w:r w:rsidRPr="000A63D8">
        <w:rPr>
          <w:lang w:val="nl-NL"/>
        </w:rPr>
        <w:t xml:space="preserve"> </w:t>
      </w:r>
      <w:r w:rsidR="005320C4">
        <w:rPr>
          <w:lang w:val="nl-NL"/>
        </w:rPr>
        <w:t>o</w:t>
      </w:r>
      <w:r w:rsidRPr="000A63D8">
        <w:rPr>
          <w:lang w:val="nl-NL"/>
        </w:rPr>
        <w:t>peningstijden</w:t>
      </w:r>
    </w:p>
    <w:p w14:paraId="0F3B34B7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Mijn advies:</w:t>
      </w:r>
      <w:r w:rsidRPr="000A63D8">
        <w:rPr>
          <w:lang w:val="nl-NL"/>
        </w:rPr>
        <w:t xml:space="preserve"> gebruik Campercontact terwijl je nog op de camping staat of tijdens een pauze. Stuur daarna de gekozen locatie naar Google </w:t>
      </w:r>
      <w:proofErr w:type="spellStart"/>
      <w:r w:rsidRPr="000A63D8">
        <w:rPr>
          <w:lang w:val="nl-NL"/>
        </w:rPr>
        <w:t>Maps</w:t>
      </w:r>
      <w:proofErr w:type="spellEnd"/>
      <w:r w:rsidRPr="000A63D8">
        <w:rPr>
          <w:lang w:val="nl-NL"/>
        </w:rPr>
        <w:t xml:space="preserve"> of Apple Kaarten voor de route.</w:t>
      </w:r>
    </w:p>
    <w:p w14:paraId="6635A90B" w14:textId="77777777" w:rsidR="000A63D8" w:rsidRPr="000A63D8" w:rsidRDefault="000A63D8" w:rsidP="005320C4">
      <w:pPr>
        <w:pStyle w:val="Kop1"/>
        <w:rPr>
          <w:lang w:val="nl-NL"/>
        </w:rPr>
      </w:pPr>
      <w:r w:rsidRPr="000A63D8">
        <w:rPr>
          <w:lang w:val="nl-NL"/>
        </w:rPr>
        <w:t>9.7 park4night</w:t>
      </w:r>
    </w:p>
    <w:p w14:paraId="33A2EC2E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Deze app is ideaal voor bijzondere overnachtingsplekken.</w:t>
      </w:r>
    </w:p>
    <w:p w14:paraId="19C8E75D" w14:textId="2F4A5A8C" w:rsidR="000A63D8" w:rsidRPr="000A63D8" w:rsidRDefault="000A63D8" w:rsidP="005320C4">
      <w:p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Je vindt bijvoorbeeld: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kleine camperplaatsen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parkeerplaatsen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natuurcampings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uitzichtpunten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rustige plekken</w:t>
      </w:r>
    </w:p>
    <w:p w14:paraId="4B608798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De beoordelingen van andere camperaars zijn vaak erg waardevol.</w:t>
      </w:r>
    </w:p>
    <w:p w14:paraId="6A2DE635" w14:textId="77777777" w:rsidR="000A63D8" w:rsidRPr="000A63D8" w:rsidRDefault="000A63D8" w:rsidP="005320C4">
      <w:pPr>
        <w:pStyle w:val="Kop1"/>
        <w:rPr>
          <w:lang w:val="nl-NL"/>
        </w:rPr>
      </w:pPr>
      <w:r w:rsidRPr="000A63D8">
        <w:rPr>
          <w:lang w:val="nl-NL"/>
        </w:rPr>
        <w:t>9.8 Weer-app</w:t>
      </w:r>
    </w:p>
    <w:p w14:paraId="20B70BC4" w14:textId="406AB5BB" w:rsidR="000A63D8" w:rsidRPr="000A63D8" w:rsidRDefault="000A63D8" w:rsidP="005320C4">
      <w:p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Voor camperreizen is het weer belangrijk.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Controleer elke ochtend: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temperatuur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regen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wind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onweer</w:t>
      </w:r>
      <w:r w:rsidR="005320C4">
        <w:rPr>
          <w:lang w:val="nl-NL"/>
        </w:rPr>
        <w:t xml:space="preserve"> </w:t>
      </w:r>
      <w:r w:rsidRPr="000A63D8">
        <w:rPr>
          <w:lang w:val="nl-NL"/>
        </w:rPr>
        <w:t>Zo kun je besluiten eerder te vertrekken of juist langer te blijven.</w:t>
      </w:r>
    </w:p>
    <w:p w14:paraId="4167C112" w14:textId="77777777" w:rsidR="000A63D8" w:rsidRPr="000A63D8" w:rsidRDefault="000A63D8" w:rsidP="005320C4">
      <w:pPr>
        <w:pStyle w:val="Kop1"/>
        <w:rPr>
          <w:lang w:val="nl-NL"/>
        </w:rPr>
      </w:pPr>
      <w:r w:rsidRPr="000A63D8">
        <w:rPr>
          <w:lang w:val="nl-NL"/>
        </w:rPr>
        <w:lastRenderedPageBreak/>
        <w:t xml:space="preserve">9.9 </w:t>
      </w:r>
      <w:proofErr w:type="spellStart"/>
      <w:r w:rsidRPr="000A63D8">
        <w:rPr>
          <w:lang w:val="nl-NL"/>
        </w:rPr>
        <w:t>Spotify</w:t>
      </w:r>
      <w:proofErr w:type="spellEnd"/>
    </w:p>
    <w:p w14:paraId="4466AA47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Maak vóór vertrek een paar afspeellijsten.</w:t>
      </w:r>
    </w:p>
    <w:p w14:paraId="62DD1C70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Download ze zodat je onderweg geen internet nodig hebt.</w:t>
      </w:r>
    </w:p>
    <w:p w14:paraId="200936BF" w14:textId="77777777" w:rsidR="000A63D8" w:rsidRPr="000A63D8" w:rsidRDefault="000A63D8" w:rsidP="005320C4">
      <w:pPr>
        <w:pStyle w:val="Kop1"/>
        <w:rPr>
          <w:lang w:val="nl-NL"/>
        </w:rPr>
      </w:pPr>
      <w:r w:rsidRPr="000A63D8">
        <w:rPr>
          <w:lang w:val="nl-NL"/>
        </w:rPr>
        <w:t>9.10 Podcasts</w:t>
      </w:r>
    </w:p>
    <w:p w14:paraId="44867169" w14:textId="2BBCD4BF" w:rsidR="000A63D8" w:rsidRPr="000A63D8" w:rsidRDefault="000A63D8" w:rsidP="004B462B">
      <w:pPr>
        <w:spacing w:after="0"/>
        <w:rPr>
          <w:lang w:val="nl-NL"/>
        </w:rPr>
      </w:pPr>
      <w:r w:rsidRPr="000A63D8">
        <w:rPr>
          <w:lang w:val="nl-NL"/>
        </w:rPr>
        <w:t>Een aanrader voor lange reisdagen.</w:t>
      </w:r>
      <w:r w:rsidR="004B462B">
        <w:rPr>
          <w:lang w:val="nl-NL"/>
        </w:rPr>
        <w:t xml:space="preserve"> </w:t>
      </w:r>
      <w:r w:rsidRPr="000A63D8">
        <w:rPr>
          <w:lang w:val="nl-NL"/>
        </w:rPr>
        <w:t>Bijvoorbeeld:</w:t>
      </w:r>
      <w:r w:rsidR="004B462B">
        <w:rPr>
          <w:lang w:val="nl-NL"/>
        </w:rPr>
        <w:t xml:space="preserve"> </w:t>
      </w:r>
      <w:proofErr w:type="gramStart"/>
      <w:r w:rsidRPr="000A63D8">
        <w:rPr>
          <w:lang w:val="nl-NL"/>
        </w:rPr>
        <w:t>geschiedenis</w:t>
      </w:r>
      <w:r w:rsidR="004B462B">
        <w:rPr>
          <w:lang w:val="nl-NL"/>
        </w:rPr>
        <w:t xml:space="preserve"> </w:t>
      </w:r>
      <w:r w:rsidRPr="000A63D8">
        <w:rPr>
          <w:lang w:val="nl-NL"/>
        </w:rPr>
        <w:t>wetenschap</w:t>
      </w:r>
      <w:proofErr w:type="gramEnd"/>
      <w:r w:rsidR="004B462B">
        <w:rPr>
          <w:lang w:val="nl-NL"/>
        </w:rPr>
        <w:t xml:space="preserve"> </w:t>
      </w:r>
      <w:r w:rsidRPr="000A63D8">
        <w:rPr>
          <w:lang w:val="nl-NL"/>
        </w:rPr>
        <w:t>reizen</w:t>
      </w:r>
      <w:r w:rsidR="004B462B">
        <w:rPr>
          <w:lang w:val="nl-NL"/>
        </w:rPr>
        <w:t xml:space="preserve"> </w:t>
      </w:r>
      <w:r w:rsidRPr="000A63D8">
        <w:rPr>
          <w:lang w:val="nl-NL"/>
        </w:rPr>
        <w:t>interviews</w:t>
      </w:r>
    </w:p>
    <w:p w14:paraId="74B9A275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Na een paar uur afwisseling met muziek voelt de rit vaak minder lang.</w:t>
      </w:r>
    </w:p>
    <w:p w14:paraId="0B00AB94" w14:textId="77777777" w:rsidR="000A63D8" w:rsidRPr="000A63D8" w:rsidRDefault="000A63D8" w:rsidP="004B462B">
      <w:pPr>
        <w:pStyle w:val="Kop1"/>
        <w:rPr>
          <w:lang w:val="nl-NL"/>
        </w:rPr>
      </w:pPr>
      <w:r w:rsidRPr="000A63D8">
        <w:rPr>
          <w:lang w:val="nl-NL"/>
        </w:rPr>
        <w:t>9.11 Agenda</w:t>
      </w:r>
    </w:p>
    <w:p w14:paraId="0F699F52" w14:textId="50CA3516" w:rsidR="000A63D8" w:rsidRPr="000A63D8" w:rsidRDefault="000A63D8" w:rsidP="004B462B">
      <w:p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Zet belangrijke afspraken erin.</w:t>
      </w:r>
      <w:r w:rsidR="004B462B">
        <w:rPr>
          <w:lang w:val="nl-NL"/>
        </w:rPr>
        <w:t xml:space="preserve"> </w:t>
      </w:r>
      <w:r w:rsidRPr="000A63D8">
        <w:rPr>
          <w:lang w:val="nl-NL"/>
        </w:rPr>
        <w:t>Bijvoorbeeld:</w:t>
      </w:r>
      <w:r w:rsidR="004B462B">
        <w:rPr>
          <w:lang w:val="nl-NL"/>
        </w:rPr>
        <w:t xml:space="preserve"> </w:t>
      </w:r>
      <w:r w:rsidRPr="000A63D8">
        <w:rPr>
          <w:lang w:val="nl-NL"/>
        </w:rPr>
        <w:t>campingreservering</w:t>
      </w:r>
      <w:r w:rsidR="004B462B">
        <w:rPr>
          <w:lang w:val="nl-NL"/>
        </w:rPr>
        <w:t xml:space="preserve"> </w:t>
      </w:r>
      <w:r w:rsidRPr="000A63D8">
        <w:rPr>
          <w:lang w:val="nl-NL"/>
        </w:rPr>
        <w:t>museumbezoek</w:t>
      </w:r>
      <w:r w:rsidR="004B462B">
        <w:rPr>
          <w:lang w:val="nl-NL"/>
        </w:rPr>
        <w:t xml:space="preserve"> </w:t>
      </w:r>
      <w:r w:rsidRPr="000A63D8">
        <w:rPr>
          <w:lang w:val="nl-NL"/>
        </w:rPr>
        <w:t>veerboot</w:t>
      </w:r>
      <w:r w:rsidR="004B462B">
        <w:rPr>
          <w:lang w:val="nl-NL"/>
        </w:rPr>
        <w:t xml:space="preserve"> </w:t>
      </w:r>
      <w:r w:rsidRPr="000A63D8">
        <w:rPr>
          <w:lang w:val="nl-NL"/>
        </w:rPr>
        <w:t>onderhoud van de camper</w:t>
      </w:r>
      <w:r w:rsidR="004B462B">
        <w:rPr>
          <w:lang w:val="nl-NL"/>
        </w:rPr>
        <w:t xml:space="preserve"> </w:t>
      </w:r>
      <w:r w:rsidRPr="000A63D8">
        <w:rPr>
          <w:lang w:val="nl-NL"/>
        </w:rPr>
        <w:t>Je kunt dan vanuit de agenda direct naar het adres navigeren.</w:t>
      </w:r>
    </w:p>
    <w:p w14:paraId="603D2907" w14:textId="77777777" w:rsidR="000A63D8" w:rsidRPr="000A63D8" w:rsidRDefault="000A63D8" w:rsidP="004B462B">
      <w:pPr>
        <w:pStyle w:val="Kop1"/>
        <w:rPr>
          <w:lang w:val="nl-NL"/>
        </w:rPr>
      </w:pPr>
      <w:r w:rsidRPr="000A63D8">
        <w:rPr>
          <w:lang w:val="nl-NL"/>
        </w:rPr>
        <w:t>9.12 Kaarten downloaden</w:t>
      </w:r>
    </w:p>
    <w:p w14:paraId="255BC8D6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Voor iedere vakantie download ik vooraf de kaarten van de landen waar ik naartoe ga.</w:t>
      </w:r>
    </w:p>
    <w:p w14:paraId="2FC48335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Dan kun je ook zonder mobiel bereik blijven navigeren.</w:t>
      </w:r>
    </w:p>
    <w:p w14:paraId="28F74650" w14:textId="77777777" w:rsidR="000A63D8" w:rsidRPr="000A63D8" w:rsidRDefault="000A63D8" w:rsidP="004B462B">
      <w:pPr>
        <w:pStyle w:val="Kop1"/>
        <w:rPr>
          <w:lang w:val="nl-NL"/>
        </w:rPr>
      </w:pPr>
      <w:r w:rsidRPr="000A63D8">
        <w:rPr>
          <w:lang w:val="nl-NL"/>
        </w:rPr>
        <w:t xml:space="preserve">9.15 Mijn ideale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>-scherm</w:t>
      </w:r>
    </w:p>
    <w:p w14:paraId="315128BB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Ik zou de apps als volgt ordenen:</w:t>
      </w:r>
    </w:p>
    <w:p w14:paraId="11945438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Symbol" w:hAnsi="Segoe UI Symbol" w:cs="Segoe UI Symbol"/>
          <w:lang w:val="nl-NL"/>
        </w:rPr>
        <w:t>🗺</w:t>
      </w:r>
      <w:r w:rsidRPr="000A63D8">
        <w:rPr>
          <w:lang w:val="nl-NL"/>
        </w:rPr>
        <w:t xml:space="preserve">️ Google </w:t>
      </w:r>
      <w:proofErr w:type="spellStart"/>
      <w:r w:rsidRPr="000A63D8">
        <w:rPr>
          <w:lang w:val="nl-NL"/>
        </w:rPr>
        <w:t>Maps</w:t>
      </w:r>
      <w:proofErr w:type="spellEnd"/>
    </w:p>
    <w:p w14:paraId="10E73FE0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📞</w:t>
      </w:r>
      <w:r w:rsidRPr="000A63D8">
        <w:rPr>
          <w:lang w:val="nl-NL"/>
        </w:rPr>
        <w:t xml:space="preserve"> Telefoon</w:t>
      </w:r>
    </w:p>
    <w:p w14:paraId="5A02350A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🎵</w:t>
      </w:r>
      <w:r w:rsidRPr="000A63D8">
        <w:rPr>
          <w:lang w:val="nl-NL"/>
        </w:rPr>
        <w:t xml:space="preserve"> </w:t>
      </w:r>
      <w:proofErr w:type="spellStart"/>
      <w:r w:rsidRPr="000A63D8">
        <w:rPr>
          <w:lang w:val="nl-NL"/>
        </w:rPr>
        <w:t>Spotify</w:t>
      </w:r>
      <w:proofErr w:type="spellEnd"/>
    </w:p>
    <w:p w14:paraId="6BC91EB3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💬</w:t>
      </w:r>
      <w:r w:rsidRPr="000A63D8">
        <w:rPr>
          <w:lang w:val="nl-NL"/>
        </w:rPr>
        <w:t xml:space="preserve"> Berichten</w:t>
      </w:r>
    </w:p>
    <w:p w14:paraId="5DF11525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📅</w:t>
      </w:r>
      <w:r w:rsidRPr="000A63D8">
        <w:rPr>
          <w:lang w:val="nl-NL"/>
        </w:rPr>
        <w:t xml:space="preserve"> Agenda</w:t>
      </w:r>
    </w:p>
    <w:p w14:paraId="17A851A6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🍏</w:t>
      </w:r>
      <w:r w:rsidRPr="000A63D8">
        <w:rPr>
          <w:lang w:val="nl-NL"/>
        </w:rPr>
        <w:t xml:space="preserve"> Apple Kaarten</w:t>
      </w:r>
    </w:p>
    <w:p w14:paraId="510530EC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🚗</w:t>
      </w:r>
      <w:r w:rsidRPr="000A63D8">
        <w:rPr>
          <w:lang w:val="nl-NL"/>
        </w:rPr>
        <w:t xml:space="preserve"> </w:t>
      </w:r>
      <w:proofErr w:type="spellStart"/>
      <w:r w:rsidRPr="000A63D8">
        <w:rPr>
          <w:lang w:val="nl-NL"/>
        </w:rPr>
        <w:t>Waze</w:t>
      </w:r>
      <w:proofErr w:type="spellEnd"/>
    </w:p>
    <w:p w14:paraId="6802852A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Symbol" w:hAnsi="Segoe UI Symbol" w:cs="Segoe UI Symbol"/>
          <w:lang w:val="nl-NL"/>
        </w:rPr>
        <w:t>⚙</w:t>
      </w:r>
      <w:r w:rsidRPr="000A63D8">
        <w:rPr>
          <w:lang w:val="nl-NL"/>
        </w:rPr>
        <w:t>️ Instellingen</w:t>
      </w:r>
    </w:p>
    <w:p w14:paraId="43BB8229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Zo staan de apps die je het vaakst gebruikt direct bovenaan.</w:t>
      </w:r>
    </w:p>
    <w:p w14:paraId="0B7D39F0" w14:textId="67BC00BB" w:rsidR="000A63D8" w:rsidRPr="000A63D8" w:rsidRDefault="000A63D8" w:rsidP="00A248D5">
      <w:pPr>
        <w:spacing w:after="0"/>
        <w:rPr>
          <w:lang w:val="nl-NL"/>
        </w:rPr>
      </w:pPr>
    </w:p>
    <w:p w14:paraId="5E2453E6" w14:textId="77777777" w:rsidR="000A63D8" w:rsidRPr="000A63D8" w:rsidRDefault="000A63D8" w:rsidP="004B462B">
      <w:pPr>
        <w:pStyle w:val="Kop1"/>
        <w:rPr>
          <w:lang w:val="nl-NL"/>
        </w:rPr>
      </w:pPr>
      <w:r w:rsidRPr="000A63D8">
        <w:rPr>
          <w:lang w:val="nl-NL"/>
        </w:rPr>
        <w:t>9.16 Apps die ik liever niet tijdens het rijden gebruik</w:t>
      </w:r>
    </w:p>
    <w:p w14:paraId="041E5515" w14:textId="64C8C084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Emoji" w:hAnsi="Segoe UI Emoji" w:cs="Segoe UI Emoji"/>
          <w:lang w:val="nl-NL"/>
        </w:rPr>
        <w:t>❌</w:t>
      </w:r>
      <w:r w:rsidRPr="000A63D8">
        <w:rPr>
          <w:lang w:val="nl-NL"/>
        </w:rPr>
        <w:t xml:space="preserve"> Mail</w:t>
      </w:r>
      <w:r w:rsidR="004B462B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❌</w:t>
      </w:r>
      <w:r w:rsidRPr="000A63D8">
        <w:rPr>
          <w:lang w:val="nl-NL"/>
        </w:rPr>
        <w:t xml:space="preserve"> Internetbrowser</w:t>
      </w:r>
      <w:r w:rsidR="004B462B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❌</w:t>
      </w:r>
      <w:r w:rsidRPr="000A63D8">
        <w:rPr>
          <w:lang w:val="nl-NL"/>
        </w:rPr>
        <w:t xml:space="preserve"> Sociale media</w:t>
      </w:r>
      <w:r w:rsidR="004B462B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❌</w:t>
      </w:r>
      <w:r w:rsidRPr="000A63D8">
        <w:rPr>
          <w:lang w:val="nl-NL"/>
        </w:rPr>
        <w:t xml:space="preserve"> Foto</w:t>
      </w:r>
      <w:r w:rsidR="004B462B">
        <w:rPr>
          <w:lang w:val="nl-NL"/>
        </w:rPr>
        <w:t>’</w:t>
      </w:r>
      <w:r w:rsidRPr="000A63D8">
        <w:rPr>
          <w:lang w:val="nl-NL"/>
        </w:rPr>
        <w:t>s bekijken</w:t>
      </w:r>
      <w:r w:rsidR="004B462B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❌</w:t>
      </w:r>
      <w:r w:rsidRPr="000A63D8">
        <w:rPr>
          <w:lang w:val="nl-NL"/>
        </w:rPr>
        <w:t xml:space="preserve"> YouTube</w:t>
      </w:r>
    </w:p>
    <w:p w14:paraId="1AB2A79A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lastRenderedPageBreak/>
        <w:t>Niet omdat ze slecht zijn, maar omdat ze afleiden. Bewaar die voor als je op de camping bent.</w:t>
      </w:r>
    </w:p>
    <w:p w14:paraId="52D46F6C" w14:textId="048E6E16" w:rsidR="000A63D8" w:rsidRPr="000A63D8" w:rsidRDefault="000A63D8" w:rsidP="00A248D5">
      <w:pPr>
        <w:spacing w:after="0"/>
        <w:rPr>
          <w:lang w:val="nl-NL"/>
        </w:rPr>
      </w:pPr>
    </w:p>
    <w:p w14:paraId="3AC37014" w14:textId="77777777" w:rsidR="000A63D8" w:rsidRPr="000A63D8" w:rsidRDefault="000A63D8" w:rsidP="004B462B">
      <w:pPr>
        <w:pStyle w:val="Kop1"/>
        <w:rPr>
          <w:lang w:val="nl-NL"/>
        </w:rPr>
      </w:pPr>
      <w:r w:rsidRPr="000A63D8">
        <w:rPr>
          <w:lang w:val="nl-NL"/>
        </w:rPr>
        <w:t>Praktijkoefeningen</w:t>
      </w:r>
    </w:p>
    <w:p w14:paraId="48CF4F99" w14:textId="3E36650C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Oefening 1</w:t>
      </w:r>
      <w:r w:rsidR="004B462B">
        <w:rPr>
          <w:b/>
          <w:bCs/>
          <w:lang w:val="nl-NL"/>
        </w:rPr>
        <w:t xml:space="preserve"> </w:t>
      </w:r>
      <w:r w:rsidR="004B462B" w:rsidRPr="004B462B">
        <w:rPr>
          <w:b/>
          <w:bCs/>
          <w:lang w:val="nl-NL"/>
        </w:rPr>
        <w:sym w:font="Wingdings" w:char="F0E0"/>
      </w:r>
      <w:r w:rsidR="004B462B">
        <w:rPr>
          <w:b/>
          <w:bCs/>
          <w:lang w:val="nl-NL"/>
        </w:rPr>
        <w:t xml:space="preserve"> </w:t>
      </w:r>
      <w:r w:rsidRPr="000A63D8">
        <w:rPr>
          <w:lang w:val="nl-NL"/>
        </w:rPr>
        <w:t xml:space="preserve">Controleer welke apps nu in jouw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>-scherm zichtbaar zijn.</w:t>
      </w:r>
    </w:p>
    <w:p w14:paraId="533CD24E" w14:textId="2BCE9978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Oefening 2</w:t>
      </w:r>
      <w:r w:rsidR="004B462B">
        <w:rPr>
          <w:b/>
          <w:bCs/>
          <w:lang w:val="nl-NL"/>
        </w:rPr>
        <w:t xml:space="preserve"> </w:t>
      </w:r>
      <w:r w:rsidR="004B462B" w:rsidRPr="004B462B">
        <w:rPr>
          <w:b/>
          <w:bCs/>
          <w:lang w:val="nl-NL"/>
        </w:rPr>
        <w:sym w:font="Wingdings" w:char="F0E0"/>
      </w:r>
      <w:r w:rsidR="004B462B">
        <w:rPr>
          <w:b/>
          <w:bCs/>
          <w:lang w:val="nl-NL"/>
        </w:rPr>
        <w:t xml:space="preserve"> </w:t>
      </w:r>
      <w:r w:rsidRPr="000A63D8">
        <w:rPr>
          <w:lang w:val="nl-NL"/>
        </w:rPr>
        <w:t xml:space="preserve">Open Google </w:t>
      </w:r>
      <w:proofErr w:type="spellStart"/>
      <w:r w:rsidRPr="000A63D8">
        <w:rPr>
          <w:lang w:val="nl-NL"/>
        </w:rPr>
        <w:t>Maps</w:t>
      </w:r>
      <w:proofErr w:type="spellEnd"/>
      <w:r w:rsidRPr="000A63D8">
        <w:rPr>
          <w:lang w:val="nl-NL"/>
        </w:rPr>
        <w:t>.</w:t>
      </w:r>
      <w:r w:rsidR="004B462B">
        <w:rPr>
          <w:lang w:val="nl-NL"/>
        </w:rPr>
        <w:t xml:space="preserve"> </w:t>
      </w:r>
      <w:r w:rsidRPr="000A63D8">
        <w:rPr>
          <w:lang w:val="nl-NL"/>
        </w:rPr>
        <w:t>Zoek:</w:t>
      </w:r>
      <w:r w:rsidR="004B462B">
        <w:rPr>
          <w:lang w:val="nl-NL"/>
        </w:rPr>
        <w:t xml:space="preserve"> </w:t>
      </w:r>
      <w:r w:rsidRPr="000A63D8">
        <w:rPr>
          <w:lang w:val="nl-NL"/>
        </w:rPr>
        <w:t>"Lidl"</w:t>
      </w:r>
    </w:p>
    <w:p w14:paraId="027E2DB8" w14:textId="62873051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Oefening 3</w:t>
      </w:r>
      <w:r w:rsidR="004B462B">
        <w:rPr>
          <w:b/>
          <w:bCs/>
          <w:lang w:val="nl-NL"/>
        </w:rPr>
        <w:t xml:space="preserve"> </w:t>
      </w:r>
      <w:r w:rsidR="004B462B" w:rsidRPr="004B462B">
        <w:rPr>
          <w:b/>
          <w:bCs/>
          <w:lang w:val="nl-NL"/>
        </w:rPr>
        <w:sym w:font="Wingdings" w:char="F0E0"/>
      </w:r>
      <w:r w:rsidR="004B462B">
        <w:rPr>
          <w:b/>
          <w:bCs/>
          <w:lang w:val="nl-NL"/>
        </w:rPr>
        <w:t xml:space="preserve"> </w:t>
      </w:r>
      <w:r w:rsidRPr="000A63D8">
        <w:rPr>
          <w:lang w:val="nl-NL"/>
        </w:rPr>
        <w:t xml:space="preserve">Open </w:t>
      </w:r>
      <w:proofErr w:type="spellStart"/>
      <w:r w:rsidRPr="000A63D8">
        <w:rPr>
          <w:lang w:val="nl-NL"/>
        </w:rPr>
        <w:t>Waze</w:t>
      </w:r>
      <w:proofErr w:type="spellEnd"/>
      <w:r w:rsidRPr="000A63D8">
        <w:rPr>
          <w:lang w:val="nl-NL"/>
        </w:rPr>
        <w:t>.</w:t>
      </w:r>
      <w:r w:rsidR="004B462B">
        <w:rPr>
          <w:lang w:val="nl-NL"/>
        </w:rPr>
        <w:t xml:space="preserve"> </w:t>
      </w:r>
      <w:r w:rsidRPr="000A63D8">
        <w:rPr>
          <w:lang w:val="nl-NL"/>
        </w:rPr>
        <w:t>Bekijk de verkeersinformatie.</w:t>
      </w:r>
    </w:p>
    <w:p w14:paraId="6CE4C68B" w14:textId="1A6E27F8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Oefening 4</w:t>
      </w:r>
      <w:r w:rsidR="004B462B">
        <w:rPr>
          <w:b/>
          <w:bCs/>
          <w:lang w:val="nl-NL"/>
        </w:rPr>
        <w:t xml:space="preserve"> </w:t>
      </w:r>
      <w:r w:rsidR="004B462B" w:rsidRPr="004B462B">
        <w:rPr>
          <w:b/>
          <w:bCs/>
          <w:lang w:val="nl-NL"/>
        </w:rPr>
        <w:sym w:font="Wingdings" w:char="F0E0"/>
      </w:r>
      <w:r w:rsidR="004B462B">
        <w:rPr>
          <w:b/>
          <w:bCs/>
          <w:lang w:val="nl-NL"/>
        </w:rPr>
        <w:t xml:space="preserve"> </w:t>
      </w:r>
      <w:r w:rsidRPr="000A63D8">
        <w:rPr>
          <w:lang w:val="nl-NL"/>
        </w:rPr>
        <w:t xml:space="preserve">Open </w:t>
      </w:r>
      <w:proofErr w:type="spellStart"/>
      <w:r w:rsidRPr="000A63D8">
        <w:rPr>
          <w:lang w:val="nl-NL"/>
        </w:rPr>
        <w:t>Spotify</w:t>
      </w:r>
      <w:proofErr w:type="spellEnd"/>
      <w:r w:rsidRPr="000A63D8">
        <w:rPr>
          <w:lang w:val="nl-NL"/>
        </w:rPr>
        <w:t>.</w:t>
      </w:r>
      <w:r w:rsidR="004B462B">
        <w:rPr>
          <w:lang w:val="nl-NL"/>
        </w:rPr>
        <w:t xml:space="preserve"> </w:t>
      </w:r>
      <w:r w:rsidRPr="000A63D8">
        <w:rPr>
          <w:lang w:val="nl-NL"/>
        </w:rPr>
        <w:t>Speel een afspeellijst.</w:t>
      </w:r>
    </w:p>
    <w:p w14:paraId="209C2709" w14:textId="4B052779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Oefening 5</w:t>
      </w:r>
      <w:r w:rsidR="004B462B">
        <w:rPr>
          <w:b/>
          <w:bCs/>
          <w:lang w:val="nl-NL"/>
        </w:rPr>
        <w:t xml:space="preserve"> </w:t>
      </w:r>
      <w:r w:rsidR="004B462B" w:rsidRPr="004B462B">
        <w:rPr>
          <w:b/>
          <w:bCs/>
          <w:lang w:val="nl-NL"/>
        </w:rPr>
        <w:sym w:font="Wingdings" w:char="F0E0"/>
      </w:r>
      <w:r w:rsidR="004B462B">
        <w:rPr>
          <w:b/>
          <w:bCs/>
          <w:lang w:val="nl-NL"/>
        </w:rPr>
        <w:t xml:space="preserve"> </w:t>
      </w:r>
      <w:r w:rsidRPr="000A63D8">
        <w:rPr>
          <w:lang w:val="nl-NL"/>
        </w:rPr>
        <w:t>Open Campercontact of park4night terwijl je stilstaat.</w:t>
      </w:r>
      <w:r w:rsidR="004B462B">
        <w:rPr>
          <w:lang w:val="nl-NL"/>
        </w:rPr>
        <w:t xml:space="preserve"> </w:t>
      </w:r>
      <w:r w:rsidRPr="000A63D8">
        <w:rPr>
          <w:lang w:val="nl-NL"/>
        </w:rPr>
        <w:t>Kies een camperplaats.</w:t>
      </w:r>
    </w:p>
    <w:p w14:paraId="219250C6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Open daarna de route in Google </w:t>
      </w:r>
      <w:proofErr w:type="spellStart"/>
      <w:r w:rsidRPr="000A63D8">
        <w:rPr>
          <w:lang w:val="nl-NL"/>
        </w:rPr>
        <w:t>Maps</w:t>
      </w:r>
      <w:proofErr w:type="spellEnd"/>
      <w:r w:rsidRPr="000A63D8">
        <w:rPr>
          <w:lang w:val="nl-NL"/>
        </w:rPr>
        <w:t>.</w:t>
      </w:r>
    </w:p>
    <w:p w14:paraId="053180DE" w14:textId="1FC830C4" w:rsidR="000A63D8" w:rsidRPr="000A63D8" w:rsidRDefault="000A63D8" w:rsidP="00A248D5">
      <w:pPr>
        <w:spacing w:after="0"/>
        <w:rPr>
          <w:lang w:val="nl-NL"/>
        </w:rPr>
      </w:pPr>
    </w:p>
    <w:p w14:paraId="24599BC6" w14:textId="77777777" w:rsidR="004B462B" w:rsidRDefault="004B462B">
      <w:pPr>
        <w:rPr>
          <w:b/>
          <w:bCs/>
          <w:lang w:val="nl-NL"/>
        </w:rPr>
      </w:pPr>
      <w:r>
        <w:rPr>
          <w:b/>
          <w:bCs/>
          <w:lang w:val="nl-NL"/>
        </w:rPr>
        <w:br w:type="page"/>
      </w:r>
    </w:p>
    <w:p w14:paraId="3852F900" w14:textId="5271F9BB" w:rsidR="000A63D8" w:rsidRDefault="000A63D8" w:rsidP="004B462B">
      <w:pPr>
        <w:pStyle w:val="Titel"/>
      </w:pPr>
      <w:r w:rsidRPr="000A63D8">
        <w:lastRenderedPageBreak/>
        <w:t>10 –</w:t>
      </w:r>
      <w:r w:rsidR="004B462B">
        <w:t>O</w:t>
      </w:r>
      <w:r w:rsidRPr="000A63D8">
        <w:t>ptimaal instellen</w:t>
      </w:r>
    </w:p>
    <w:p w14:paraId="62274BD7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 xml:space="preserve">"De meeste mensen gebruiken maar 20% van de mogelijkheden van hun </w:t>
      </w:r>
      <w:proofErr w:type="spellStart"/>
      <w:r w:rsidRPr="000A63D8">
        <w:rPr>
          <w:b/>
          <w:bCs/>
          <w:lang w:val="nl-NL"/>
        </w:rPr>
        <w:t>Pioneer</w:t>
      </w:r>
      <w:proofErr w:type="spellEnd"/>
      <w:r w:rsidRPr="000A63D8">
        <w:rPr>
          <w:b/>
          <w:bCs/>
          <w:lang w:val="nl-NL"/>
        </w:rPr>
        <w:t>."</w:t>
      </w:r>
    </w:p>
    <w:p w14:paraId="189564F4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Dat is jammer.</w:t>
      </w:r>
    </w:p>
    <w:p w14:paraId="364EA30F" w14:textId="5800DACC" w:rsidR="00A63890" w:rsidRPr="000A63D8" w:rsidRDefault="000A63D8" w:rsidP="00A63890">
      <w:pPr>
        <w:spacing w:after="0"/>
        <w:rPr>
          <w:lang w:val="nl-NL"/>
        </w:rPr>
      </w:pPr>
      <w:r w:rsidRPr="000A63D8">
        <w:rPr>
          <w:lang w:val="nl-NL"/>
        </w:rPr>
        <w:t>Met een paar eenvoudige instellingen kun je de SPH-DA77DAB prettiger, veiliger en gebruiksvriendelijker maken</w:t>
      </w:r>
    </w:p>
    <w:p w14:paraId="5CD8EF12" w14:textId="77777777" w:rsidR="000A63D8" w:rsidRPr="000A63D8" w:rsidRDefault="000A63D8" w:rsidP="00A63890">
      <w:pPr>
        <w:pStyle w:val="Kop1"/>
        <w:rPr>
          <w:lang w:val="nl-NL"/>
        </w:rPr>
      </w:pPr>
      <w:r w:rsidRPr="000A63D8">
        <w:rPr>
          <w:lang w:val="nl-NL"/>
        </w:rPr>
        <w:t>10.1 Waar vind je de instellingen?</w:t>
      </w:r>
    </w:p>
    <w:p w14:paraId="09585CD6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Op het beginscherm van 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zie je het pictogram:</w:t>
      </w:r>
    </w:p>
    <w:p w14:paraId="1DEE224F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rFonts w:ascii="Segoe UI Symbol" w:hAnsi="Segoe UI Symbol" w:cs="Segoe UI Symbol"/>
          <w:lang w:val="nl-NL"/>
        </w:rPr>
        <w:t>⚙</w:t>
      </w:r>
      <w:r w:rsidRPr="000A63D8">
        <w:rPr>
          <w:lang w:val="nl-NL"/>
        </w:rPr>
        <w:t xml:space="preserve">️ </w:t>
      </w:r>
      <w:r w:rsidRPr="000A63D8">
        <w:rPr>
          <w:b/>
          <w:bCs/>
          <w:lang w:val="nl-NL"/>
        </w:rPr>
        <w:t>Instellingen</w:t>
      </w:r>
    </w:p>
    <w:p w14:paraId="53A6FCC0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Tik daarop.</w:t>
      </w:r>
    </w:p>
    <w:p w14:paraId="5831AA69" w14:textId="54A15160" w:rsidR="000A63D8" w:rsidRPr="000A63D8" w:rsidRDefault="000A63D8" w:rsidP="00A63890">
      <w:pPr>
        <w:spacing w:after="0"/>
        <w:rPr>
          <w:lang w:val="nl-NL"/>
        </w:rPr>
      </w:pPr>
      <w:r w:rsidRPr="000A63D8">
        <w:rPr>
          <w:lang w:val="nl-NL"/>
        </w:rPr>
        <w:t>Je ziet verschillende menu's, zoals: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Audio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Systeem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Bluetooth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Wi-Fi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Display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Camera</w:t>
      </w:r>
      <w:r w:rsidR="00A63890">
        <w:rPr>
          <w:lang w:val="nl-NL"/>
        </w:rPr>
        <w:t xml:space="preserve"> </w:t>
      </w:r>
      <w:proofErr w:type="spellStart"/>
      <w:r w:rsidRPr="000A63D8">
        <w:rPr>
          <w:lang w:val="nl-NL"/>
        </w:rPr>
        <w:t>CarPlay</w:t>
      </w:r>
      <w:proofErr w:type="spellEnd"/>
    </w:p>
    <w:p w14:paraId="04637296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hoeft echt niet alles aan te passen. We richten ons op de instellingen die in de praktijk het meeste verschil maken.</w:t>
      </w:r>
    </w:p>
    <w:p w14:paraId="69DDEE85" w14:textId="77777777" w:rsidR="000A63D8" w:rsidRPr="000A63D8" w:rsidRDefault="000A63D8" w:rsidP="00A63890">
      <w:pPr>
        <w:pStyle w:val="Kop1"/>
        <w:rPr>
          <w:lang w:val="nl-NL"/>
        </w:rPr>
      </w:pPr>
      <w:r w:rsidRPr="000A63D8">
        <w:rPr>
          <w:lang w:val="nl-NL"/>
        </w:rPr>
        <w:t>10.3 Balans en Fader</w:t>
      </w:r>
    </w:p>
    <w:p w14:paraId="02144461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Hiermee bepaal je waar het geluid vandaan komt.</w:t>
      </w:r>
    </w:p>
    <w:p w14:paraId="5E8FEB78" w14:textId="77777777" w:rsidR="000A63D8" w:rsidRPr="000A63D8" w:rsidRDefault="000A63D8" w:rsidP="00A248D5">
      <w:pPr>
        <w:numPr>
          <w:ilvl w:val="0"/>
          <w:numId w:val="82"/>
        </w:numPr>
        <w:spacing w:after="0"/>
        <w:rPr>
          <w:lang w:val="nl-NL"/>
        </w:rPr>
      </w:pPr>
      <w:r w:rsidRPr="000A63D8">
        <w:rPr>
          <w:b/>
          <w:bCs/>
          <w:lang w:val="nl-NL"/>
        </w:rPr>
        <w:t>Balans</w:t>
      </w:r>
      <w:r w:rsidRPr="000A63D8">
        <w:rPr>
          <w:lang w:val="nl-NL"/>
        </w:rPr>
        <w:t xml:space="preserve"> = links ↔ rechts</w:t>
      </w:r>
    </w:p>
    <w:p w14:paraId="52493735" w14:textId="77777777" w:rsidR="000A63D8" w:rsidRPr="000A63D8" w:rsidRDefault="000A63D8" w:rsidP="00A248D5">
      <w:pPr>
        <w:numPr>
          <w:ilvl w:val="0"/>
          <w:numId w:val="82"/>
        </w:numPr>
        <w:spacing w:after="0"/>
        <w:rPr>
          <w:lang w:val="nl-NL"/>
        </w:rPr>
      </w:pPr>
      <w:r w:rsidRPr="000A63D8">
        <w:rPr>
          <w:b/>
          <w:bCs/>
          <w:lang w:val="nl-NL"/>
        </w:rPr>
        <w:t>Fader</w:t>
      </w:r>
      <w:r w:rsidRPr="000A63D8">
        <w:rPr>
          <w:lang w:val="nl-NL"/>
        </w:rPr>
        <w:t xml:space="preserve"> = voor ↔ achter</w:t>
      </w:r>
    </w:p>
    <w:p w14:paraId="22C62916" w14:textId="77777777" w:rsidR="000A63D8" w:rsidRPr="000A63D8" w:rsidRDefault="000A63D8" w:rsidP="00A63890">
      <w:pPr>
        <w:pStyle w:val="Kop1"/>
        <w:rPr>
          <w:lang w:val="nl-NL"/>
        </w:rPr>
      </w:pPr>
      <w:r w:rsidRPr="000A63D8">
        <w:rPr>
          <w:lang w:val="nl-NL"/>
        </w:rPr>
        <w:t>10.4 DAB+-zenders opslaan</w:t>
      </w:r>
    </w:p>
    <w:p w14:paraId="5D747204" w14:textId="1ACB4DA4" w:rsidR="000A63D8" w:rsidRPr="000A63D8" w:rsidRDefault="00A63890" w:rsidP="00A63890">
      <w:pPr>
        <w:tabs>
          <w:tab w:val="num" w:pos="720"/>
        </w:tabs>
        <w:spacing w:after="0"/>
        <w:rPr>
          <w:lang w:val="nl-NL"/>
        </w:rPr>
      </w:pPr>
      <w:r>
        <w:rPr>
          <w:lang w:val="nl-NL"/>
        </w:rPr>
        <w:t>A</w:t>
      </w:r>
      <w:r w:rsidR="000A63D8" w:rsidRPr="000A63D8">
        <w:rPr>
          <w:lang w:val="nl-NL"/>
        </w:rPr>
        <w:t>ls je een favoriete zender hebt gevonden:</w:t>
      </w:r>
      <w:r>
        <w:rPr>
          <w:lang w:val="nl-NL"/>
        </w:rPr>
        <w:t xml:space="preserve"> </w:t>
      </w:r>
      <w:r w:rsidRPr="00A63890">
        <w:rPr>
          <w:lang w:val="nl-NL"/>
        </w:rPr>
        <w:sym w:font="Wingdings" w:char="F0E0"/>
      </w:r>
      <w:r>
        <w:rPr>
          <w:lang w:val="nl-NL"/>
        </w:rPr>
        <w:t xml:space="preserve"> </w:t>
      </w:r>
      <w:r w:rsidR="000A63D8" w:rsidRPr="000A63D8">
        <w:rPr>
          <w:lang w:val="nl-NL"/>
        </w:rPr>
        <w:t>Kies de zender.</w:t>
      </w:r>
      <w:r>
        <w:rPr>
          <w:lang w:val="nl-NL"/>
        </w:rPr>
        <w:t xml:space="preserve"> </w:t>
      </w:r>
      <w:r w:rsidR="000A63D8" w:rsidRPr="000A63D8">
        <w:rPr>
          <w:lang w:val="nl-NL"/>
        </w:rPr>
        <w:t xml:space="preserve">Houd een </w:t>
      </w:r>
      <w:proofErr w:type="gramStart"/>
      <w:r w:rsidR="000A63D8" w:rsidRPr="000A63D8">
        <w:rPr>
          <w:lang w:val="nl-NL"/>
        </w:rPr>
        <w:t xml:space="preserve">voorkeuzetoets </w:t>
      </w:r>
      <w:r>
        <w:rPr>
          <w:lang w:val="nl-NL"/>
        </w:rPr>
        <w:t xml:space="preserve"> i</w:t>
      </w:r>
      <w:r w:rsidR="000A63D8" w:rsidRPr="000A63D8">
        <w:rPr>
          <w:lang w:val="nl-NL"/>
        </w:rPr>
        <w:t>ngedrukt</w:t>
      </w:r>
      <w:proofErr w:type="gramEnd"/>
      <w:r w:rsidR="000A63D8" w:rsidRPr="000A63D8">
        <w:rPr>
          <w:lang w:val="nl-NL"/>
        </w:rPr>
        <w:t>.</w:t>
      </w:r>
      <w:r>
        <w:rPr>
          <w:lang w:val="nl-NL"/>
        </w:rPr>
        <w:t xml:space="preserve"> </w:t>
      </w:r>
      <w:r w:rsidR="000A63D8" w:rsidRPr="000A63D8">
        <w:rPr>
          <w:lang w:val="nl-NL"/>
        </w:rPr>
        <w:t>De zender wordt opgeslagen.</w:t>
      </w:r>
    </w:p>
    <w:p w14:paraId="65F659CC" w14:textId="77777777" w:rsidR="000A63D8" w:rsidRPr="000A63D8" w:rsidRDefault="000A63D8" w:rsidP="00A63890">
      <w:pPr>
        <w:pStyle w:val="Kop1"/>
        <w:rPr>
          <w:lang w:val="nl-NL"/>
        </w:rPr>
      </w:pPr>
      <w:r w:rsidRPr="000A63D8">
        <w:rPr>
          <w:lang w:val="nl-NL"/>
        </w:rPr>
        <w:t>10.5 Schermhelderheid</w:t>
      </w:r>
    </w:p>
    <w:p w14:paraId="1030E388" w14:textId="77777777" w:rsidR="000A63D8" w:rsidRPr="000A63D8" w:rsidRDefault="000A63D8" w:rsidP="00A248D5">
      <w:pPr>
        <w:numPr>
          <w:ilvl w:val="0"/>
          <w:numId w:val="86"/>
        </w:numPr>
        <w:tabs>
          <w:tab w:val="num" w:pos="720"/>
        </w:tabs>
        <w:spacing w:after="0"/>
        <w:rPr>
          <w:lang w:val="nl-NL"/>
        </w:rPr>
      </w:pPr>
      <w:r w:rsidRPr="000A63D8">
        <w:rPr>
          <w:b/>
          <w:bCs/>
          <w:lang w:val="nl-NL"/>
        </w:rPr>
        <w:t>Overdag:</w:t>
      </w:r>
      <w:r w:rsidRPr="000A63D8">
        <w:rPr>
          <w:lang w:val="nl-NL"/>
        </w:rPr>
        <w:t xml:space="preserve"> automatische helderheid of hoog.</w:t>
      </w:r>
    </w:p>
    <w:p w14:paraId="3E9591E0" w14:textId="77777777" w:rsidR="000A63D8" w:rsidRPr="000A63D8" w:rsidRDefault="000A63D8" w:rsidP="00A248D5">
      <w:pPr>
        <w:numPr>
          <w:ilvl w:val="0"/>
          <w:numId w:val="86"/>
        </w:numPr>
        <w:tabs>
          <w:tab w:val="num" w:pos="720"/>
        </w:tabs>
        <w:spacing w:after="0"/>
        <w:rPr>
          <w:lang w:val="nl-NL"/>
        </w:rPr>
      </w:pPr>
      <w:r w:rsidRPr="000A63D8">
        <w:rPr>
          <w:b/>
          <w:bCs/>
          <w:lang w:val="nl-NL"/>
        </w:rPr>
        <w:t>'s Avonds:</w:t>
      </w:r>
      <w:r w:rsidRPr="000A63D8">
        <w:rPr>
          <w:lang w:val="nl-NL"/>
        </w:rPr>
        <w:t xml:space="preserve"> automatische nachtmodus of een lagere helderheid.</w:t>
      </w:r>
    </w:p>
    <w:p w14:paraId="0B0A246E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Als 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gekoppeld is aan de verlichting van de camper, schakelt hij vaak automatisch tussen dag- en nachtweergave.</w:t>
      </w:r>
    </w:p>
    <w:p w14:paraId="4F80973C" w14:textId="77777777" w:rsidR="000A63D8" w:rsidRPr="000A63D8" w:rsidRDefault="000A63D8" w:rsidP="00A63890">
      <w:pPr>
        <w:pStyle w:val="Kop1"/>
        <w:rPr>
          <w:lang w:val="nl-NL"/>
        </w:rPr>
      </w:pPr>
      <w:r w:rsidRPr="000A63D8">
        <w:rPr>
          <w:lang w:val="nl-NL"/>
        </w:rPr>
        <w:lastRenderedPageBreak/>
        <w:t>10.6 Bluetooth</w:t>
      </w:r>
    </w:p>
    <w:p w14:paraId="1336BDBA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In het Bluetooth-menu kun je:</w:t>
      </w:r>
    </w:p>
    <w:p w14:paraId="361955BF" w14:textId="77777777" w:rsidR="000A63D8" w:rsidRPr="000A63D8" w:rsidRDefault="000A63D8" w:rsidP="00A248D5">
      <w:pPr>
        <w:numPr>
          <w:ilvl w:val="0"/>
          <w:numId w:val="87"/>
        </w:numPr>
        <w:spacing w:after="0"/>
        <w:rPr>
          <w:lang w:val="nl-NL"/>
        </w:rPr>
      </w:pPr>
      <w:proofErr w:type="gramStart"/>
      <w:r w:rsidRPr="000A63D8">
        <w:rPr>
          <w:lang w:val="nl-NL"/>
        </w:rPr>
        <w:t>gekoppelde</w:t>
      </w:r>
      <w:proofErr w:type="gramEnd"/>
      <w:r w:rsidRPr="000A63D8">
        <w:rPr>
          <w:lang w:val="nl-NL"/>
        </w:rPr>
        <w:t xml:space="preserve"> telefoons bekijken;</w:t>
      </w:r>
    </w:p>
    <w:p w14:paraId="04FB5DAD" w14:textId="77777777" w:rsidR="000A63D8" w:rsidRPr="000A63D8" w:rsidRDefault="000A63D8" w:rsidP="00A248D5">
      <w:pPr>
        <w:numPr>
          <w:ilvl w:val="0"/>
          <w:numId w:val="87"/>
        </w:numPr>
        <w:spacing w:after="0"/>
        <w:rPr>
          <w:lang w:val="nl-NL"/>
        </w:rPr>
      </w:pPr>
      <w:proofErr w:type="gramStart"/>
      <w:r w:rsidRPr="000A63D8">
        <w:rPr>
          <w:lang w:val="nl-NL"/>
        </w:rPr>
        <w:t>een</w:t>
      </w:r>
      <w:proofErr w:type="gramEnd"/>
      <w:r w:rsidRPr="000A63D8">
        <w:rPr>
          <w:lang w:val="nl-NL"/>
        </w:rPr>
        <w:t xml:space="preserve"> telefoon verwijderen;</w:t>
      </w:r>
    </w:p>
    <w:p w14:paraId="3A456ECB" w14:textId="77777777" w:rsidR="000A63D8" w:rsidRPr="000A63D8" w:rsidRDefault="000A63D8" w:rsidP="00A248D5">
      <w:pPr>
        <w:numPr>
          <w:ilvl w:val="0"/>
          <w:numId w:val="87"/>
        </w:numPr>
        <w:spacing w:after="0"/>
        <w:rPr>
          <w:lang w:val="nl-NL"/>
        </w:rPr>
      </w:pPr>
      <w:proofErr w:type="gramStart"/>
      <w:r w:rsidRPr="000A63D8">
        <w:rPr>
          <w:lang w:val="nl-NL"/>
        </w:rPr>
        <w:t>een</w:t>
      </w:r>
      <w:proofErr w:type="gramEnd"/>
      <w:r w:rsidRPr="000A63D8">
        <w:rPr>
          <w:lang w:val="nl-NL"/>
        </w:rPr>
        <w:t xml:space="preserve"> nieuwe telefoon toevoegen;</w:t>
      </w:r>
    </w:p>
    <w:p w14:paraId="14B83D63" w14:textId="77777777" w:rsidR="000A63D8" w:rsidRPr="000A63D8" w:rsidRDefault="000A63D8" w:rsidP="00A248D5">
      <w:pPr>
        <w:numPr>
          <w:ilvl w:val="0"/>
          <w:numId w:val="87"/>
        </w:numPr>
        <w:spacing w:after="0"/>
        <w:rPr>
          <w:lang w:val="nl-NL"/>
        </w:rPr>
      </w:pPr>
      <w:proofErr w:type="gramStart"/>
      <w:r w:rsidRPr="000A63D8">
        <w:rPr>
          <w:lang w:val="nl-NL"/>
        </w:rPr>
        <w:t>kiezen</w:t>
      </w:r>
      <w:proofErr w:type="gramEnd"/>
      <w:r w:rsidRPr="000A63D8">
        <w:rPr>
          <w:lang w:val="nl-NL"/>
        </w:rPr>
        <w:t xml:space="preserve"> welke telefoon actief is.</w:t>
      </w:r>
    </w:p>
    <w:p w14:paraId="57FD0106" w14:textId="3BA09C32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Tip</w:t>
      </w:r>
      <w:r w:rsidR="00A63890">
        <w:rPr>
          <w:b/>
          <w:bCs/>
          <w:lang w:val="nl-NL"/>
        </w:rPr>
        <w:t xml:space="preserve"> </w:t>
      </w:r>
      <w:r w:rsidRPr="000A63D8">
        <w:rPr>
          <w:lang w:val="nl-NL"/>
        </w:rPr>
        <w:t>Geef je iPhone een herkenbare naam, bijvoorbeeld:</w:t>
      </w:r>
    </w:p>
    <w:p w14:paraId="201D1A79" w14:textId="37C10090" w:rsidR="000A63D8" w:rsidRPr="000A63D8" w:rsidRDefault="00A63890" w:rsidP="00A248D5">
      <w:pPr>
        <w:numPr>
          <w:ilvl w:val="0"/>
          <w:numId w:val="88"/>
        </w:numPr>
        <w:spacing w:after="0"/>
        <w:rPr>
          <w:lang w:val="nl-NL"/>
        </w:rPr>
      </w:pPr>
      <w:r>
        <w:rPr>
          <w:lang w:val="nl-NL"/>
        </w:rPr>
        <w:t>Jan Olav</w:t>
      </w:r>
      <w:r w:rsidR="000A63D8" w:rsidRPr="000A63D8">
        <w:rPr>
          <w:lang w:val="nl-NL"/>
        </w:rPr>
        <w:t xml:space="preserve"> iPhone</w:t>
      </w:r>
    </w:p>
    <w:p w14:paraId="178D5EE3" w14:textId="220D9FD0" w:rsidR="000A63D8" w:rsidRPr="000A63D8" w:rsidRDefault="00A63890" w:rsidP="00A248D5">
      <w:pPr>
        <w:numPr>
          <w:ilvl w:val="0"/>
          <w:numId w:val="88"/>
        </w:numPr>
        <w:spacing w:after="0"/>
        <w:rPr>
          <w:lang w:val="nl-NL"/>
        </w:rPr>
      </w:pPr>
      <w:r>
        <w:rPr>
          <w:lang w:val="nl-NL"/>
        </w:rPr>
        <w:t>Yvonne</w:t>
      </w:r>
      <w:r w:rsidR="000A63D8" w:rsidRPr="000A63D8">
        <w:rPr>
          <w:lang w:val="nl-NL"/>
        </w:rPr>
        <w:t xml:space="preserve"> iPhone</w:t>
      </w:r>
    </w:p>
    <w:p w14:paraId="4889683C" w14:textId="77777777" w:rsidR="000A63D8" w:rsidRPr="000A63D8" w:rsidRDefault="000A63D8" w:rsidP="00A63890">
      <w:pPr>
        <w:pStyle w:val="Kop1"/>
        <w:rPr>
          <w:lang w:val="nl-NL"/>
        </w:rPr>
      </w:pPr>
      <w:r w:rsidRPr="000A63D8">
        <w:rPr>
          <w:lang w:val="nl-NL"/>
        </w:rPr>
        <w:t>10.7 Wi-Fi</w:t>
      </w:r>
    </w:p>
    <w:p w14:paraId="2D19485B" w14:textId="6CC501EB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Voor draadloos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moet Wi-Fi ingeschakeld zijn.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Verder hoef je hier meestal niets aan te veranderen.</w:t>
      </w:r>
    </w:p>
    <w:p w14:paraId="298907A6" w14:textId="77777777" w:rsidR="000A63D8" w:rsidRPr="000A63D8" w:rsidRDefault="000A63D8" w:rsidP="00A63890">
      <w:pPr>
        <w:pStyle w:val="Kop1"/>
        <w:rPr>
          <w:lang w:val="nl-NL"/>
        </w:rPr>
      </w:pPr>
      <w:r w:rsidRPr="000A63D8">
        <w:rPr>
          <w:lang w:val="nl-NL"/>
        </w:rPr>
        <w:t xml:space="preserve">10.8 Twee </w:t>
      </w:r>
      <w:proofErr w:type="spellStart"/>
      <w:r w:rsidRPr="000A63D8">
        <w:rPr>
          <w:lang w:val="nl-NL"/>
        </w:rPr>
        <w:t>iPhones</w:t>
      </w:r>
      <w:proofErr w:type="spellEnd"/>
      <w:r w:rsidRPr="000A63D8">
        <w:rPr>
          <w:lang w:val="nl-NL"/>
        </w:rPr>
        <w:t xml:space="preserve"> koppelen</w:t>
      </w:r>
    </w:p>
    <w:p w14:paraId="4C288771" w14:textId="3A332B9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Veel camperstellen hebben allebei een iPhone.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Dat werkt prima.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Maar onthoud:</w:t>
      </w:r>
    </w:p>
    <w:p w14:paraId="49E0CC9F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Er kan </w:t>
      </w:r>
      <w:r w:rsidRPr="000A63D8">
        <w:rPr>
          <w:b/>
          <w:bCs/>
          <w:lang w:val="nl-NL"/>
        </w:rPr>
        <w:t xml:space="preserve">maar één </w:t>
      </w:r>
      <w:proofErr w:type="spellStart"/>
      <w:r w:rsidRPr="000A63D8">
        <w:rPr>
          <w:b/>
          <w:bCs/>
          <w:lang w:val="nl-NL"/>
        </w:rPr>
        <w:t>CarPlay</w:t>
      </w:r>
      <w:proofErr w:type="spellEnd"/>
      <w:r w:rsidRPr="000A63D8">
        <w:rPr>
          <w:b/>
          <w:bCs/>
          <w:lang w:val="nl-NL"/>
        </w:rPr>
        <w:t>-sessie tegelijk actief zijn</w:t>
      </w:r>
      <w:r w:rsidRPr="000A63D8">
        <w:rPr>
          <w:lang w:val="nl-NL"/>
        </w:rPr>
        <w:t>.</w:t>
      </w:r>
    </w:p>
    <w:p w14:paraId="5016D00B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Als de verkeerde telefoon verbinding maakt:</w:t>
      </w:r>
    </w:p>
    <w:p w14:paraId="16381F7F" w14:textId="77777777" w:rsidR="000A63D8" w:rsidRPr="000A63D8" w:rsidRDefault="000A63D8" w:rsidP="00A248D5">
      <w:pPr>
        <w:numPr>
          <w:ilvl w:val="0"/>
          <w:numId w:val="89"/>
        </w:numPr>
        <w:spacing w:after="0"/>
        <w:rPr>
          <w:lang w:val="nl-NL"/>
        </w:rPr>
      </w:pPr>
      <w:proofErr w:type="gramStart"/>
      <w:r w:rsidRPr="000A63D8">
        <w:rPr>
          <w:lang w:val="nl-NL"/>
        </w:rPr>
        <w:t>schakel</w:t>
      </w:r>
      <w:proofErr w:type="gramEnd"/>
      <w:r w:rsidRPr="000A63D8">
        <w:rPr>
          <w:lang w:val="nl-NL"/>
        </w:rPr>
        <w:t xml:space="preserve"> Bluetooth op die telefoon tijdelijk uit;</w:t>
      </w:r>
    </w:p>
    <w:p w14:paraId="021D1B64" w14:textId="77777777" w:rsidR="000A63D8" w:rsidRPr="000A63D8" w:rsidRDefault="000A63D8" w:rsidP="00A248D5">
      <w:pPr>
        <w:numPr>
          <w:ilvl w:val="0"/>
          <w:numId w:val="89"/>
        </w:numPr>
        <w:spacing w:after="0"/>
        <w:rPr>
          <w:lang w:val="nl-NL"/>
        </w:rPr>
      </w:pPr>
      <w:proofErr w:type="gramStart"/>
      <w:r w:rsidRPr="000A63D8">
        <w:rPr>
          <w:lang w:val="nl-NL"/>
        </w:rPr>
        <w:t>of</w:t>
      </w:r>
      <w:proofErr w:type="gramEnd"/>
      <w:r w:rsidRPr="000A63D8">
        <w:rPr>
          <w:lang w:val="nl-NL"/>
        </w:rPr>
        <w:t xml:space="preserve"> kies in het Bluetooth-menu van 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de juiste telefoon.</w:t>
      </w:r>
    </w:p>
    <w:p w14:paraId="58543529" w14:textId="77777777" w:rsidR="000A63D8" w:rsidRPr="000A63D8" w:rsidRDefault="000A63D8" w:rsidP="00A63890">
      <w:pPr>
        <w:pStyle w:val="Kop1"/>
        <w:rPr>
          <w:lang w:val="nl-NL"/>
        </w:rPr>
      </w:pPr>
      <w:r w:rsidRPr="000A63D8">
        <w:rPr>
          <w:lang w:val="nl-NL"/>
        </w:rPr>
        <w:t>10.9 Achteruitrijcamera</w:t>
      </w:r>
    </w:p>
    <w:p w14:paraId="5346DDDD" w14:textId="475D15B1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Heeft jouw camper een achteruitrijcamera?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Dan kun je instellen:</w:t>
      </w:r>
    </w:p>
    <w:p w14:paraId="60BA50DC" w14:textId="77777777" w:rsidR="000A63D8" w:rsidRPr="000A63D8" w:rsidRDefault="000A63D8" w:rsidP="00A248D5">
      <w:pPr>
        <w:numPr>
          <w:ilvl w:val="0"/>
          <w:numId w:val="90"/>
        </w:numPr>
        <w:spacing w:after="0"/>
        <w:rPr>
          <w:lang w:val="nl-NL"/>
        </w:rPr>
      </w:pPr>
      <w:proofErr w:type="gramStart"/>
      <w:r w:rsidRPr="000A63D8">
        <w:rPr>
          <w:lang w:val="nl-NL"/>
        </w:rPr>
        <w:t>automatisch</w:t>
      </w:r>
      <w:proofErr w:type="gramEnd"/>
      <w:r w:rsidRPr="000A63D8">
        <w:rPr>
          <w:lang w:val="nl-NL"/>
        </w:rPr>
        <w:t xml:space="preserve"> beeld bij achteruitrijden;</w:t>
      </w:r>
    </w:p>
    <w:p w14:paraId="66BCDF23" w14:textId="77777777" w:rsidR="000A63D8" w:rsidRPr="000A63D8" w:rsidRDefault="000A63D8" w:rsidP="00A248D5">
      <w:pPr>
        <w:numPr>
          <w:ilvl w:val="0"/>
          <w:numId w:val="90"/>
        </w:numPr>
        <w:spacing w:after="0"/>
        <w:rPr>
          <w:lang w:val="nl-NL"/>
        </w:rPr>
      </w:pPr>
      <w:proofErr w:type="gramStart"/>
      <w:r w:rsidRPr="000A63D8">
        <w:rPr>
          <w:lang w:val="nl-NL"/>
        </w:rPr>
        <w:t>hulplijnen</w:t>
      </w:r>
      <w:proofErr w:type="gramEnd"/>
      <w:r w:rsidRPr="000A63D8">
        <w:rPr>
          <w:lang w:val="nl-NL"/>
        </w:rPr>
        <w:t xml:space="preserve"> aan of uit;</w:t>
      </w:r>
    </w:p>
    <w:p w14:paraId="76C92C09" w14:textId="77777777" w:rsidR="000A63D8" w:rsidRPr="000A63D8" w:rsidRDefault="000A63D8" w:rsidP="00A248D5">
      <w:pPr>
        <w:numPr>
          <w:ilvl w:val="0"/>
          <w:numId w:val="90"/>
        </w:numPr>
        <w:spacing w:after="0"/>
        <w:rPr>
          <w:lang w:val="nl-NL"/>
        </w:rPr>
      </w:pPr>
      <w:proofErr w:type="gramStart"/>
      <w:r w:rsidRPr="000A63D8">
        <w:rPr>
          <w:lang w:val="nl-NL"/>
        </w:rPr>
        <w:t>helderheid</w:t>
      </w:r>
      <w:proofErr w:type="gramEnd"/>
      <w:r w:rsidRPr="000A63D8">
        <w:rPr>
          <w:lang w:val="nl-NL"/>
        </w:rPr>
        <w:t xml:space="preserve"> en contrast.</w:t>
      </w:r>
    </w:p>
    <w:p w14:paraId="1EAB4BCF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Mijn advies</w:t>
      </w:r>
    </w:p>
    <w:p w14:paraId="2C880577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Laat de hulplijnen aan. Ze helpen vooral bij het achteruit inparkeren.</w:t>
      </w:r>
    </w:p>
    <w:p w14:paraId="1C1FD897" w14:textId="77777777" w:rsidR="000A63D8" w:rsidRPr="000A63D8" w:rsidRDefault="000A63D8" w:rsidP="00A63890">
      <w:pPr>
        <w:pStyle w:val="Kop1"/>
        <w:rPr>
          <w:lang w:val="nl-NL"/>
        </w:rPr>
      </w:pPr>
      <w:r w:rsidRPr="000A63D8">
        <w:rPr>
          <w:lang w:val="nl-NL"/>
        </w:rPr>
        <w:t>10.10 Opstartscherm</w:t>
      </w:r>
    </w:p>
    <w:p w14:paraId="016E34D8" w14:textId="024114DB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Sommige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>-modellen laten toe om het opstartscherm aan te passen.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Dat is leuk, maar niet noodzakelijk.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Mijn advies: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Laat de standaardinstelling staan.</w:t>
      </w:r>
    </w:p>
    <w:p w14:paraId="701E57D2" w14:textId="77777777" w:rsidR="000A63D8" w:rsidRPr="000A63D8" w:rsidRDefault="000A63D8" w:rsidP="00A63890">
      <w:pPr>
        <w:pStyle w:val="Kop1"/>
        <w:rPr>
          <w:lang w:val="nl-NL"/>
        </w:rPr>
      </w:pPr>
      <w:r w:rsidRPr="000A63D8">
        <w:rPr>
          <w:lang w:val="nl-NL"/>
        </w:rPr>
        <w:lastRenderedPageBreak/>
        <w:t>10.11 Firmware-updates</w:t>
      </w:r>
    </w:p>
    <w:p w14:paraId="33787B95" w14:textId="617A2DA8" w:rsidR="000A63D8" w:rsidRPr="000A63D8" w:rsidRDefault="000A63D8" w:rsidP="00A63890">
      <w:pPr>
        <w:spacing w:after="0"/>
        <w:rPr>
          <w:lang w:val="nl-NL"/>
        </w:rPr>
      </w:pP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brengt af en toe een firmware-update uit.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Zo'n update kan: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fouten oplossen;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 xml:space="preserve">de </w:t>
      </w:r>
      <w:proofErr w:type="spellStart"/>
      <w:r w:rsidRPr="000A63D8">
        <w:rPr>
          <w:lang w:val="nl-NL"/>
        </w:rPr>
        <w:t>tabiliteit</w:t>
      </w:r>
      <w:proofErr w:type="spellEnd"/>
      <w:r w:rsidRPr="000A63D8">
        <w:rPr>
          <w:lang w:val="nl-NL"/>
        </w:rPr>
        <w:t xml:space="preserve"> verbeteren;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nieuwe functies toevoegen.</w:t>
      </w:r>
    </w:p>
    <w:p w14:paraId="35080647" w14:textId="77777777" w:rsidR="000A63D8" w:rsidRPr="000A63D8" w:rsidRDefault="000A63D8" w:rsidP="00A63890">
      <w:pPr>
        <w:pStyle w:val="Kop1"/>
        <w:rPr>
          <w:lang w:val="nl-NL"/>
        </w:rPr>
      </w:pPr>
      <w:r w:rsidRPr="000A63D8">
        <w:rPr>
          <w:lang w:val="nl-NL"/>
        </w:rPr>
        <w:t>10.12 Geluidsvolume van navigatie</w:t>
      </w:r>
    </w:p>
    <w:p w14:paraId="63C76A93" w14:textId="5D41243E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kunt het volume van de navigatiestem apart instellen.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Doe dit terwijl de navigatie een aanwijzing geeft.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Draai dan aan de volumeknop.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Zo stel je precies de stem van de navigatie harder of zachter in.</w:t>
      </w:r>
    </w:p>
    <w:p w14:paraId="4C0D26E9" w14:textId="77777777" w:rsidR="000A63D8" w:rsidRPr="000A63D8" w:rsidRDefault="000A63D8" w:rsidP="00A63890">
      <w:pPr>
        <w:pStyle w:val="Kop1"/>
        <w:rPr>
          <w:lang w:val="nl-NL"/>
        </w:rPr>
      </w:pPr>
      <w:r w:rsidRPr="000A63D8">
        <w:rPr>
          <w:lang w:val="nl-NL"/>
        </w:rPr>
        <w:t>10.13 Taal</w:t>
      </w:r>
    </w:p>
    <w:p w14:paraId="56B63EF2" w14:textId="6ACF2EAF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Controleer of de taal van 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op </w:t>
      </w:r>
      <w:r w:rsidRPr="000A63D8">
        <w:rPr>
          <w:b/>
          <w:bCs/>
          <w:lang w:val="nl-NL"/>
        </w:rPr>
        <w:t>Nederlands</w:t>
      </w:r>
      <w:r w:rsidRPr="000A63D8">
        <w:rPr>
          <w:lang w:val="nl-NL"/>
        </w:rPr>
        <w:t xml:space="preserve"> staat.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Dat maakt de menu's veel duidelijker.</w:t>
      </w:r>
    </w:p>
    <w:p w14:paraId="28999C43" w14:textId="77777777" w:rsidR="000A63D8" w:rsidRPr="000A63D8" w:rsidRDefault="000A63D8" w:rsidP="00A248D5">
      <w:pPr>
        <w:spacing w:after="0"/>
        <w:rPr>
          <w:lang w:val="nl-NL"/>
        </w:rPr>
      </w:pP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kun je desgewenst ook Nederlands laten spreken.</w:t>
      </w:r>
    </w:p>
    <w:p w14:paraId="02D93F59" w14:textId="77777777" w:rsidR="000A63D8" w:rsidRPr="000A63D8" w:rsidRDefault="000A63D8" w:rsidP="00A63890">
      <w:pPr>
        <w:pStyle w:val="Kop1"/>
        <w:rPr>
          <w:lang w:val="nl-NL"/>
        </w:rPr>
      </w:pPr>
      <w:r w:rsidRPr="000A63D8">
        <w:rPr>
          <w:lang w:val="nl-NL"/>
        </w:rPr>
        <w:t>10.14 Automatisch verbinden</w:t>
      </w:r>
    </w:p>
    <w:p w14:paraId="4DE77B3B" w14:textId="5AB9DD7E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Controleer of 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automatisch verbinding maakt met je iPhone.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Dat is de prettigste manier van werken.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Je stapt in.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Je start de camper.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 xml:space="preserve">Na enkele seconden verschijnt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vanzelf.</w:t>
      </w:r>
    </w:p>
    <w:p w14:paraId="01BB98DD" w14:textId="2312E3C1" w:rsidR="000A63D8" w:rsidRPr="000A63D8" w:rsidRDefault="000A63D8" w:rsidP="00A63890">
      <w:pPr>
        <w:pStyle w:val="Kop1"/>
        <w:rPr>
          <w:lang w:val="nl-NL"/>
        </w:rPr>
      </w:pPr>
      <w:r w:rsidRPr="000A63D8">
        <w:rPr>
          <w:lang w:val="nl-NL"/>
        </w:rPr>
        <w:t xml:space="preserve">10.15 </w:t>
      </w:r>
      <w:r w:rsidR="00A63890">
        <w:rPr>
          <w:lang w:val="nl-NL"/>
        </w:rPr>
        <w:t>A</w:t>
      </w:r>
      <w:r w:rsidRPr="000A63D8">
        <w:rPr>
          <w:lang w:val="nl-NL"/>
        </w:rPr>
        <w:t>anbevolen instellingen</w:t>
      </w:r>
    </w:p>
    <w:p w14:paraId="14E3F708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Als ik jouw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zou instellen, zou ik kiezen voor: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7"/>
        <w:gridCol w:w="2742"/>
      </w:tblGrid>
      <w:tr w:rsidR="000A63D8" w:rsidRPr="000A63D8" w14:paraId="60E6EA03" w14:textId="77777777" w:rsidTr="000A63D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888AFD9" w14:textId="77777777" w:rsidR="000A63D8" w:rsidRPr="000A63D8" w:rsidRDefault="000A63D8" w:rsidP="00A248D5">
            <w:pPr>
              <w:spacing w:after="0"/>
              <w:rPr>
                <w:b/>
                <w:bCs/>
                <w:lang w:val="nl-NL"/>
              </w:rPr>
            </w:pPr>
            <w:r w:rsidRPr="000A63D8">
              <w:rPr>
                <w:b/>
                <w:bCs/>
                <w:lang w:val="nl-NL"/>
              </w:rPr>
              <w:t>Instelling</w:t>
            </w:r>
          </w:p>
        </w:tc>
        <w:tc>
          <w:tcPr>
            <w:tcW w:w="0" w:type="auto"/>
            <w:vAlign w:val="center"/>
            <w:hideMark/>
          </w:tcPr>
          <w:p w14:paraId="7ECEDC50" w14:textId="77777777" w:rsidR="000A63D8" w:rsidRPr="000A63D8" w:rsidRDefault="000A63D8" w:rsidP="00A248D5">
            <w:pPr>
              <w:spacing w:after="0"/>
              <w:rPr>
                <w:b/>
                <w:bCs/>
                <w:lang w:val="nl-NL"/>
              </w:rPr>
            </w:pPr>
            <w:r w:rsidRPr="000A63D8">
              <w:rPr>
                <w:b/>
                <w:bCs/>
                <w:lang w:val="nl-NL"/>
              </w:rPr>
              <w:t>Aanbevolen</w:t>
            </w:r>
          </w:p>
        </w:tc>
      </w:tr>
      <w:tr w:rsidR="000A63D8" w:rsidRPr="000A63D8" w14:paraId="233A75D9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AC6629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proofErr w:type="spellStart"/>
            <w:r w:rsidRPr="000A63D8">
              <w:rPr>
                <w:lang w:val="nl-NL"/>
              </w:rPr>
              <w:t>CarPlay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1D7EA0B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Automatisch</w:t>
            </w:r>
          </w:p>
        </w:tc>
      </w:tr>
      <w:tr w:rsidR="000A63D8" w:rsidRPr="000A63D8" w14:paraId="3770D457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C7D51C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Bluetooth</w:t>
            </w:r>
          </w:p>
        </w:tc>
        <w:tc>
          <w:tcPr>
            <w:tcW w:w="0" w:type="auto"/>
            <w:vAlign w:val="center"/>
            <w:hideMark/>
          </w:tcPr>
          <w:p w14:paraId="51474D64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Aan</w:t>
            </w:r>
          </w:p>
        </w:tc>
      </w:tr>
      <w:tr w:rsidR="000A63D8" w:rsidRPr="000A63D8" w14:paraId="353D7D95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8ECD5E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Wi-Fi</w:t>
            </w:r>
          </w:p>
        </w:tc>
        <w:tc>
          <w:tcPr>
            <w:tcW w:w="0" w:type="auto"/>
            <w:vAlign w:val="center"/>
            <w:hideMark/>
          </w:tcPr>
          <w:p w14:paraId="47697F17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Aan</w:t>
            </w:r>
          </w:p>
        </w:tc>
      </w:tr>
      <w:tr w:rsidR="000A63D8" w:rsidRPr="000A63D8" w14:paraId="56B19E82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078A02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Taal</w:t>
            </w:r>
          </w:p>
        </w:tc>
        <w:tc>
          <w:tcPr>
            <w:tcW w:w="0" w:type="auto"/>
            <w:vAlign w:val="center"/>
            <w:hideMark/>
          </w:tcPr>
          <w:p w14:paraId="23463024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Nederlands</w:t>
            </w:r>
          </w:p>
        </w:tc>
      </w:tr>
      <w:tr w:rsidR="000A63D8" w:rsidRPr="000A63D8" w14:paraId="35B5A1EF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1ABB5D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Dag-/nachtmodus</w:t>
            </w:r>
          </w:p>
        </w:tc>
        <w:tc>
          <w:tcPr>
            <w:tcW w:w="0" w:type="auto"/>
            <w:vAlign w:val="center"/>
            <w:hideMark/>
          </w:tcPr>
          <w:p w14:paraId="5792CC54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Automatisch</w:t>
            </w:r>
          </w:p>
        </w:tc>
      </w:tr>
      <w:tr w:rsidR="000A63D8" w:rsidRPr="000A63D8" w14:paraId="613B4BC6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122B7D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Fader</w:t>
            </w:r>
          </w:p>
        </w:tc>
        <w:tc>
          <w:tcPr>
            <w:tcW w:w="0" w:type="auto"/>
            <w:vAlign w:val="center"/>
            <w:hideMark/>
          </w:tcPr>
          <w:p w14:paraId="181B0FD6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1–2 stapjes naar voren</w:t>
            </w:r>
          </w:p>
        </w:tc>
      </w:tr>
      <w:tr w:rsidR="000A63D8" w:rsidRPr="000A63D8" w14:paraId="5336D99D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D6CC43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Balans</w:t>
            </w:r>
          </w:p>
        </w:tc>
        <w:tc>
          <w:tcPr>
            <w:tcW w:w="0" w:type="auto"/>
            <w:vAlign w:val="center"/>
            <w:hideMark/>
          </w:tcPr>
          <w:p w14:paraId="5D66FE4E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Midden</w:t>
            </w:r>
          </w:p>
        </w:tc>
      </w:tr>
      <w:tr w:rsidR="000A63D8" w:rsidRPr="000A63D8" w14:paraId="1988EE1B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474FB9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Equalizer</w:t>
            </w:r>
          </w:p>
        </w:tc>
        <w:tc>
          <w:tcPr>
            <w:tcW w:w="0" w:type="auto"/>
            <w:vAlign w:val="center"/>
            <w:hideMark/>
          </w:tcPr>
          <w:p w14:paraId="1CCA576F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Standaard (later fijn afstellen)</w:t>
            </w:r>
          </w:p>
        </w:tc>
      </w:tr>
      <w:tr w:rsidR="000A63D8" w:rsidRPr="000A63D8" w14:paraId="7035D04D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233ECD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Navigatiestem</w:t>
            </w:r>
          </w:p>
        </w:tc>
        <w:tc>
          <w:tcPr>
            <w:tcW w:w="0" w:type="auto"/>
            <w:vAlign w:val="center"/>
            <w:hideMark/>
          </w:tcPr>
          <w:p w14:paraId="242D12C5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Iets luider dan de muziek</w:t>
            </w:r>
          </w:p>
        </w:tc>
      </w:tr>
      <w:tr w:rsidR="000A63D8" w:rsidRPr="000A63D8" w14:paraId="1571F694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8517C7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Achteruitrijcamera</w:t>
            </w:r>
          </w:p>
        </w:tc>
        <w:tc>
          <w:tcPr>
            <w:tcW w:w="0" w:type="auto"/>
            <w:vAlign w:val="center"/>
            <w:hideMark/>
          </w:tcPr>
          <w:p w14:paraId="1BEE063C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Automatisch met hulplijnen</w:t>
            </w:r>
          </w:p>
        </w:tc>
      </w:tr>
    </w:tbl>
    <w:p w14:paraId="083CB708" w14:textId="77777777" w:rsidR="000A63D8" w:rsidRPr="000A63D8" w:rsidRDefault="000A63D8" w:rsidP="00A63890">
      <w:pPr>
        <w:pStyle w:val="Kop1"/>
        <w:rPr>
          <w:lang w:val="nl-NL"/>
        </w:rPr>
      </w:pPr>
      <w:r w:rsidRPr="000A63D8">
        <w:rPr>
          <w:lang w:val="nl-NL"/>
        </w:rPr>
        <w:lastRenderedPageBreak/>
        <w:t>Praktijkoefeningen</w:t>
      </w:r>
    </w:p>
    <w:p w14:paraId="538E58B6" w14:textId="7FA884D8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Oefening 1</w:t>
      </w:r>
      <w:r w:rsidR="00A63890">
        <w:rPr>
          <w:b/>
          <w:bCs/>
          <w:lang w:val="nl-NL"/>
        </w:rPr>
        <w:t xml:space="preserve"> </w:t>
      </w:r>
      <w:r w:rsidR="00A63890" w:rsidRPr="00A63890">
        <w:rPr>
          <w:b/>
          <w:bCs/>
          <w:lang w:val="nl-NL"/>
        </w:rPr>
        <w:sym w:font="Wingdings" w:char="F0E0"/>
      </w:r>
      <w:r w:rsidR="00A63890">
        <w:rPr>
          <w:b/>
          <w:bCs/>
          <w:lang w:val="nl-NL"/>
        </w:rPr>
        <w:t xml:space="preserve"> </w:t>
      </w:r>
      <w:r w:rsidRPr="000A63D8">
        <w:rPr>
          <w:lang w:val="nl-NL"/>
        </w:rPr>
        <w:t>Open de instellingen en controleer of de taal op Nederlands staat.</w:t>
      </w:r>
    </w:p>
    <w:p w14:paraId="313C6A93" w14:textId="331BC453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Oefening 2</w:t>
      </w:r>
      <w:r w:rsidR="00A63890">
        <w:rPr>
          <w:b/>
          <w:bCs/>
          <w:lang w:val="nl-NL"/>
        </w:rPr>
        <w:t xml:space="preserve"> </w:t>
      </w:r>
      <w:r w:rsidR="00A63890" w:rsidRPr="00A63890">
        <w:rPr>
          <w:b/>
          <w:bCs/>
          <w:lang w:val="nl-NL"/>
        </w:rPr>
        <w:sym w:font="Wingdings" w:char="F0E0"/>
      </w:r>
      <w:r w:rsidR="00A63890">
        <w:rPr>
          <w:b/>
          <w:bCs/>
          <w:lang w:val="nl-NL"/>
        </w:rPr>
        <w:t xml:space="preserve"> </w:t>
      </w:r>
      <w:r w:rsidRPr="000A63D8">
        <w:rPr>
          <w:lang w:val="nl-NL"/>
        </w:rPr>
        <w:t>Controleer of Bluetooth en Wi-Fi zijn ingeschakeld.</w:t>
      </w:r>
    </w:p>
    <w:p w14:paraId="62657423" w14:textId="0E795859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Oefening 3</w:t>
      </w:r>
      <w:r w:rsidR="00A63890">
        <w:rPr>
          <w:b/>
          <w:bCs/>
          <w:lang w:val="nl-NL"/>
        </w:rPr>
        <w:t xml:space="preserve"> </w:t>
      </w:r>
      <w:r w:rsidR="00A63890" w:rsidRPr="00A63890">
        <w:rPr>
          <w:b/>
          <w:bCs/>
          <w:lang w:val="nl-NL"/>
        </w:rPr>
        <w:sym w:font="Wingdings" w:char="F0E0"/>
      </w:r>
      <w:r w:rsidR="00A63890">
        <w:rPr>
          <w:b/>
          <w:bCs/>
          <w:lang w:val="nl-NL"/>
        </w:rPr>
        <w:t xml:space="preserve"> </w:t>
      </w:r>
      <w:r w:rsidRPr="000A63D8">
        <w:rPr>
          <w:lang w:val="nl-NL"/>
        </w:rPr>
        <w:t>Sla vijf favoriete DAB+-zenders op.</w:t>
      </w:r>
    </w:p>
    <w:p w14:paraId="28079F30" w14:textId="3FC617A2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Oefening 4</w:t>
      </w:r>
      <w:r w:rsidR="00A63890">
        <w:rPr>
          <w:b/>
          <w:bCs/>
          <w:lang w:val="nl-NL"/>
        </w:rPr>
        <w:t xml:space="preserve"> </w:t>
      </w:r>
      <w:r w:rsidR="00A63890" w:rsidRPr="00A63890">
        <w:rPr>
          <w:b/>
          <w:bCs/>
          <w:lang w:val="nl-NL"/>
        </w:rPr>
        <w:sym w:font="Wingdings" w:char="F0E0"/>
      </w:r>
      <w:r w:rsidR="00A63890">
        <w:rPr>
          <w:b/>
          <w:bCs/>
          <w:lang w:val="nl-NL"/>
        </w:rPr>
        <w:t xml:space="preserve"> </w:t>
      </w:r>
      <w:r w:rsidRPr="000A63D8">
        <w:rPr>
          <w:lang w:val="nl-NL"/>
        </w:rPr>
        <w:t>Zet de fader één stap naar voren en luister of dat prettiger klinkt.</w:t>
      </w:r>
    </w:p>
    <w:p w14:paraId="3880B4A2" w14:textId="1172CEDD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Oefening 5</w:t>
      </w:r>
      <w:r w:rsidR="00A63890">
        <w:rPr>
          <w:b/>
          <w:bCs/>
          <w:lang w:val="nl-NL"/>
        </w:rPr>
        <w:t xml:space="preserve"> </w:t>
      </w:r>
      <w:r w:rsidR="00A63890" w:rsidRPr="00A63890">
        <w:rPr>
          <w:b/>
          <w:bCs/>
          <w:lang w:val="nl-NL"/>
        </w:rPr>
        <w:sym w:font="Wingdings" w:char="F0E0"/>
      </w:r>
      <w:r w:rsidR="00A63890">
        <w:rPr>
          <w:b/>
          <w:bCs/>
          <w:lang w:val="nl-NL"/>
        </w:rPr>
        <w:t xml:space="preserve"> </w:t>
      </w:r>
      <w:r w:rsidRPr="000A63D8">
        <w:rPr>
          <w:lang w:val="nl-NL"/>
        </w:rPr>
        <w:t xml:space="preserve">Controleer of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automatisch start wanneer je de camper opnieuw opstart.</w:t>
      </w:r>
    </w:p>
    <w:p w14:paraId="7298DA72" w14:textId="77777777" w:rsidR="000A63D8" w:rsidRPr="000A63D8" w:rsidRDefault="000A63D8" w:rsidP="00A63890">
      <w:pPr>
        <w:pStyle w:val="Kop1"/>
        <w:rPr>
          <w:lang w:val="nl-NL"/>
        </w:rPr>
      </w:pPr>
      <w:r w:rsidRPr="000A63D8">
        <w:rPr>
          <w:lang w:val="nl-NL"/>
        </w:rPr>
        <w:t>Persoonlijk advies voor jouw camper</w:t>
      </w:r>
    </w:p>
    <w:p w14:paraId="6D0145D1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hebt eerder verteld dat je veel lange vakanties maakt en graag zo min mogelijk gedoe onderweg wilt. Daarom zou ik jouw systeem zo eenvoudig mogelijk houden:</w:t>
      </w:r>
    </w:p>
    <w:p w14:paraId="64E04D3F" w14:textId="77777777" w:rsidR="000A63D8" w:rsidRPr="000A63D8" w:rsidRDefault="000A63D8" w:rsidP="00A248D5">
      <w:pPr>
        <w:numPr>
          <w:ilvl w:val="0"/>
          <w:numId w:val="92"/>
        </w:numPr>
        <w:spacing w:after="0"/>
        <w:rPr>
          <w:lang w:val="nl-NL"/>
        </w:rPr>
      </w:pPr>
      <w:r w:rsidRPr="000A63D8">
        <w:rPr>
          <w:lang w:val="nl-NL"/>
        </w:rPr>
        <w:t xml:space="preserve">Gebruik </w:t>
      </w:r>
      <w:r w:rsidRPr="000A63D8">
        <w:rPr>
          <w:b/>
          <w:bCs/>
          <w:lang w:val="nl-NL"/>
        </w:rPr>
        <w:t xml:space="preserve">draadloze </w:t>
      </w:r>
      <w:proofErr w:type="spellStart"/>
      <w:r w:rsidRPr="000A63D8">
        <w:rPr>
          <w:b/>
          <w:bCs/>
          <w:lang w:val="nl-NL"/>
        </w:rPr>
        <w:t>CarPlay</w:t>
      </w:r>
      <w:proofErr w:type="spellEnd"/>
      <w:r w:rsidRPr="000A63D8">
        <w:rPr>
          <w:lang w:val="nl-NL"/>
        </w:rPr>
        <w:t xml:space="preserve"> voor het gemak, maar sluit je iPhone tijdens lange ritten met een USB-kabel aan zodat hij tegelijk oplaadt.</w:t>
      </w:r>
    </w:p>
    <w:p w14:paraId="0C006080" w14:textId="77777777" w:rsidR="000A63D8" w:rsidRPr="000A63D8" w:rsidRDefault="000A63D8" w:rsidP="00A248D5">
      <w:pPr>
        <w:numPr>
          <w:ilvl w:val="0"/>
          <w:numId w:val="92"/>
        </w:numPr>
        <w:spacing w:after="0"/>
        <w:rPr>
          <w:lang w:val="nl-NL"/>
        </w:rPr>
      </w:pPr>
      <w:r w:rsidRPr="000A63D8">
        <w:rPr>
          <w:lang w:val="nl-NL"/>
        </w:rPr>
        <w:t xml:space="preserve">Gebruik </w:t>
      </w:r>
      <w:r w:rsidRPr="000A63D8">
        <w:rPr>
          <w:b/>
          <w:bCs/>
          <w:lang w:val="nl-NL"/>
        </w:rPr>
        <w:t xml:space="preserve">Google </w:t>
      </w:r>
      <w:proofErr w:type="spellStart"/>
      <w:r w:rsidRPr="000A63D8">
        <w:rPr>
          <w:b/>
          <w:bCs/>
          <w:lang w:val="nl-NL"/>
        </w:rPr>
        <w:t>Maps</w:t>
      </w:r>
      <w:proofErr w:type="spellEnd"/>
      <w:r w:rsidRPr="000A63D8">
        <w:rPr>
          <w:lang w:val="nl-NL"/>
        </w:rPr>
        <w:t xml:space="preserve"> als hoofdrouteplanner en </w:t>
      </w:r>
      <w:r w:rsidRPr="000A63D8">
        <w:rPr>
          <w:b/>
          <w:bCs/>
          <w:lang w:val="nl-NL"/>
        </w:rPr>
        <w:t>Apple Kaarten</w:t>
      </w:r>
      <w:r w:rsidRPr="000A63D8">
        <w:rPr>
          <w:lang w:val="nl-NL"/>
        </w:rPr>
        <w:t xml:space="preserve"> als reserve.</w:t>
      </w:r>
    </w:p>
    <w:p w14:paraId="0582D696" w14:textId="77777777" w:rsidR="000A63D8" w:rsidRPr="000A63D8" w:rsidRDefault="000A63D8" w:rsidP="00A248D5">
      <w:pPr>
        <w:numPr>
          <w:ilvl w:val="0"/>
          <w:numId w:val="92"/>
        </w:numPr>
        <w:spacing w:after="0"/>
        <w:rPr>
          <w:lang w:val="nl-NL"/>
        </w:rPr>
      </w:pPr>
      <w:r w:rsidRPr="000A63D8">
        <w:rPr>
          <w:lang w:val="nl-NL"/>
        </w:rPr>
        <w:t xml:space="preserve">Houd de eerste pagina van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overzichtelijk met alleen de apps die je echt gebruikt.</w:t>
      </w:r>
    </w:p>
    <w:p w14:paraId="076EE1EE" w14:textId="77777777" w:rsidR="000A63D8" w:rsidRPr="000A63D8" w:rsidRDefault="000A63D8" w:rsidP="00A248D5">
      <w:pPr>
        <w:numPr>
          <w:ilvl w:val="0"/>
          <w:numId w:val="92"/>
        </w:numPr>
        <w:spacing w:after="0"/>
        <w:rPr>
          <w:lang w:val="nl-NL"/>
        </w:rPr>
      </w:pPr>
      <w:r w:rsidRPr="000A63D8">
        <w:rPr>
          <w:lang w:val="nl-NL"/>
        </w:rPr>
        <w:t xml:space="preserve">Laat zoveel mogelijk door </w:t>
      </w:r>
      <w:proofErr w:type="spellStart"/>
      <w:r w:rsidRPr="000A63D8">
        <w:rPr>
          <w:b/>
          <w:bCs/>
          <w:lang w:val="nl-NL"/>
        </w:rPr>
        <w:t>Siri</w:t>
      </w:r>
      <w:proofErr w:type="spellEnd"/>
      <w:r w:rsidRPr="000A63D8">
        <w:rPr>
          <w:lang w:val="nl-NL"/>
        </w:rPr>
        <w:t xml:space="preserve"> doen. Dat is uiteindelijk de grootste winst in gemak én veiligheid.</w:t>
      </w:r>
    </w:p>
    <w:p w14:paraId="5458D564" w14:textId="77777777" w:rsidR="00A63890" w:rsidRDefault="00A63890">
      <w:pPr>
        <w:rPr>
          <w:b/>
          <w:bCs/>
          <w:lang w:val="nl-NL"/>
        </w:rPr>
      </w:pPr>
      <w:r>
        <w:rPr>
          <w:b/>
          <w:bCs/>
          <w:lang w:val="nl-NL"/>
        </w:rPr>
        <w:br w:type="page"/>
      </w:r>
    </w:p>
    <w:p w14:paraId="4263F3BA" w14:textId="05B0846F" w:rsidR="000A63D8" w:rsidRPr="000A63D8" w:rsidRDefault="000A63D8" w:rsidP="00A63890">
      <w:pPr>
        <w:pStyle w:val="Titel"/>
      </w:pPr>
      <w:r w:rsidRPr="000A63D8">
        <w:lastRenderedPageBreak/>
        <w:t xml:space="preserve">11 – Problemen oplossen </w:t>
      </w:r>
    </w:p>
    <w:p w14:paraId="314EBA73" w14:textId="43DCAF12" w:rsidR="000A63D8" w:rsidRPr="000A63D8" w:rsidRDefault="000A63D8" w:rsidP="00A63890">
      <w:pPr>
        <w:pStyle w:val="Kop1"/>
        <w:rPr>
          <w:lang w:val="nl-NL"/>
        </w:rPr>
      </w:pPr>
      <w:r w:rsidRPr="000A63D8">
        <w:rPr>
          <w:lang w:val="nl-NL"/>
        </w:rPr>
        <w:t>Probleem 1</w:t>
      </w:r>
      <w:r w:rsidR="00A63890">
        <w:rPr>
          <w:lang w:val="nl-NL"/>
        </w:rPr>
        <w:t xml:space="preserve">: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verschijnt helemaal niet</w:t>
      </w:r>
    </w:p>
    <w:p w14:paraId="15463579" w14:textId="0467E7FD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Mogelijke oorzaken</w:t>
      </w:r>
      <w:r w:rsidR="00A63890">
        <w:rPr>
          <w:b/>
          <w:bCs/>
          <w:lang w:val="nl-NL"/>
        </w:rPr>
        <w:t xml:space="preserve">: </w:t>
      </w:r>
      <w:r w:rsidRPr="000A63D8">
        <w:rPr>
          <w:rFonts w:ascii="Segoe UI Symbol" w:hAnsi="Segoe UI Symbol" w:cs="Segoe UI Symbol"/>
          <w:lang w:val="nl-NL"/>
        </w:rPr>
        <w:t>✓</w:t>
      </w:r>
      <w:r w:rsidRPr="000A63D8">
        <w:rPr>
          <w:lang w:val="nl-NL"/>
        </w:rPr>
        <w:t xml:space="preserve"> Bluetooth uit</w:t>
      </w:r>
      <w:r w:rsidR="00A63890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✓</w:t>
      </w:r>
      <w:r w:rsidRPr="000A63D8">
        <w:rPr>
          <w:lang w:val="nl-NL"/>
        </w:rPr>
        <w:t xml:space="preserve"> Wi-Fi uit</w:t>
      </w:r>
      <w:r w:rsidR="00A63890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✓</w:t>
      </w:r>
      <w:r w:rsidRPr="000A63D8">
        <w:rPr>
          <w:lang w:val="nl-NL"/>
        </w:rPr>
        <w:t xml:space="preserve">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uit</w:t>
      </w:r>
      <w:r w:rsidR="00A63890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✓</w:t>
      </w:r>
      <w:r w:rsidRPr="000A63D8">
        <w:rPr>
          <w:lang w:val="nl-NL"/>
        </w:rPr>
        <w:t xml:space="preserve"> iPhone nog niet ontgrendeld</w:t>
      </w:r>
      <w:r w:rsidR="00A63890">
        <w:rPr>
          <w:lang w:val="nl-NL"/>
        </w:rPr>
        <w:t xml:space="preserve"> </w:t>
      </w:r>
      <w:r w:rsidRPr="000A63D8">
        <w:rPr>
          <w:rFonts w:ascii="Segoe UI Symbol" w:hAnsi="Segoe UI Symbol" w:cs="Segoe UI Symbol"/>
          <w:lang w:val="nl-NL"/>
        </w:rPr>
        <w:t>✓</w:t>
      </w:r>
      <w:r w:rsidRPr="000A63D8">
        <w:rPr>
          <w:lang w:val="nl-NL"/>
        </w:rPr>
        <w:t xml:space="preserve">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nog bezig met opstarten</w:t>
      </w:r>
    </w:p>
    <w:p w14:paraId="417E2545" w14:textId="213B78CE" w:rsidR="000A63D8" w:rsidRPr="000A63D8" w:rsidRDefault="000A63D8" w:rsidP="00A248D5">
      <w:pPr>
        <w:spacing w:after="0"/>
        <w:rPr>
          <w:lang w:val="nl-NL"/>
        </w:rPr>
      </w:pPr>
    </w:p>
    <w:p w14:paraId="34E4DA97" w14:textId="20C21FBD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Controlelijst</w:t>
      </w:r>
      <w:r w:rsidR="00A63890">
        <w:rPr>
          <w:b/>
          <w:bCs/>
          <w:lang w:val="nl-NL"/>
        </w:rPr>
        <w:t xml:space="preserve"> </w:t>
      </w:r>
      <w:r w:rsidR="00A63890" w:rsidRPr="00A63890">
        <w:rPr>
          <w:b/>
          <w:bCs/>
          <w:lang w:val="nl-NL"/>
        </w:rPr>
        <w:sym w:font="Wingdings" w:char="F0E0"/>
      </w:r>
      <w:r w:rsidR="00A63890">
        <w:rPr>
          <w:b/>
          <w:bCs/>
          <w:lang w:val="nl-NL"/>
        </w:rPr>
        <w:t xml:space="preserve"> </w:t>
      </w:r>
      <w:r w:rsidRPr="000A63D8">
        <w:rPr>
          <w:lang w:val="nl-NL"/>
        </w:rPr>
        <w:t>Pak de iPhone.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Controleer: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Bluetooth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AAN</w:t>
      </w:r>
      <w:r w:rsidR="00A63890">
        <w:rPr>
          <w:lang w:val="nl-NL"/>
        </w:rPr>
        <w:t xml:space="preserve"> | </w:t>
      </w:r>
      <w:r w:rsidRPr="000A63D8">
        <w:rPr>
          <w:lang w:val="nl-NL"/>
        </w:rPr>
        <w:t>Wi-Fi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AAN</w:t>
      </w:r>
      <w:r w:rsidR="00A63890">
        <w:rPr>
          <w:lang w:val="nl-NL"/>
        </w:rPr>
        <w:t xml:space="preserve"> | </w:t>
      </w:r>
      <w:proofErr w:type="spellStart"/>
      <w:r w:rsidRPr="000A63D8">
        <w:rPr>
          <w:lang w:val="nl-NL"/>
        </w:rPr>
        <w:t>Siri</w:t>
      </w:r>
      <w:proofErr w:type="spellEnd"/>
      <w:r w:rsidR="00A63890">
        <w:rPr>
          <w:lang w:val="nl-NL"/>
        </w:rPr>
        <w:t xml:space="preserve"> </w:t>
      </w:r>
      <w:r w:rsidRPr="000A63D8">
        <w:rPr>
          <w:lang w:val="nl-NL"/>
        </w:rPr>
        <w:t>AAN</w:t>
      </w:r>
    </w:p>
    <w:p w14:paraId="28580483" w14:textId="71EE32E0" w:rsidR="000A63D8" w:rsidRPr="000A63D8" w:rsidRDefault="000A63D8" w:rsidP="00A63890">
      <w:pPr>
        <w:tabs>
          <w:tab w:val="num" w:pos="720"/>
        </w:tabs>
        <w:spacing w:after="0"/>
        <w:rPr>
          <w:lang w:val="nl-NL"/>
        </w:rPr>
      </w:pPr>
      <w:r w:rsidRPr="000A63D8">
        <w:rPr>
          <w:b/>
          <w:bCs/>
          <w:lang w:val="nl-NL"/>
        </w:rPr>
        <w:t>Nog steeds niets?</w:t>
      </w:r>
      <w:r w:rsidR="00A63890">
        <w:rPr>
          <w:b/>
          <w:bCs/>
          <w:lang w:val="nl-NL"/>
        </w:rPr>
        <w:t xml:space="preserve"> </w:t>
      </w:r>
      <w:r w:rsidRPr="000A63D8">
        <w:rPr>
          <w:lang w:val="nl-NL"/>
        </w:rPr>
        <w:t>Doe dan dit.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 xml:space="preserve">Zet 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uit.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Zet de iPhone uit.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Wacht 30 seconden.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 xml:space="preserve">Start eerst 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>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Start daarna de iPhone.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In de meeste gevallen is het probleem nu opgelost.</w:t>
      </w:r>
    </w:p>
    <w:p w14:paraId="412C711E" w14:textId="1544AEA6" w:rsidR="000A63D8" w:rsidRPr="000A63D8" w:rsidRDefault="000A63D8" w:rsidP="00A63890">
      <w:pPr>
        <w:pStyle w:val="Kop1"/>
        <w:rPr>
          <w:lang w:val="nl-NL"/>
        </w:rPr>
      </w:pPr>
      <w:r w:rsidRPr="000A63D8">
        <w:rPr>
          <w:lang w:val="nl-NL"/>
        </w:rPr>
        <w:t>Probleem 2</w:t>
      </w:r>
      <w:r w:rsidR="00A63890">
        <w:rPr>
          <w:lang w:val="nl-NL"/>
        </w:rPr>
        <w:t xml:space="preserve">: </w:t>
      </w:r>
      <w:r w:rsidRPr="000A63D8">
        <w:rPr>
          <w:lang w:val="nl-NL"/>
        </w:rPr>
        <w:t>De iPhone maakt geen verbinding</w:t>
      </w:r>
    </w:p>
    <w:p w14:paraId="4BAA2E6C" w14:textId="4736561C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Controleer eerst: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Is dit wel de juiste iPhone?</w:t>
      </w:r>
    </w:p>
    <w:p w14:paraId="218918F5" w14:textId="296A840C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Veel stellen hebben twee telefoons.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 xml:space="preserve">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probeert soms automatisch de verkeerde telefoon te verbinden.</w:t>
      </w:r>
    </w:p>
    <w:p w14:paraId="238F336A" w14:textId="76588FEE" w:rsidR="000A63D8" w:rsidRPr="000A63D8" w:rsidRDefault="000A63D8" w:rsidP="00A248D5">
      <w:pPr>
        <w:spacing w:after="0"/>
        <w:rPr>
          <w:lang w:val="nl-NL"/>
        </w:rPr>
      </w:pPr>
    </w:p>
    <w:p w14:paraId="070CD90A" w14:textId="6F5CB014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Oplossing</w:t>
      </w:r>
      <w:r w:rsidR="00A63890">
        <w:rPr>
          <w:b/>
          <w:bCs/>
          <w:lang w:val="nl-NL"/>
        </w:rPr>
        <w:t xml:space="preserve"> </w:t>
      </w:r>
      <w:r w:rsidRPr="000A63D8">
        <w:rPr>
          <w:lang w:val="nl-NL"/>
        </w:rPr>
        <w:t>Bluetooth uitzetten op de andere telefoon.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Of: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In Bluetooth kiezen:</w:t>
      </w:r>
      <w:r w:rsidR="00A63890">
        <w:rPr>
          <w:lang w:val="nl-NL"/>
        </w:rPr>
        <w:t xml:space="preserve"> </w:t>
      </w:r>
      <w:r w:rsidR="00A63890">
        <w:rPr>
          <w:b/>
          <w:bCs/>
          <w:lang w:val="nl-NL"/>
        </w:rPr>
        <w:t>Jan Olav</w:t>
      </w:r>
      <w:r w:rsidRPr="000A63D8">
        <w:rPr>
          <w:b/>
          <w:bCs/>
          <w:lang w:val="nl-NL"/>
        </w:rPr>
        <w:t xml:space="preserve"> iPhone</w:t>
      </w:r>
    </w:p>
    <w:p w14:paraId="77396A4A" w14:textId="7A4A7C0C" w:rsidR="000A63D8" w:rsidRPr="000A63D8" w:rsidRDefault="000A63D8" w:rsidP="00A63890">
      <w:pPr>
        <w:pStyle w:val="Kop1"/>
        <w:rPr>
          <w:lang w:val="nl-NL"/>
        </w:rPr>
      </w:pPr>
      <w:r w:rsidRPr="000A63D8">
        <w:rPr>
          <w:lang w:val="nl-NL"/>
        </w:rPr>
        <w:t>Probleem 3</w:t>
      </w:r>
      <w:r w:rsidR="00A63890">
        <w:rPr>
          <w:lang w:val="nl-NL"/>
        </w:rPr>
        <w:t xml:space="preserve">: </w:t>
      </w:r>
      <w:r w:rsidRPr="000A63D8">
        <w:rPr>
          <w:lang w:val="nl-NL"/>
        </w:rPr>
        <w:t>Geen geluid</w:t>
      </w:r>
    </w:p>
    <w:p w14:paraId="64F1339C" w14:textId="77777777" w:rsidR="00A63890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Dit komt vaker voor dan je denkt.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Controleer eerst:</w:t>
      </w:r>
      <w:r w:rsidR="00A63890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🔊</w:t>
      </w:r>
      <w:r w:rsidRPr="000A63D8">
        <w:rPr>
          <w:lang w:val="nl-NL"/>
        </w:rPr>
        <w:t xml:space="preserve"> Staat het volume op nul?</w:t>
      </w:r>
    </w:p>
    <w:p w14:paraId="18FF5669" w14:textId="45F5D4DF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Controleer daarna: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Is de muziek misschien nog verbonden met:</w:t>
      </w:r>
      <w:r w:rsidR="00A63890">
        <w:rPr>
          <w:lang w:val="nl-NL"/>
        </w:rPr>
        <w:t xml:space="preserve"> </w:t>
      </w:r>
      <w:proofErr w:type="spellStart"/>
      <w:r w:rsidRPr="000A63D8">
        <w:rPr>
          <w:lang w:val="nl-NL"/>
        </w:rPr>
        <w:t>AirPods</w:t>
      </w:r>
      <w:proofErr w:type="spellEnd"/>
      <w:r w:rsidRPr="000A63D8">
        <w:rPr>
          <w:lang w:val="nl-NL"/>
        </w:rPr>
        <w:t>?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Bluetooth-speaker?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Koptelefoon?</w:t>
      </w:r>
      <w:r w:rsidR="00A63890">
        <w:rPr>
          <w:lang w:val="nl-NL"/>
        </w:rPr>
        <w:t xml:space="preserve"> </w:t>
      </w:r>
      <w:proofErr w:type="gramStart"/>
      <w:r w:rsidRPr="000A63D8">
        <w:rPr>
          <w:lang w:val="nl-NL"/>
        </w:rPr>
        <w:t>Dat</w:t>
      </w:r>
      <w:proofErr w:type="gramEnd"/>
      <w:r w:rsidRPr="000A63D8">
        <w:rPr>
          <w:lang w:val="nl-NL"/>
        </w:rPr>
        <w:t xml:space="preserve"> gebeurt verrassend vaak.</w:t>
      </w:r>
    </w:p>
    <w:p w14:paraId="1D57B4EB" w14:textId="0CDBA807" w:rsidR="000A63D8" w:rsidRPr="000A63D8" w:rsidRDefault="000A63D8" w:rsidP="00A63890">
      <w:pPr>
        <w:pStyle w:val="Kop1"/>
        <w:rPr>
          <w:lang w:val="nl-NL"/>
        </w:rPr>
      </w:pPr>
      <w:r w:rsidRPr="000A63D8">
        <w:rPr>
          <w:lang w:val="nl-NL"/>
        </w:rPr>
        <w:t>Probleem 4</w:t>
      </w:r>
      <w:r w:rsidR="00A63890">
        <w:rPr>
          <w:lang w:val="nl-NL"/>
        </w:rPr>
        <w:t xml:space="preserve">: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hoort mij niet</w:t>
      </w:r>
    </w:p>
    <w:p w14:paraId="7D557D07" w14:textId="48C07EED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Controleer: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Spreek je richting de microfoon?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Is de ventilator heel hard aan het blazen?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Staan de ramen open?</w:t>
      </w:r>
      <w:r w:rsidR="00A63890">
        <w:rPr>
          <w:lang w:val="nl-NL"/>
        </w:rPr>
        <w:t xml:space="preserve"> </w:t>
      </w:r>
      <w:proofErr w:type="gramStart"/>
      <w:r w:rsidRPr="000A63D8">
        <w:rPr>
          <w:lang w:val="nl-NL"/>
        </w:rPr>
        <w:t>Is</w:t>
      </w:r>
      <w:proofErr w:type="gramEnd"/>
      <w:r w:rsidRPr="000A63D8">
        <w:rPr>
          <w:lang w:val="nl-NL"/>
        </w:rPr>
        <w:t xml:space="preserve"> de microfoon nog aangesloten?</w:t>
      </w:r>
    </w:p>
    <w:p w14:paraId="53AA7A64" w14:textId="1BD238FE" w:rsidR="000A63D8" w:rsidRPr="000A63D8" w:rsidRDefault="000A63D8" w:rsidP="00A248D5">
      <w:pPr>
        <w:spacing w:after="0"/>
        <w:rPr>
          <w:lang w:val="nl-NL"/>
        </w:rPr>
      </w:pPr>
    </w:p>
    <w:p w14:paraId="16DA4666" w14:textId="51849E0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Praktische test</w:t>
      </w:r>
      <w:r w:rsidR="00A63890">
        <w:rPr>
          <w:b/>
          <w:bCs/>
          <w:lang w:val="nl-NL"/>
        </w:rPr>
        <w:t xml:space="preserve"> </w:t>
      </w:r>
      <w:r w:rsidR="00A63890" w:rsidRPr="00A63890">
        <w:rPr>
          <w:b/>
          <w:bCs/>
          <w:lang w:val="nl-NL"/>
        </w:rPr>
        <w:sym w:font="Wingdings" w:char="F0E0"/>
      </w:r>
      <w:r w:rsidR="00A63890">
        <w:rPr>
          <w:b/>
          <w:bCs/>
          <w:lang w:val="nl-NL"/>
        </w:rPr>
        <w:t xml:space="preserve"> </w:t>
      </w:r>
      <w:r w:rsidRPr="000A63D8">
        <w:rPr>
          <w:lang w:val="nl-NL"/>
        </w:rPr>
        <w:t>Zeg: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"Hoe laat is het?"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 xml:space="preserve">Geeft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antwoord?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Dan werkt de microfoon.</w:t>
      </w:r>
    </w:p>
    <w:p w14:paraId="218E4DF0" w14:textId="507B409C" w:rsidR="000A63D8" w:rsidRPr="000A63D8" w:rsidRDefault="000A63D8" w:rsidP="00A63890">
      <w:pPr>
        <w:pStyle w:val="Kop1"/>
        <w:rPr>
          <w:lang w:val="nl-NL"/>
        </w:rPr>
      </w:pPr>
      <w:r w:rsidRPr="000A63D8">
        <w:rPr>
          <w:lang w:val="nl-NL"/>
        </w:rPr>
        <w:lastRenderedPageBreak/>
        <w:t>Probleem 5</w:t>
      </w:r>
      <w:r w:rsidR="00A63890">
        <w:rPr>
          <w:lang w:val="nl-NL"/>
        </w:rPr>
        <w:t xml:space="preserve">: </w:t>
      </w:r>
      <w:r w:rsidRPr="000A63D8">
        <w:rPr>
          <w:lang w:val="nl-NL"/>
        </w:rPr>
        <w:t>Muziek stopt steeds</w:t>
      </w:r>
    </w:p>
    <w:p w14:paraId="346E6F8E" w14:textId="6424E19E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Meestal is dit geen probleem van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>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Vaak heeft de iPhone: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slecht bereik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of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weinig internet.</w:t>
      </w:r>
    </w:p>
    <w:p w14:paraId="0BBA5A6E" w14:textId="75F05757" w:rsidR="000A63D8" w:rsidRPr="000A63D8" w:rsidRDefault="000A63D8" w:rsidP="00A248D5">
      <w:pPr>
        <w:spacing w:after="0"/>
        <w:rPr>
          <w:lang w:val="nl-NL"/>
        </w:rPr>
      </w:pPr>
    </w:p>
    <w:p w14:paraId="388149A5" w14:textId="26BAC6B8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Oplossing</w:t>
      </w:r>
      <w:r w:rsidR="00A63890">
        <w:rPr>
          <w:b/>
          <w:bCs/>
          <w:lang w:val="nl-NL"/>
        </w:rPr>
        <w:t xml:space="preserve"> </w:t>
      </w:r>
      <w:r w:rsidR="00A63890" w:rsidRPr="00A63890">
        <w:rPr>
          <w:b/>
          <w:bCs/>
          <w:lang w:val="nl-NL"/>
        </w:rPr>
        <w:sym w:font="Wingdings" w:char="F0E0"/>
      </w:r>
      <w:r w:rsidR="00A63890">
        <w:rPr>
          <w:b/>
          <w:bCs/>
          <w:lang w:val="nl-NL"/>
        </w:rPr>
        <w:t xml:space="preserve"> </w:t>
      </w:r>
      <w:r w:rsidRPr="000A63D8">
        <w:rPr>
          <w:lang w:val="nl-NL"/>
        </w:rPr>
        <w:t>Download de muziek thuis.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Offline.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Dat voorkomt bijna alle onderbrekingen.</w:t>
      </w:r>
    </w:p>
    <w:p w14:paraId="4769F908" w14:textId="6BB9ACCB" w:rsidR="000A63D8" w:rsidRPr="000A63D8" w:rsidRDefault="000A63D8" w:rsidP="00A63890">
      <w:pPr>
        <w:pStyle w:val="Kop1"/>
        <w:rPr>
          <w:lang w:val="nl-NL"/>
        </w:rPr>
      </w:pPr>
      <w:r w:rsidRPr="000A63D8">
        <w:rPr>
          <w:lang w:val="nl-NL"/>
        </w:rPr>
        <w:t>Probleem 6</w:t>
      </w:r>
      <w:r w:rsidR="00A63890">
        <w:rPr>
          <w:lang w:val="nl-NL"/>
        </w:rPr>
        <w:t xml:space="preserve">: </w:t>
      </w:r>
      <w:r w:rsidRPr="000A63D8">
        <w:rPr>
          <w:lang w:val="nl-NL"/>
        </w:rPr>
        <w:t>De navigatie loopt vast</w:t>
      </w:r>
    </w:p>
    <w:p w14:paraId="6240F503" w14:textId="3E8359DA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Eerste stap: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Sluit de app.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Open hem opnieuw.</w:t>
      </w:r>
      <w:r w:rsidR="00A63890">
        <w:rPr>
          <w:lang w:val="nl-NL"/>
        </w:rPr>
        <w:t xml:space="preserve"> </w:t>
      </w:r>
    </w:p>
    <w:p w14:paraId="4E454896" w14:textId="2FE3ABB0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Nog steeds?</w:t>
      </w:r>
      <w:r w:rsidR="00A63890">
        <w:rPr>
          <w:lang w:val="nl-NL"/>
        </w:rPr>
        <w:t xml:space="preserve"> </w:t>
      </w:r>
      <w:proofErr w:type="gramStart"/>
      <w:r w:rsidRPr="000A63D8">
        <w:rPr>
          <w:lang w:val="nl-NL"/>
        </w:rPr>
        <w:t>Herstart</w:t>
      </w:r>
      <w:proofErr w:type="gramEnd"/>
      <w:r w:rsidRPr="000A63D8">
        <w:rPr>
          <w:lang w:val="nl-NL"/>
        </w:rPr>
        <w:t xml:space="preserve"> de iPhone.</w:t>
      </w:r>
    </w:p>
    <w:p w14:paraId="162AB4B0" w14:textId="7DFA06FA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Nog steeds?</w:t>
      </w:r>
      <w:r w:rsidR="00A63890">
        <w:rPr>
          <w:lang w:val="nl-NL"/>
        </w:rPr>
        <w:t xml:space="preserve"> </w:t>
      </w:r>
      <w:proofErr w:type="gramStart"/>
      <w:r w:rsidRPr="000A63D8">
        <w:rPr>
          <w:lang w:val="nl-NL"/>
        </w:rPr>
        <w:t>Controleer</w:t>
      </w:r>
      <w:proofErr w:type="gramEnd"/>
      <w:r w:rsidRPr="000A63D8">
        <w:rPr>
          <w:lang w:val="nl-NL"/>
        </w:rPr>
        <w:t xml:space="preserve"> of er een update beschikbaar is voor de app.</w:t>
      </w:r>
    </w:p>
    <w:p w14:paraId="41ADCC74" w14:textId="01AB0715" w:rsidR="000A63D8" w:rsidRPr="000A63D8" w:rsidRDefault="000A63D8" w:rsidP="00A63890">
      <w:pPr>
        <w:pStyle w:val="Kop1"/>
        <w:rPr>
          <w:lang w:val="nl-NL"/>
        </w:rPr>
      </w:pPr>
      <w:r w:rsidRPr="000A63D8">
        <w:rPr>
          <w:lang w:val="nl-NL"/>
        </w:rPr>
        <w:t>Probleem 7</w:t>
      </w:r>
      <w:r w:rsidR="00A63890">
        <w:rPr>
          <w:lang w:val="nl-NL"/>
        </w:rPr>
        <w:t xml:space="preserve">: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verbreekt steeds de verbinding</w:t>
      </w:r>
    </w:p>
    <w:p w14:paraId="43894985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Dit is meestal één van deze oorzaken.</w:t>
      </w:r>
    </w:p>
    <w:p w14:paraId="7E6190CC" w14:textId="571B30B8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Oorzaak 1</w:t>
      </w:r>
      <w:r w:rsidR="00A63890">
        <w:rPr>
          <w:b/>
          <w:bCs/>
          <w:lang w:val="nl-NL"/>
        </w:rPr>
        <w:t xml:space="preserve"> </w:t>
      </w:r>
      <w:r w:rsidR="00A63890" w:rsidRPr="00A63890">
        <w:rPr>
          <w:b/>
          <w:bCs/>
          <w:lang w:val="nl-NL"/>
        </w:rPr>
        <w:sym w:font="Wingdings" w:char="F0E0"/>
      </w:r>
      <w:r w:rsidR="00A63890">
        <w:rPr>
          <w:b/>
          <w:bCs/>
          <w:lang w:val="nl-NL"/>
        </w:rPr>
        <w:t xml:space="preserve"> </w:t>
      </w:r>
      <w:r w:rsidRPr="000A63D8">
        <w:rPr>
          <w:lang w:val="nl-NL"/>
        </w:rPr>
        <w:t>Slechte USB-kabel.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Gebruik een goede kabel.</w:t>
      </w:r>
    </w:p>
    <w:p w14:paraId="68353504" w14:textId="1D016C92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Oorzaak 2</w:t>
      </w:r>
      <w:r w:rsidR="00A63890">
        <w:rPr>
          <w:b/>
          <w:bCs/>
          <w:lang w:val="nl-NL"/>
        </w:rPr>
        <w:t xml:space="preserve"> </w:t>
      </w:r>
      <w:r w:rsidR="00A63890" w:rsidRPr="00A63890">
        <w:rPr>
          <w:b/>
          <w:bCs/>
          <w:lang w:val="nl-NL"/>
        </w:rPr>
        <w:sym w:font="Wingdings" w:char="F0E0"/>
      </w:r>
      <w:r w:rsidR="00A63890">
        <w:rPr>
          <w:b/>
          <w:bCs/>
          <w:lang w:val="nl-NL"/>
        </w:rPr>
        <w:t xml:space="preserve"> </w:t>
      </w:r>
      <w:r w:rsidRPr="000A63D8">
        <w:rPr>
          <w:lang w:val="nl-NL"/>
        </w:rPr>
        <w:t>Wi-Fi stoort.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Herstart de iPhone.</w:t>
      </w:r>
    </w:p>
    <w:p w14:paraId="5F94CDD4" w14:textId="411BC6BF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Oorzaak 3</w:t>
      </w:r>
      <w:r w:rsidR="00A63890">
        <w:rPr>
          <w:b/>
          <w:bCs/>
          <w:lang w:val="nl-NL"/>
        </w:rPr>
        <w:t xml:space="preserve"> </w:t>
      </w:r>
      <w:r w:rsidR="00A63890" w:rsidRPr="00A63890">
        <w:rPr>
          <w:b/>
          <w:bCs/>
          <w:lang w:val="nl-NL"/>
        </w:rPr>
        <w:sym w:font="Wingdings" w:char="F0E0"/>
      </w:r>
      <w:r w:rsidR="00A63890">
        <w:rPr>
          <w:b/>
          <w:bCs/>
          <w:lang w:val="nl-NL"/>
        </w:rPr>
        <w:t xml:space="preserve"> </w:t>
      </w:r>
      <w:r w:rsidRPr="000A63D8">
        <w:rPr>
          <w:lang w:val="nl-NL"/>
        </w:rPr>
        <w:t>Bluetooth-probleem.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Verwijder de koppeling.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Maak opnieuw verbinding.</w:t>
      </w:r>
    </w:p>
    <w:p w14:paraId="0E6CA8DF" w14:textId="2B436277" w:rsidR="000A63D8" w:rsidRPr="000A63D8" w:rsidRDefault="000A63D8" w:rsidP="00A63890">
      <w:pPr>
        <w:pStyle w:val="Kop1"/>
        <w:rPr>
          <w:lang w:val="nl-NL"/>
        </w:rPr>
      </w:pPr>
      <w:r w:rsidRPr="000A63D8">
        <w:rPr>
          <w:lang w:val="nl-NL"/>
        </w:rPr>
        <w:t>Probleem 8</w:t>
      </w:r>
      <w:r w:rsidR="00A63890">
        <w:rPr>
          <w:lang w:val="nl-NL"/>
        </w:rPr>
        <w:t xml:space="preserve">: </w:t>
      </w:r>
      <w:r w:rsidRPr="000A63D8">
        <w:rPr>
          <w:lang w:val="nl-NL"/>
        </w:rPr>
        <w:t>Het scherm reageert traag</w:t>
      </w:r>
    </w:p>
    <w:p w14:paraId="188546A9" w14:textId="07EA3433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Sluit alle apps op de iPhone.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Herstart.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Dat lost het vaak op.</w:t>
      </w:r>
    </w:p>
    <w:p w14:paraId="7FD1F709" w14:textId="63C49738" w:rsidR="000A63D8" w:rsidRPr="000A63D8" w:rsidRDefault="000A63D8" w:rsidP="00A63890">
      <w:pPr>
        <w:pStyle w:val="Kop1"/>
        <w:rPr>
          <w:lang w:val="nl-NL"/>
        </w:rPr>
      </w:pPr>
      <w:r w:rsidRPr="000A63D8">
        <w:rPr>
          <w:lang w:val="nl-NL"/>
        </w:rPr>
        <w:t>Probleem 9</w:t>
      </w:r>
      <w:r w:rsidR="00A63890">
        <w:rPr>
          <w:lang w:val="nl-NL"/>
        </w:rPr>
        <w:t xml:space="preserve">: </w:t>
      </w:r>
      <w:r w:rsidRPr="000A63D8">
        <w:rPr>
          <w:lang w:val="nl-NL"/>
        </w:rPr>
        <w:t>DAB-radio valt weg</w:t>
      </w:r>
    </w:p>
    <w:p w14:paraId="3B0B9D52" w14:textId="6071B36C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Dat ligt meestal niet aan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>.</w:t>
      </w:r>
      <w:r w:rsidR="00A63890">
        <w:rPr>
          <w:lang w:val="nl-NL"/>
        </w:rPr>
        <w:t xml:space="preserve"> </w:t>
      </w:r>
      <w:r w:rsidRPr="000A63D8">
        <w:rPr>
          <w:lang w:val="nl-NL"/>
        </w:rPr>
        <w:t>DAB heeft nu eenmaal minder dekking dan FM.</w:t>
      </w:r>
    </w:p>
    <w:p w14:paraId="74E8A3F5" w14:textId="5706E405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Mijn advies.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 xml:space="preserve">Laat 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automatisch overschakelen naar FM wanneer DAB wegvalt (als jouw instellingen dat ondersteunen).</w:t>
      </w:r>
    </w:p>
    <w:p w14:paraId="53439EAB" w14:textId="4A75061D" w:rsidR="000A63D8" w:rsidRPr="000A63D8" w:rsidRDefault="000A63D8" w:rsidP="00323853">
      <w:pPr>
        <w:pStyle w:val="Kop1"/>
        <w:rPr>
          <w:lang w:val="nl-NL"/>
        </w:rPr>
      </w:pPr>
      <w:r w:rsidRPr="000A63D8">
        <w:rPr>
          <w:lang w:val="nl-NL"/>
        </w:rPr>
        <w:t>Probleem 10</w:t>
      </w:r>
      <w:r w:rsidR="00323853">
        <w:rPr>
          <w:lang w:val="nl-NL"/>
        </w:rPr>
        <w:t xml:space="preserve">: </w:t>
      </w:r>
      <w:r w:rsidRPr="000A63D8">
        <w:rPr>
          <w:lang w:val="nl-NL"/>
        </w:rPr>
        <w:t>Achteruitrijcamera doet niets</w:t>
      </w:r>
    </w:p>
    <w:p w14:paraId="5E9652BE" w14:textId="5363B10E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Controleer: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Staat de camper echt in de achteruit?</w:t>
      </w:r>
    </w:p>
    <w:p w14:paraId="753CB7D4" w14:textId="46585409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Controleer: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Is de camera aangesloten?</w:t>
      </w:r>
    </w:p>
    <w:p w14:paraId="2262EDFB" w14:textId="0234F235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Controleer: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Camera-instellingen.</w:t>
      </w:r>
    </w:p>
    <w:p w14:paraId="0769CC3A" w14:textId="6992AD16" w:rsidR="000A63D8" w:rsidRPr="000A63D8" w:rsidRDefault="000A63D8" w:rsidP="00323853">
      <w:pPr>
        <w:pStyle w:val="Kop1"/>
        <w:rPr>
          <w:lang w:val="nl-NL"/>
        </w:rPr>
      </w:pPr>
      <w:r w:rsidRPr="000A63D8">
        <w:rPr>
          <w:lang w:val="nl-NL"/>
        </w:rPr>
        <w:lastRenderedPageBreak/>
        <w:t>Probleem 11</w:t>
      </w:r>
      <w:r w:rsidR="00323853">
        <w:rPr>
          <w:lang w:val="nl-NL"/>
        </w:rPr>
        <w:t xml:space="preserve">: </w:t>
      </w:r>
      <w:r w:rsidRPr="000A63D8">
        <w:rPr>
          <w:lang w:val="nl-NL"/>
        </w:rPr>
        <w:t>Telefoonboek ontbreekt</w:t>
      </w:r>
    </w:p>
    <w:p w14:paraId="4A6CB632" w14:textId="0A860C72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Bluetooth</w:t>
      </w:r>
      <w:r w:rsidR="00323853">
        <w:rPr>
          <w:lang w:val="nl-NL"/>
        </w:rPr>
        <w:t xml:space="preserve"> </w:t>
      </w:r>
      <w:r w:rsidR="00323853" w:rsidRPr="00323853">
        <w:rPr>
          <w:lang w:val="nl-NL"/>
        </w:rPr>
        <w:sym w:font="Wingdings" w:char="F0E0"/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Toestaan</w:t>
      </w:r>
      <w:r w:rsidR="00323853">
        <w:rPr>
          <w:lang w:val="nl-NL"/>
        </w:rPr>
        <w:t xml:space="preserve"> </w:t>
      </w:r>
      <w:r w:rsidR="00323853" w:rsidRPr="00323853">
        <w:rPr>
          <w:lang w:val="nl-NL"/>
        </w:rPr>
        <w:sym w:font="Wingdings" w:char="F0E0"/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Contacten delen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Dat wordt vaak vergeten.</w:t>
      </w:r>
    </w:p>
    <w:p w14:paraId="49C5A88F" w14:textId="79EA1C33" w:rsidR="000A63D8" w:rsidRPr="000A63D8" w:rsidRDefault="000A63D8" w:rsidP="00323853">
      <w:pPr>
        <w:pStyle w:val="Kop1"/>
        <w:rPr>
          <w:lang w:val="nl-NL"/>
        </w:rPr>
      </w:pPr>
      <w:r w:rsidRPr="000A63D8">
        <w:rPr>
          <w:lang w:val="nl-NL"/>
        </w:rPr>
        <w:t>Probleem 12</w:t>
      </w:r>
      <w:r w:rsidR="00323853">
        <w:rPr>
          <w:lang w:val="nl-NL"/>
        </w:rPr>
        <w:t xml:space="preserve">: </w:t>
      </w:r>
      <w:r w:rsidRPr="000A63D8">
        <w:rPr>
          <w:lang w:val="nl-NL"/>
        </w:rPr>
        <w:t>WhatsApp verschijnt niet</w:t>
      </w:r>
    </w:p>
    <w:p w14:paraId="7AAE11D9" w14:textId="61AED37A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Controleer: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Is WhatsApp geïnstalleerd?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Controleer: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 xml:space="preserve">Mag WhatsApp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gebruiken?</w:t>
      </w:r>
    </w:p>
    <w:p w14:paraId="4142ECF2" w14:textId="4605D53B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Op de iPhone kun je in de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>-instellingen zien welke apps beschikbaar zijn en ze desgewenst toevoegen of verwijderen.</w:t>
      </w:r>
    </w:p>
    <w:p w14:paraId="7DB26555" w14:textId="7DB4413F" w:rsidR="000A63D8" w:rsidRPr="000A63D8" w:rsidRDefault="000A63D8" w:rsidP="00323853">
      <w:pPr>
        <w:pStyle w:val="Kop1"/>
        <w:rPr>
          <w:lang w:val="nl-NL"/>
        </w:rPr>
      </w:pPr>
      <w:r w:rsidRPr="000A63D8">
        <w:rPr>
          <w:lang w:val="nl-NL"/>
        </w:rPr>
        <w:t>Probleem 13</w:t>
      </w:r>
      <w:r w:rsidR="00323853">
        <w:rPr>
          <w:lang w:val="nl-NL"/>
        </w:rPr>
        <w:t xml:space="preserve">: </w:t>
      </w:r>
      <w:r w:rsidRPr="000A63D8">
        <w:rPr>
          <w:lang w:val="nl-NL"/>
        </w:rPr>
        <w:t>De kaart toont een verkeerde locatie</w:t>
      </w:r>
    </w:p>
    <w:p w14:paraId="4154FF68" w14:textId="1A45F39B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Dit komt soms voor wanneer: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GPS nog geen goed signaal heeft.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Wacht even.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Rijd een klein stukje.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Vrijwel altijd lost dit zichzelf op.</w:t>
      </w:r>
    </w:p>
    <w:p w14:paraId="30420C9B" w14:textId="5E0F3C52" w:rsidR="000A63D8" w:rsidRPr="000A63D8" w:rsidRDefault="000A63D8" w:rsidP="00323853">
      <w:pPr>
        <w:pStyle w:val="Kop1"/>
        <w:rPr>
          <w:lang w:val="nl-NL"/>
        </w:rPr>
      </w:pPr>
      <w:r w:rsidRPr="000A63D8">
        <w:rPr>
          <w:lang w:val="nl-NL"/>
        </w:rPr>
        <w:t>Probleem 14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De iPhone wordt erg warm</w:t>
      </w:r>
    </w:p>
    <w:p w14:paraId="7F179E70" w14:textId="792CAE94" w:rsidR="000A63D8" w:rsidRPr="000A63D8" w:rsidRDefault="000A63D8" w:rsidP="00323853">
      <w:p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Dat gebeurt vooral: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in de zon;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tijdens draadloos opladen;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bij langdurig gebruik van navigatie.</w:t>
      </w:r>
    </w:p>
    <w:p w14:paraId="48263B54" w14:textId="42325881" w:rsidR="000A63D8" w:rsidRPr="000A63D8" w:rsidRDefault="000A63D8" w:rsidP="00A248D5">
      <w:pPr>
        <w:spacing w:after="0"/>
        <w:rPr>
          <w:lang w:val="nl-NL"/>
        </w:rPr>
      </w:pPr>
    </w:p>
    <w:p w14:paraId="7B3CB19A" w14:textId="0D74CC29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Oplossing</w:t>
      </w:r>
      <w:r w:rsidR="00323853">
        <w:rPr>
          <w:b/>
          <w:bCs/>
          <w:lang w:val="nl-NL"/>
        </w:rPr>
        <w:t xml:space="preserve"> </w:t>
      </w:r>
      <w:r w:rsidR="00323853" w:rsidRPr="00323853">
        <w:rPr>
          <w:b/>
          <w:bCs/>
          <w:lang w:val="nl-NL"/>
        </w:rPr>
        <w:sym w:font="Wingdings" w:char="F0E0"/>
      </w:r>
      <w:r w:rsidR="00323853">
        <w:rPr>
          <w:b/>
          <w:bCs/>
          <w:lang w:val="nl-NL"/>
        </w:rPr>
        <w:t xml:space="preserve"> L</w:t>
      </w:r>
      <w:r w:rsidRPr="000A63D8">
        <w:rPr>
          <w:lang w:val="nl-NL"/>
        </w:rPr>
        <w:t>eg de telefoon niet in de zon.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Gebruik eventueel een USB-kabel in plaats van draadloos opladen.</w:t>
      </w:r>
    </w:p>
    <w:p w14:paraId="61FB78CC" w14:textId="62B54A6E" w:rsidR="000A63D8" w:rsidRPr="000A63D8" w:rsidRDefault="000A63D8" w:rsidP="00323853">
      <w:pPr>
        <w:pStyle w:val="Kop1"/>
        <w:rPr>
          <w:lang w:val="nl-NL"/>
        </w:rPr>
      </w:pPr>
      <w:r w:rsidRPr="000A63D8">
        <w:rPr>
          <w:lang w:val="nl-NL"/>
        </w:rPr>
        <w:t>Probleem 15</w:t>
      </w:r>
      <w:r w:rsidR="00323853">
        <w:rPr>
          <w:lang w:val="nl-NL"/>
        </w:rPr>
        <w:t xml:space="preserve">: </w:t>
      </w:r>
      <w:r w:rsidRPr="000A63D8">
        <w:rPr>
          <w:lang w:val="nl-NL"/>
        </w:rPr>
        <w:t xml:space="preserve">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lijkt vastgelopen</w:t>
      </w:r>
    </w:p>
    <w:p w14:paraId="0756176F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Doe nooit direct een </w:t>
      </w:r>
      <w:proofErr w:type="spellStart"/>
      <w:r w:rsidRPr="000A63D8">
        <w:rPr>
          <w:lang w:val="nl-NL"/>
        </w:rPr>
        <w:t>fabrieksreset</w:t>
      </w:r>
      <w:proofErr w:type="spellEnd"/>
      <w:r w:rsidRPr="000A63D8">
        <w:rPr>
          <w:lang w:val="nl-NL"/>
        </w:rPr>
        <w:t>.</w:t>
      </w:r>
    </w:p>
    <w:p w14:paraId="7D6335EE" w14:textId="6102360E" w:rsidR="000A63D8" w:rsidRPr="000A63D8" w:rsidRDefault="000A63D8" w:rsidP="00323853">
      <w:p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Probeer eerst:</w:t>
      </w:r>
      <w:r w:rsidR="00323853">
        <w:rPr>
          <w:lang w:val="nl-NL"/>
        </w:rPr>
        <w:t xml:space="preserve">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</w:t>
      </w:r>
      <w:proofErr w:type="gramStart"/>
      <w:r w:rsidRPr="000A63D8">
        <w:rPr>
          <w:lang w:val="nl-NL"/>
        </w:rPr>
        <w:t>uit.</w:t>
      </w:r>
      <w:r w:rsidR="00323853">
        <w:rPr>
          <w:lang w:val="nl-NL"/>
        </w:rPr>
        <w:t>--</w:t>
      </w:r>
      <w:proofErr w:type="gramEnd"/>
      <w:r w:rsidR="00323853">
        <w:rPr>
          <w:lang w:val="nl-NL"/>
        </w:rPr>
        <w:t xml:space="preserve">&gt; </w:t>
      </w:r>
      <w:r w:rsidRPr="000A63D8">
        <w:rPr>
          <w:lang w:val="nl-NL"/>
        </w:rPr>
        <w:t>30 seconden wachten.</w:t>
      </w:r>
      <w:r w:rsidR="00323853">
        <w:rPr>
          <w:lang w:val="nl-NL"/>
        </w:rPr>
        <w:t xml:space="preserve"> </w:t>
      </w:r>
      <w:r w:rsidR="00323853" w:rsidRPr="00323853">
        <w:rPr>
          <w:lang w:val="nl-NL"/>
        </w:rPr>
        <w:sym w:font="Wingdings" w:char="F0E0"/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Weer aanzetten.</w:t>
      </w:r>
    </w:p>
    <w:p w14:paraId="6218F819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Pas als het probleem blijft terugkomen, kun je denken aan een reset.</w:t>
      </w:r>
    </w:p>
    <w:p w14:paraId="68E3A112" w14:textId="77777777" w:rsidR="000A63D8" w:rsidRPr="000A63D8" w:rsidRDefault="000A63D8" w:rsidP="00323853">
      <w:pPr>
        <w:pStyle w:val="Kop1"/>
        <w:rPr>
          <w:lang w:val="nl-NL"/>
        </w:rPr>
      </w:pPr>
      <w:r w:rsidRPr="000A63D8">
        <w:rPr>
          <w:lang w:val="nl-NL"/>
        </w:rPr>
        <w:t>Mijn EHBO-schema</w:t>
      </w:r>
    </w:p>
    <w:p w14:paraId="2183AC32" w14:textId="2C82EC4F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Wanneer iets niet werkt.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Volg altijd deze volgorde.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START</w:t>
      </w:r>
      <w:r w:rsidR="00323853">
        <w:rPr>
          <w:lang w:val="nl-NL"/>
        </w:rPr>
        <w:t xml:space="preserve"> </w:t>
      </w:r>
      <w:r w:rsidR="00323853" w:rsidRPr="00323853">
        <w:rPr>
          <w:lang w:val="nl-NL"/>
        </w:rPr>
        <w:sym w:font="Wingdings" w:char="F0E0"/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Controleer Bluetooth</w:t>
      </w:r>
      <w:r w:rsidR="00323853">
        <w:rPr>
          <w:lang w:val="nl-NL"/>
        </w:rPr>
        <w:t xml:space="preserve"> </w:t>
      </w:r>
      <w:r w:rsidR="00323853" w:rsidRPr="00323853">
        <w:rPr>
          <w:lang w:val="nl-NL"/>
        </w:rPr>
        <w:sym w:font="Wingdings" w:char="F0E0"/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Controleer Wi-Fi</w:t>
      </w:r>
      <w:r w:rsidR="00323853">
        <w:rPr>
          <w:lang w:val="nl-NL"/>
        </w:rPr>
        <w:t xml:space="preserve"> </w:t>
      </w:r>
      <w:r w:rsidR="00323853" w:rsidRPr="00323853">
        <w:rPr>
          <w:lang w:val="nl-NL"/>
        </w:rPr>
        <w:sym w:font="Wingdings" w:char="F0E0"/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 xml:space="preserve">Controleer </w:t>
      </w:r>
      <w:proofErr w:type="spellStart"/>
      <w:r w:rsidRPr="000A63D8">
        <w:rPr>
          <w:lang w:val="nl-NL"/>
        </w:rPr>
        <w:t>Siri</w:t>
      </w:r>
      <w:proofErr w:type="spellEnd"/>
      <w:r w:rsidR="00323853">
        <w:rPr>
          <w:lang w:val="nl-NL"/>
        </w:rPr>
        <w:t xml:space="preserve"> </w:t>
      </w:r>
      <w:r w:rsidR="00323853" w:rsidRPr="00323853">
        <w:rPr>
          <w:lang w:val="nl-NL"/>
        </w:rPr>
        <w:sym w:font="Wingdings" w:char="F0E0"/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Controleer USB</w:t>
      </w:r>
      <w:r w:rsidR="00323853">
        <w:rPr>
          <w:lang w:val="nl-NL"/>
        </w:rPr>
        <w:t xml:space="preserve"> </w:t>
      </w:r>
      <w:r w:rsidR="00323853" w:rsidRPr="00323853">
        <w:rPr>
          <w:lang w:val="nl-NL"/>
        </w:rPr>
        <w:sym w:font="Wingdings" w:char="F0E0"/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Herstart iPhone</w:t>
      </w:r>
      <w:r w:rsidR="00323853">
        <w:rPr>
          <w:lang w:val="nl-NL"/>
        </w:rPr>
        <w:t xml:space="preserve"> </w:t>
      </w:r>
      <w:r w:rsidR="00323853" w:rsidRPr="00323853">
        <w:rPr>
          <w:lang w:val="nl-NL"/>
        </w:rPr>
        <w:sym w:font="Wingdings" w:char="F0E0"/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 xml:space="preserve">Herstart </w:t>
      </w:r>
      <w:proofErr w:type="spellStart"/>
      <w:r w:rsidRPr="000A63D8">
        <w:rPr>
          <w:lang w:val="nl-NL"/>
        </w:rPr>
        <w:t>Pioneer</w:t>
      </w:r>
      <w:proofErr w:type="spellEnd"/>
      <w:r w:rsidR="00323853">
        <w:rPr>
          <w:lang w:val="nl-NL"/>
        </w:rPr>
        <w:t xml:space="preserve"> </w:t>
      </w:r>
      <w:r w:rsidR="00323853" w:rsidRPr="00323853">
        <w:rPr>
          <w:lang w:val="nl-NL"/>
        </w:rPr>
        <w:sym w:font="Wingdings" w:char="F0E0"/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Nieuwe koppeling maken</w:t>
      </w:r>
      <w:r w:rsidR="00323853">
        <w:rPr>
          <w:lang w:val="nl-NL"/>
        </w:rPr>
        <w:t xml:space="preserve"> </w:t>
      </w:r>
      <w:r w:rsidR="00323853" w:rsidRPr="00323853">
        <w:rPr>
          <w:lang w:val="nl-NL"/>
        </w:rPr>
        <w:sym w:font="Wingdings" w:char="F0E0"/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Probleem opgelost</w:t>
      </w:r>
    </w:p>
    <w:p w14:paraId="4E389A8E" w14:textId="77777777" w:rsidR="000A63D8" w:rsidRPr="000A63D8" w:rsidRDefault="000A63D8" w:rsidP="00323853">
      <w:pPr>
        <w:pStyle w:val="Kop1"/>
        <w:rPr>
          <w:lang w:val="nl-NL"/>
        </w:rPr>
      </w:pPr>
      <w:r w:rsidRPr="000A63D8">
        <w:rPr>
          <w:lang w:val="nl-NL"/>
        </w:rPr>
        <w:lastRenderedPageBreak/>
        <w:t xml:space="preserve">Wanneer moet je een </w:t>
      </w:r>
      <w:proofErr w:type="spellStart"/>
      <w:r w:rsidRPr="000A63D8">
        <w:rPr>
          <w:lang w:val="nl-NL"/>
        </w:rPr>
        <w:t>fabrieksreset</w:t>
      </w:r>
      <w:proofErr w:type="spellEnd"/>
      <w:r w:rsidRPr="000A63D8">
        <w:rPr>
          <w:lang w:val="nl-NL"/>
        </w:rPr>
        <w:t xml:space="preserve"> doen?</w:t>
      </w:r>
    </w:p>
    <w:p w14:paraId="513718C4" w14:textId="1FF8D5D3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Bijna nooit.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Alleen wanneer: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 xml:space="preserve">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zich vreemd blijft gedragen;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software beschadigd lijkt;</w:t>
      </w:r>
      <w:r w:rsidR="00323853">
        <w:rPr>
          <w:lang w:val="nl-NL"/>
        </w:rPr>
        <w:t xml:space="preserve">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dit adviseert.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 xml:space="preserve">Na een </w:t>
      </w:r>
      <w:proofErr w:type="spellStart"/>
      <w:r w:rsidRPr="000A63D8">
        <w:rPr>
          <w:lang w:val="nl-NL"/>
        </w:rPr>
        <w:t>fabrieksreset</w:t>
      </w:r>
      <w:proofErr w:type="spellEnd"/>
      <w:r w:rsidRPr="000A63D8">
        <w:rPr>
          <w:lang w:val="nl-NL"/>
        </w:rPr>
        <w:t xml:space="preserve"> moet je alles opnieuw instellen.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 xml:space="preserve">Gebruik dit dus als </w:t>
      </w:r>
      <w:r w:rsidRPr="000A63D8">
        <w:rPr>
          <w:b/>
          <w:bCs/>
          <w:lang w:val="nl-NL"/>
        </w:rPr>
        <w:t>laatste redmiddel</w:t>
      </w:r>
      <w:r w:rsidRPr="000A63D8">
        <w:rPr>
          <w:lang w:val="nl-NL"/>
        </w:rPr>
        <w:t>.</w:t>
      </w:r>
    </w:p>
    <w:p w14:paraId="49BDF0F8" w14:textId="282FC44A" w:rsidR="000A63D8" w:rsidRPr="000A63D8" w:rsidRDefault="000A63D8" w:rsidP="00A248D5">
      <w:pPr>
        <w:spacing w:after="0"/>
        <w:rPr>
          <w:lang w:val="nl-NL"/>
        </w:rPr>
      </w:pPr>
    </w:p>
    <w:p w14:paraId="0A2347C0" w14:textId="77777777" w:rsidR="00323853" w:rsidRDefault="00323853" w:rsidP="00A248D5">
      <w:pPr>
        <w:spacing w:after="0"/>
        <w:rPr>
          <w:b/>
          <w:bCs/>
          <w:lang w:val="nl-NL"/>
        </w:rPr>
      </w:pPr>
    </w:p>
    <w:p w14:paraId="4A6B6ACB" w14:textId="77777777" w:rsidR="00323853" w:rsidRDefault="00323853">
      <w:pPr>
        <w:rPr>
          <w:b/>
          <w:bCs/>
          <w:lang w:val="nl-NL"/>
        </w:rPr>
      </w:pPr>
      <w:r>
        <w:rPr>
          <w:b/>
          <w:bCs/>
          <w:lang w:val="nl-NL"/>
        </w:rPr>
        <w:br w:type="page"/>
      </w:r>
    </w:p>
    <w:p w14:paraId="3E07331F" w14:textId="4F6E02BA" w:rsidR="000A63D8" w:rsidRPr="000A63D8" w:rsidRDefault="000A63D8" w:rsidP="00323853">
      <w:pPr>
        <w:pStyle w:val="Titel"/>
      </w:pPr>
      <w:r w:rsidRPr="000A63D8">
        <w:lastRenderedPageBreak/>
        <w:t xml:space="preserve">12 – Een complete camperreis met Apple </w:t>
      </w:r>
      <w:proofErr w:type="spellStart"/>
      <w:r w:rsidRPr="000A63D8">
        <w:t>CarPlay</w:t>
      </w:r>
      <w:proofErr w:type="spellEnd"/>
    </w:p>
    <w:p w14:paraId="638B2A12" w14:textId="5E65F5D0" w:rsidR="000A63D8" w:rsidRPr="000A63D8" w:rsidRDefault="000A63D8" w:rsidP="00323853">
      <w:pPr>
        <w:pStyle w:val="Kop1"/>
        <w:rPr>
          <w:lang w:val="nl-NL"/>
        </w:rPr>
      </w:pPr>
      <w:r w:rsidRPr="000A63D8">
        <w:rPr>
          <w:lang w:val="nl-NL"/>
        </w:rPr>
        <w:t>Scenario</w:t>
      </w:r>
    </w:p>
    <w:p w14:paraId="20D52862" w14:textId="7AB9B3D4" w:rsidR="000A63D8" w:rsidRPr="000A63D8" w:rsidRDefault="00323853" w:rsidP="00A248D5">
      <w:pPr>
        <w:spacing w:after="0"/>
        <w:rPr>
          <w:lang w:val="nl-NL"/>
        </w:rPr>
      </w:pPr>
      <w:r>
        <w:rPr>
          <w:lang w:val="nl-NL"/>
        </w:rPr>
        <w:t>H</w:t>
      </w:r>
      <w:r w:rsidR="000A63D8" w:rsidRPr="000A63D8">
        <w:rPr>
          <w:lang w:val="nl-NL"/>
        </w:rPr>
        <w:t xml:space="preserve">et is </w:t>
      </w:r>
      <w:r w:rsidR="000A63D8" w:rsidRPr="000A63D8">
        <w:rPr>
          <w:b/>
          <w:bCs/>
          <w:lang w:val="nl-NL"/>
        </w:rPr>
        <w:t>8.30 uur</w:t>
      </w:r>
      <w:r w:rsidR="000A63D8" w:rsidRPr="000A63D8">
        <w:rPr>
          <w:lang w:val="nl-NL"/>
        </w:rPr>
        <w:t>.</w:t>
      </w:r>
      <w:r>
        <w:rPr>
          <w:lang w:val="nl-NL"/>
        </w:rPr>
        <w:t xml:space="preserve"> </w:t>
      </w:r>
      <w:r w:rsidR="000A63D8" w:rsidRPr="000A63D8">
        <w:rPr>
          <w:lang w:val="nl-NL"/>
        </w:rPr>
        <w:t xml:space="preserve">Je staat op een camping in </w:t>
      </w:r>
      <w:r w:rsidR="000A63D8" w:rsidRPr="000A63D8">
        <w:rPr>
          <w:b/>
          <w:bCs/>
          <w:lang w:val="nl-NL"/>
        </w:rPr>
        <w:t>Langres (Frankrijk)</w:t>
      </w:r>
      <w:r w:rsidR="000A63D8" w:rsidRPr="000A63D8">
        <w:rPr>
          <w:lang w:val="nl-NL"/>
        </w:rPr>
        <w:t>.</w:t>
      </w:r>
      <w:r>
        <w:rPr>
          <w:lang w:val="nl-NL"/>
        </w:rPr>
        <w:t xml:space="preserve"> </w:t>
      </w:r>
      <w:r w:rsidR="000A63D8" w:rsidRPr="000A63D8">
        <w:rPr>
          <w:lang w:val="nl-NL"/>
        </w:rPr>
        <w:t xml:space="preserve">Vandaag rijd je naar </w:t>
      </w:r>
      <w:proofErr w:type="spellStart"/>
      <w:r w:rsidR="000A63D8" w:rsidRPr="000A63D8">
        <w:rPr>
          <w:b/>
          <w:bCs/>
          <w:lang w:val="nl-NL"/>
        </w:rPr>
        <w:t>L'Isle-d'Abeau</w:t>
      </w:r>
      <w:proofErr w:type="spellEnd"/>
      <w:r w:rsidR="000A63D8" w:rsidRPr="000A63D8">
        <w:rPr>
          <w:lang w:val="nl-NL"/>
        </w:rPr>
        <w:t>.</w:t>
      </w:r>
    </w:p>
    <w:p w14:paraId="12D770DE" w14:textId="7C5C5813" w:rsidR="000A63D8" w:rsidRPr="000A63D8" w:rsidRDefault="000A63D8" w:rsidP="00323853">
      <w:pPr>
        <w:tabs>
          <w:tab w:val="num" w:pos="720"/>
        </w:tabs>
        <w:spacing w:after="0"/>
        <w:rPr>
          <w:lang w:val="nl-NL"/>
        </w:rPr>
      </w:pPr>
      <w:r w:rsidRPr="000A63D8">
        <w:rPr>
          <w:lang w:val="nl-NL"/>
        </w:rPr>
        <w:t>Onderweg wil je: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koffie drinken;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tanken;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boodschappen doen;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muziek luisteren;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 xml:space="preserve">een </w:t>
      </w:r>
      <w:proofErr w:type="gramStart"/>
      <w:r w:rsidRPr="000A63D8">
        <w:rPr>
          <w:lang w:val="nl-NL"/>
        </w:rPr>
        <w:t xml:space="preserve">WhatsApp 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turen</w:t>
      </w:r>
      <w:proofErr w:type="gramEnd"/>
      <w:r w:rsidRPr="000A63D8">
        <w:rPr>
          <w:lang w:val="nl-NL"/>
        </w:rPr>
        <w:t>;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veilig aankomen.</w:t>
      </w:r>
      <w:r w:rsidR="00323853">
        <w:rPr>
          <w:lang w:val="nl-NL"/>
        </w:rPr>
        <w:t xml:space="preserve"> </w:t>
      </w:r>
      <w:r w:rsidR="00323853" w:rsidRPr="00323853">
        <w:rPr>
          <w:lang w:val="nl-NL"/>
        </w:rPr>
        <w:sym w:font="Wingdings" w:char="F0E0"/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 xml:space="preserve">Alles doen we met Apple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>.</w:t>
      </w:r>
    </w:p>
    <w:p w14:paraId="397C61FE" w14:textId="77777777" w:rsidR="000A63D8" w:rsidRPr="000A63D8" w:rsidRDefault="000A63D8" w:rsidP="00323853">
      <w:pPr>
        <w:pStyle w:val="Kop1"/>
        <w:rPr>
          <w:lang w:val="nl-NL"/>
        </w:rPr>
      </w:pPr>
      <w:r w:rsidRPr="000A63D8">
        <w:rPr>
          <w:lang w:val="nl-NL"/>
        </w:rPr>
        <w:t>08.30 – Je stapt in</w:t>
      </w:r>
    </w:p>
    <w:p w14:paraId="411508B0" w14:textId="2620E920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hoeft nog niets aan te raken.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Je start de camper.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 xml:space="preserve">De </w:t>
      </w:r>
      <w:proofErr w:type="spellStart"/>
      <w:r w:rsidRPr="000A63D8">
        <w:rPr>
          <w:lang w:val="nl-NL"/>
        </w:rPr>
        <w:t>Pioneer</w:t>
      </w:r>
      <w:proofErr w:type="spellEnd"/>
      <w:r w:rsidRPr="000A63D8">
        <w:rPr>
          <w:lang w:val="nl-NL"/>
        </w:rPr>
        <w:t xml:space="preserve"> start op.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 xml:space="preserve">Na ongeveer 15 seconden verschijnt automatisch Apple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>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Dat is het enige waarop je wacht.</w:t>
      </w:r>
    </w:p>
    <w:p w14:paraId="5EFB2359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b/>
          <w:bCs/>
          <w:lang w:val="nl-NL"/>
        </w:rPr>
        <w:t>Niet meteen allerlei knoppen indrukken.</w:t>
      </w:r>
    </w:p>
    <w:p w14:paraId="7331ACD2" w14:textId="77777777" w:rsidR="000A63D8" w:rsidRPr="000A63D8" w:rsidRDefault="000A63D8" w:rsidP="00323853">
      <w:pPr>
        <w:pStyle w:val="Kop1"/>
        <w:rPr>
          <w:lang w:val="nl-NL"/>
        </w:rPr>
      </w:pPr>
      <w:r w:rsidRPr="000A63D8">
        <w:rPr>
          <w:lang w:val="nl-NL"/>
        </w:rPr>
        <w:t>08.31 – Controle vóór vertrek</w:t>
      </w:r>
    </w:p>
    <w:p w14:paraId="53BFF0BE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Kijk even naar het scherm.</w:t>
      </w:r>
    </w:p>
    <w:p w14:paraId="7C0703BB" w14:textId="616FB20F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Controleer:</w:t>
      </w:r>
      <w:r w:rsidR="00323853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✅</w:t>
      </w:r>
      <w:r w:rsidRPr="000A63D8">
        <w:rPr>
          <w:lang w:val="nl-NL"/>
        </w:rPr>
        <w:t xml:space="preserve">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verbonden</w:t>
      </w:r>
      <w:r w:rsidR="00323853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✅</w:t>
      </w:r>
      <w:r w:rsidRPr="000A63D8">
        <w:rPr>
          <w:lang w:val="nl-NL"/>
        </w:rPr>
        <w:t xml:space="preserve"> Batterij van de iPhone voldoende</w:t>
      </w:r>
      <w:r w:rsidR="00323853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✅</w:t>
      </w:r>
      <w:r w:rsidRPr="000A63D8">
        <w:rPr>
          <w:lang w:val="nl-NL"/>
        </w:rPr>
        <w:t xml:space="preserve"> Bluetooth actief</w:t>
      </w:r>
      <w:r w:rsidR="00323853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✅</w:t>
      </w:r>
      <w:r w:rsidRPr="000A63D8">
        <w:rPr>
          <w:lang w:val="nl-NL"/>
        </w:rPr>
        <w:t xml:space="preserve"> 4G/5G-bereik (indien beschikbaar)</w:t>
      </w:r>
      <w:r w:rsidR="00323853">
        <w:rPr>
          <w:lang w:val="nl-NL"/>
        </w:rPr>
        <w:t xml:space="preserve"> </w:t>
      </w:r>
      <w:r w:rsidRPr="000A63D8">
        <w:rPr>
          <w:rFonts w:ascii="Segoe UI Emoji" w:hAnsi="Segoe UI Emoji" w:cs="Segoe UI Emoji"/>
          <w:lang w:val="nl-NL"/>
        </w:rPr>
        <w:t>✅</w:t>
      </w:r>
      <w:r w:rsidRPr="000A63D8">
        <w:rPr>
          <w:lang w:val="nl-NL"/>
        </w:rPr>
        <w:t xml:space="preserve"> Tijd klopt</w:t>
      </w:r>
    </w:p>
    <w:p w14:paraId="115F5C1A" w14:textId="77777777" w:rsidR="000A63D8" w:rsidRPr="000A63D8" w:rsidRDefault="000A63D8" w:rsidP="00323853">
      <w:pPr>
        <w:pStyle w:val="Kop1"/>
        <w:rPr>
          <w:lang w:val="nl-NL"/>
        </w:rPr>
      </w:pPr>
      <w:r w:rsidRPr="000A63D8">
        <w:rPr>
          <w:lang w:val="nl-NL"/>
        </w:rPr>
        <w:t>08.32 – Bestemming instellen</w:t>
      </w:r>
    </w:p>
    <w:p w14:paraId="399FA883" w14:textId="5005A41A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raakt het scherm niet aan.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Je zegt:</w:t>
      </w:r>
      <w:r w:rsidR="00323853">
        <w:rPr>
          <w:lang w:val="nl-NL"/>
        </w:rPr>
        <w:t xml:space="preserve"> </w:t>
      </w:r>
      <w:r w:rsidRPr="000A63D8">
        <w:rPr>
          <w:b/>
          <w:bCs/>
          <w:lang w:val="nl-NL"/>
        </w:rPr>
        <w:t xml:space="preserve">"Hé </w:t>
      </w:r>
      <w:proofErr w:type="spellStart"/>
      <w:r w:rsidRPr="000A63D8">
        <w:rPr>
          <w:b/>
          <w:bCs/>
          <w:lang w:val="nl-NL"/>
        </w:rPr>
        <w:t>Siri</w:t>
      </w:r>
      <w:proofErr w:type="spellEnd"/>
      <w:r w:rsidRPr="000A63D8">
        <w:rPr>
          <w:b/>
          <w:bCs/>
          <w:lang w:val="nl-NL"/>
        </w:rPr>
        <w:t xml:space="preserve">, navigeer naar </w:t>
      </w:r>
      <w:proofErr w:type="spellStart"/>
      <w:r w:rsidRPr="000A63D8">
        <w:rPr>
          <w:b/>
          <w:bCs/>
          <w:lang w:val="nl-NL"/>
        </w:rPr>
        <w:t>L'Isle-d'Abeau</w:t>
      </w:r>
      <w:proofErr w:type="spellEnd"/>
      <w:r w:rsidRPr="000A63D8">
        <w:rPr>
          <w:b/>
          <w:bCs/>
          <w:lang w:val="nl-NL"/>
        </w:rPr>
        <w:t>."</w:t>
      </w:r>
    </w:p>
    <w:p w14:paraId="0A53AAEB" w14:textId="02246A7B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Google </w:t>
      </w:r>
      <w:proofErr w:type="spellStart"/>
      <w:r w:rsidRPr="000A63D8">
        <w:rPr>
          <w:lang w:val="nl-NL"/>
        </w:rPr>
        <w:t>Maps</w:t>
      </w:r>
      <w:proofErr w:type="spellEnd"/>
      <w:r w:rsidRPr="000A63D8">
        <w:rPr>
          <w:lang w:val="nl-NL"/>
        </w:rPr>
        <w:t xml:space="preserve"> opent.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De route verschijnt.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Je bent klaar.</w:t>
      </w:r>
    </w:p>
    <w:p w14:paraId="50893B39" w14:textId="77777777" w:rsidR="000A63D8" w:rsidRPr="000A63D8" w:rsidRDefault="000A63D8" w:rsidP="00323853">
      <w:pPr>
        <w:pStyle w:val="Kop1"/>
        <w:rPr>
          <w:lang w:val="nl-NL"/>
        </w:rPr>
      </w:pPr>
      <w:r w:rsidRPr="000A63D8">
        <w:rPr>
          <w:lang w:val="nl-NL"/>
        </w:rPr>
        <w:t>08.33 – Muziek starten</w:t>
      </w:r>
    </w:p>
    <w:p w14:paraId="27E0610F" w14:textId="16C24589" w:rsidR="000A63D8" w:rsidRPr="000A63D8" w:rsidRDefault="00323853" w:rsidP="00A248D5">
      <w:pPr>
        <w:spacing w:after="0"/>
        <w:rPr>
          <w:lang w:val="nl-NL"/>
        </w:rPr>
      </w:pPr>
      <w:r>
        <w:rPr>
          <w:lang w:val="nl-NL"/>
        </w:rPr>
        <w:t xml:space="preserve"> J</w:t>
      </w:r>
      <w:r w:rsidR="000A63D8" w:rsidRPr="000A63D8">
        <w:rPr>
          <w:lang w:val="nl-NL"/>
        </w:rPr>
        <w:t>e zegt:</w:t>
      </w:r>
      <w:r>
        <w:rPr>
          <w:lang w:val="nl-NL"/>
        </w:rPr>
        <w:t xml:space="preserve"> </w:t>
      </w:r>
      <w:r w:rsidR="000A63D8" w:rsidRPr="000A63D8">
        <w:rPr>
          <w:b/>
          <w:bCs/>
          <w:lang w:val="nl-NL"/>
        </w:rPr>
        <w:t>"Speel mijn afspeellijst Frankrijk."</w:t>
      </w:r>
      <w:r>
        <w:rPr>
          <w:b/>
          <w:bCs/>
          <w:lang w:val="nl-NL"/>
        </w:rPr>
        <w:t xml:space="preserve"> </w:t>
      </w:r>
      <w:proofErr w:type="spellStart"/>
      <w:r w:rsidR="000A63D8" w:rsidRPr="000A63D8">
        <w:rPr>
          <w:lang w:val="nl-NL"/>
        </w:rPr>
        <w:t>Spotify</w:t>
      </w:r>
      <w:proofErr w:type="spellEnd"/>
      <w:r w:rsidR="000A63D8" w:rsidRPr="000A63D8">
        <w:rPr>
          <w:lang w:val="nl-NL"/>
        </w:rPr>
        <w:t xml:space="preserve"> begint te spelen.</w:t>
      </w:r>
      <w:r>
        <w:rPr>
          <w:lang w:val="nl-NL"/>
        </w:rPr>
        <w:t xml:space="preserve"> </w:t>
      </w:r>
      <w:r w:rsidR="000A63D8" w:rsidRPr="000A63D8">
        <w:rPr>
          <w:lang w:val="nl-NL"/>
        </w:rPr>
        <w:t>Je hoeft niets te zoeken.</w:t>
      </w:r>
    </w:p>
    <w:p w14:paraId="02F0A81C" w14:textId="77777777" w:rsidR="000A63D8" w:rsidRPr="000A63D8" w:rsidRDefault="000A63D8" w:rsidP="00323853">
      <w:pPr>
        <w:pStyle w:val="Kop1"/>
        <w:rPr>
          <w:lang w:val="nl-NL"/>
        </w:rPr>
      </w:pPr>
      <w:r w:rsidRPr="000A63D8">
        <w:rPr>
          <w:lang w:val="nl-NL"/>
        </w:rPr>
        <w:lastRenderedPageBreak/>
        <w:t>09.15 – Onderweg koffie</w:t>
      </w:r>
    </w:p>
    <w:p w14:paraId="5C48F9AB" w14:textId="068B8280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Na ongeveer drie kwartier krijg je zin in koffie.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Je zegt:</w:t>
      </w:r>
      <w:r w:rsidR="00323853">
        <w:rPr>
          <w:lang w:val="nl-NL"/>
        </w:rPr>
        <w:t xml:space="preserve"> </w:t>
      </w:r>
      <w:r w:rsidRPr="000A63D8">
        <w:rPr>
          <w:b/>
          <w:bCs/>
          <w:lang w:val="nl-NL"/>
        </w:rPr>
        <w:t>"Zoek een koffiebar langs mijn route."</w:t>
      </w:r>
      <w:r w:rsidR="00323853">
        <w:rPr>
          <w:b/>
          <w:bCs/>
          <w:lang w:val="nl-NL"/>
        </w:rPr>
        <w:t xml:space="preserve">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laat een aantal mogelijkheden zien.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Je kiest er één.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 xml:space="preserve">Google </w:t>
      </w:r>
      <w:proofErr w:type="spellStart"/>
      <w:r w:rsidRPr="000A63D8">
        <w:rPr>
          <w:lang w:val="nl-NL"/>
        </w:rPr>
        <w:t>Maps</w:t>
      </w:r>
      <w:proofErr w:type="spellEnd"/>
      <w:r w:rsidRPr="000A63D8">
        <w:rPr>
          <w:lang w:val="nl-NL"/>
        </w:rPr>
        <w:t xml:space="preserve"> voegt deze toe als tussenstop.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Na de koffie gaat de route automatisch verder.</w:t>
      </w:r>
    </w:p>
    <w:p w14:paraId="4ED13088" w14:textId="77777777" w:rsidR="000A63D8" w:rsidRPr="000A63D8" w:rsidRDefault="000A63D8" w:rsidP="00323853">
      <w:pPr>
        <w:pStyle w:val="Kop1"/>
        <w:rPr>
          <w:lang w:val="nl-NL"/>
        </w:rPr>
      </w:pPr>
      <w:r w:rsidRPr="000A63D8">
        <w:rPr>
          <w:lang w:val="nl-NL"/>
        </w:rPr>
        <w:t>10.00 – Tanken</w:t>
      </w:r>
    </w:p>
    <w:p w14:paraId="570FEF58" w14:textId="778405D2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De brandstofmeter komt onder een kwart.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Je zegt:</w:t>
      </w:r>
      <w:r w:rsidR="00323853">
        <w:rPr>
          <w:lang w:val="nl-NL"/>
        </w:rPr>
        <w:t xml:space="preserve"> </w:t>
      </w:r>
      <w:r w:rsidRPr="000A63D8">
        <w:rPr>
          <w:b/>
          <w:bCs/>
          <w:lang w:val="nl-NL"/>
        </w:rPr>
        <w:t>"Zoek een tankstation langs mijn route."</w:t>
      </w:r>
    </w:p>
    <w:p w14:paraId="0C93F05E" w14:textId="2EE7AF0E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Binnen enkele seconden zie je verschillende opties.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Je kiest de meest geschikte.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Na het tanken ga je automatisch verder naar je eindbestemming.</w:t>
      </w:r>
    </w:p>
    <w:p w14:paraId="19435BD0" w14:textId="77777777" w:rsidR="000A63D8" w:rsidRPr="000A63D8" w:rsidRDefault="000A63D8" w:rsidP="00323853">
      <w:pPr>
        <w:pStyle w:val="Kop1"/>
        <w:rPr>
          <w:lang w:val="nl-NL"/>
        </w:rPr>
      </w:pPr>
      <w:r w:rsidRPr="000A63D8">
        <w:rPr>
          <w:lang w:val="nl-NL"/>
        </w:rPr>
        <w:t>11.00 – Boodschappen</w:t>
      </w:r>
    </w:p>
    <w:p w14:paraId="05C6F4EB" w14:textId="70D42F2B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hebt brood nodig.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Je zegt:</w:t>
      </w:r>
      <w:r w:rsidR="00323853">
        <w:rPr>
          <w:lang w:val="nl-NL"/>
        </w:rPr>
        <w:t xml:space="preserve"> </w:t>
      </w:r>
      <w:r w:rsidRPr="000A63D8">
        <w:rPr>
          <w:b/>
          <w:bCs/>
          <w:lang w:val="nl-NL"/>
        </w:rPr>
        <w:t>"Zoek een Lidl langs mijn route."</w:t>
      </w:r>
      <w:r w:rsidR="00323853">
        <w:rPr>
          <w:b/>
          <w:bCs/>
          <w:lang w:val="nl-NL"/>
        </w:rPr>
        <w:t xml:space="preserve"> </w:t>
      </w:r>
      <w:r w:rsidRPr="000A63D8">
        <w:rPr>
          <w:lang w:val="nl-NL"/>
        </w:rPr>
        <w:t>Of:</w:t>
      </w:r>
      <w:r w:rsidR="00323853">
        <w:rPr>
          <w:lang w:val="nl-NL"/>
        </w:rPr>
        <w:t xml:space="preserve"> </w:t>
      </w:r>
      <w:r w:rsidRPr="000A63D8">
        <w:rPr>
          <w:b/>
          <w:bCs/>
          <w:lang w:val="nl-NL"/>
        </w:rPr>
        <w:t>"Zoek een Carrefour."</w:t>
      </w:r>
    </w:p>
    <w:p w14:paraId="1273CC6F" w14:textId="1DB9992B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De navigatie past de route tijdelijk aan.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Na het boodschappen doen vervolg je automatisch de reis.</w:t>
      </w:r>
    </w:p>
    <w:p w14:paraId="7FF8401F" w14:textId="77777777" w:rsidR="000A63D8" w:rsidRPr="000A63D8" w:rsidRDefault="000A63D8" w:rsidP="00323853">
      <w:pPr>
        <w:pStyle w:val="Kop1"/>
        <w:rPr>
          <w:lang w:val="nl-NL"/>
        </w:rPr>
      </w:pPr>
      <w:r w:rsidRPr="000A63D8">
        <w:rPr>
          <w:lang w:val="nl-NL"/>
        </w:rPr>
        <w:t>12.30 – Een WhatsApp sturen</w:t>
      </w:r>
    </w:p>
    <w:p w14:paraId="2A7130A4" w14:textId="0003CBF4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wilt laten weten dat je rond twee uur aankomt.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Je zegt:</w:t>
      </w:r>
      <w:r w:rsidR="00323853">
        <w:rPr>
          <w:lang w:val="nl-NL"/>
        </w:rPr>
        <w:t xml:space="preserve"> </w:t>
      </w:r>
      <w:r w:rsidRPr="000A63D8">
        <w:rPr>
          <w:b/>
          <w:bCs/>
          <w:lang w:val="nl-NL"/>
        </w:rPr>
        <w:t>"Stuur een WhatsApp naar Frank."</w:t>
      </w:r>
      <w:r w:rsidR="00323853">
        <w:rPr>
          <w:b/>
          <w:bCs/>
          <w:lang w:val="nl-NL"/>
        </w:rPr>
        <w:t xml:space="preserve">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vraagt: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"Wat wil je zeggen?"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Je antwoordt: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"We verwachten rond twee uur aan te komen."</w:t>
      </w:r>
    </w:p>
    <w:p w14:paraId="40CE6B80" w14:textId="09E652AE" w:rsidR="000A63D8" w:rsidRPr="000A63D8" w:rsidRDefault="000A63D8" w:rsidP="00A248D5">
      <w:pPr>
        <w:spacing w:after="0"/>
        <w:rPr>
          <w:lang w:val="nl-NL"/>
        </w:rPr>
      </w:pP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leest het bericht voor.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Je zegt: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"Verstuur."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Je hebt het scherm niet één keer aangeraakt.</w:t>
      </w:r>
    </w:p>
    <w:p w14:paraId="540ED9FE" w14:textId="77777777" w:rsidR="000A63D8" w:rsidRPr="000A63D8" w:rsidRDefault="000A63D8" w:rsidP="00323853">
      <w:pPr>
        <w:pStyle w:val="Kop1"/>
        <w:rPr>
          <w:lang w:val="nl-NL"/>
        </w:rPr>
      </w:pPr>
      <w:r w:rsidRPr="000A63D8">
        <w:rPr>
          <w:lang w:val="nl-NL"/>
        </w:rPr>
        <w:t>13.00 – Een telefoontje</w:t>
      </w:r>
    </w:p>
    <w:p w14:paraId="4250D8A9" w14:textId="5F86ABBD" w:rsidR="000A63D8" w:rsidRPr="000A63D8" w:rsidRDefault="00323853" w:rsidP="00A248D5">
      <w:pPr>
        <w:spacing w:after="0"/>
        <w:rPr>
          <w:lang w:val="nl-NL"/>
        </w:rPr>
      </w:pPr>
      <w:r>
        <w:rPr>
          <w:lang w:val="nl-NL"/>
        </w:rPr>
        <w:t>Lianne</w:t>
      </w:r>
      <w:r w:rsidR="000A63D8" w:rsidRPr="000A63D8">
        <w:rPr>
          <w:lang w:val="nl-NL"/>
        </w:rPr>
        <w:t xml:space="preserve"> belt.</w:t>
      </w:r>
      <w:r>
        <w:rPr>
          <w:lang w:val="nl-NL"/>
        </w:rPr>
        <w:t xml:space="preserve"> </w:t>
      </w:r>
      <w:r w:rsidR="000A63D8" w:rsidRPr="000A63D8">
        <w:rPr>
          <w:lang w:val="nl-NL"/>
        </w:rPr>
        <w:t>Op het scherm verschijnen twee knoppen:</w:t>
      </w:r>
      <w:r>
        <w:rPr>
          <w:lang w:val="nl-NL"/>
        </w:rPr>
        <w:t xml:space="preserve"> </w:t>
      </w:r>
      <w:r w:rsidR="000A63D8" w:rsidRPr="000A63D8">
        <w:rPr>
          <w:rFonts w:ascii="Segoe UI Emoji" w:hAnsi="Segoe UI Emoji" w:cs="Segoe UI Emoji"/>
          <w:lang w:val="nl-NL"/>
        </w:rPr>
        <w:t>✅</w:t>
      </w:r>
      <w:r w:rsidR="000A63D8" w:rsidRPr="000A63D8">
        <w:rPr>
          <w:lang w:val="nl-NL"/>
        </w:rPr>
        <w:t xml:space="preserve"> Accepteren</w:t>
      </w:r>
      <w:r>
        <w:rPr>
          <w:lang w:val="nl-NL"/>
        </w:rPr>
        <w:t xml:space="preserve"> </w:t>
      </w:r>
      <w:r w:rsidR="000A63D8" w:rsidRPr="000A63D8">
        <w:rPr>
          <w:rFonts w:ascii="Segoe UI Emoji" w:hAnsi="Segoe UI Emoji" w:cs="Segoe UI Emoji"/>
          <w:lang w:val="nl-NL"/>
        </w:rPr>
        <w:t>❌</w:t>
      </w:r>
      <w:r w:rsidR="000A63D8" w:rsidRPr="000A63D8">
        <w:rPr>
          <w:lang w:val="nl-NL"/>
        </w:rPr>
        <w:t xml:space="preserve"> Weigeren</w:t>
      </w:r>
    </w:p>
    <w:p w14:paraId="0B43F0F0" w14:textId="374D53EC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neemt het gesprek aan.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 xml:space="preserve">Na afloop keert Google </w:t>
      </w:r>
      <w:proofErr w:type="spellStart"/>
      <w:r w:rsidRPr="000A63D8">
        <w:rPr>
          <w:lang w:val="nl-NL"/>
        </w:rPr>
        <w:t>Maps</w:t>
      </w:r>
      <w:proofErr w:type="spellEnd"/>
      <w:r w:rsidRPr="000A63D8">
        <w:rPr>
          <w:lang w:val="nl-NL"/>
        </w:rPr>
        <w:t xml:space="preserve"> automatisch terug.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De route loopt gewoon door.</w:t>
      </w:r>
    </w:p>
    <w:p w14:paraId="447DCA1B" w14:textId="77777777" w:rsidR="000A63D8" w:rsidRPr="000A63D8" w:rsidRDefault="000A63D8" w:rsidP="00323853">
      <w:pPr>
        <w:pStyle w:val="Kop1"/>
        <w:rPr>
          <w:lang w:val="nl-NL"/>
        </w:rPr>
      </w:pPr>
      <w:r w:rsidRPr="000A63D8">
        <w:rPr>
          <w:lang w:val="nl-NL"/>
        </w:rPr>
        <w:t>13.30 – Het weer</w:t>
      </w:r>
    </w:p>
    <w:p w14:paraId="4640F3B6" w14:textId="74E32708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ziet donkere wolken.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Je vraagt:</w:t>
      </w:r>
      <w:r w:rsidR="00323853">
        <w:rPr>
          <w:lang w:val="nl-NL"/>
        </w:rPr>
        <w:t xml:space="preserve"> </w:t>
      </w:r>
      <w:r w:rsidRPr="000A63D8">
        <w:rPr>
          <w:b/>
          <w:bCs/>
          <w:lang w:val="nl-NL"/>
        </w:rPr>
        <w:t xml:space="preserve">"Hoe wordt het weer in </w:t>
      </w:r>
      <w:proofErr w:type="spellStart"/>
      <w:r w:rsidRPr="000A63D8">
        <w:rPr>
          <w:b/>
          <w:bCs/>
          <w:lang w:val="nl-NL"/>
        </w:rPr>
        <w:t>L'Isle-d'Abeau</w:t>
      </w:r>
      <w:proofErr w:type="spellEnd"/>
      <w:r w:rsidRPr="000A63D8">
        <w:rPr>
          <w:b/>
          <w:bCs/>
          <w:lang w:val="nl-NL"/>
        </w:rPr>
        <w:t>?"</w:t>
      </w:r>
      <w:r w:rsidR="00323853">
        <w:rPr>
          <w:b/>
          <w:bCs/>
          <w:lang w:val="nl-NL"/>
        </w:rPr>
        <w:t xml:space="preserve">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geeft de weersverwachting.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Je besluit de luifel pas later uit te draaien.</w:t>
      </w:r>
    </w:p>
    <w:p w14:paraId="55DBC126" w14:textId="77777777" w:rsidR="000A63D8" w:rsidRPr="000A63D8" w:rsidRDefault="000A63D8" w:rsidP="00323853">
      <w:pPr>
        <w:pStyle w:val="Kop1"/>
        <w:rPr>
          <w:lang w:val="nl-NL"/>
        </w:rPr>
      </w:pPr>
      <w:r w:rsidRPr="000A63D8">
        <w:rPr>
          <w:lang w:val="nl-NL"/>
        </w:rPr>
        <w:lastRenderedPageBreak/>
        <w:t>14.00 – Aankomst</w:t>
      </w:r>
    </w:p>
    <w:p w14:paraId="1FBE59AA" w14:textId="154ED94B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Je rijdt de camping op.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Je stopt de navigatie.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Je zet de camper uit.</w:t>
      </w:r>
      <w:r w:rsidR="00323853">
        <w:rPr>
          <w:lang w:val="nl-NL"/>
        </w:rPr>
        <w:t xml:space="preserve">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sluit automatisch af.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De volgende ochtend begint alles weer precies waar je gebleven was.</w:t>
      </w:r>
    </w:p>
    <w:p w14:paraId="648283BB" w14:textId="0CF2D576" w:rsidR="000A63D8" w:rsidRPr="000A63D8" w:rsidRDefault="000A63D8" w:rsidP="00A248D5">
      <w:pPr>
        <w:spacing w:after="0"/>
        <w:rPr>
          <w:lang w:val="nl-NL"/>
        </w:rPr>
      </w:pPr>
    </w:p>
    <w:p w14:paraId="19786ACC" w14:textId="77777777" w:rsidR="00323853" w:rsidRDefault="00323853" w:rsidP="00A248D5">
      <w:pPr>
        <w:spacing w:after="0"/>
        <w:rPr>
          <w:b/>
          <w:bCs/>
          <w:lang w:val="nl-NL"/>
        </w:rPr>
      </w:pPr>
    </w:p>
    <w:p w14:paraId="030C3DEB" w14:textId="77777777" w:rsidR="00323853" w:rsidRDefault="00323853">
      <w:pPr>
        <w:rPr>
          <w:rFonts w:ascii="Kozuka Gothic Pro H" w:eastAsiaTheme="majorEastAsia" w:hAnsi="Kozuka Gothic Pro H" w:cstheme="majorBidi"/>
          <w:color w:val="00B050"/>
          <w:spacing w:val="5"/>
          <w:kern w:val="28"/>
          <w:sz w:val="52"/>
          <w:szCs w:val="52"/>
          <w:lang w:val="nl-NL"/>
        </w:rPr>
      </w:pPr>
      <w:r>
        <w:br w:type="page"/>
      </w:r>
    </w:p>
    <w:p w14:paraId="2D727877" w14:textId="2F648F7B" w:rsidR="000A63D8" w:rsidRPr="000A63D8" w:rsidRDefault="000A63D8" w:rsidP="00323853">
      <w:pPr>
        <w:pStyle w:val="Titel"/>
      </w:pPr>
      <w:r w:rsidRPr="000A63D8">
        <w:lastRenderedPageBreak/>
        <w:t xml:space="preserve">13 – De beste </w:t>
      </w:r>
      <w:proofErr w:type="spellStart"/>
      <w:r w:rsidRPr="000A63D8">
        <w:t>Siri</w:t>
      </w:r>
      <w:proofErr w:type="spellEnd"/>
      <w:r w:rsidRPr="000A63D8">
        <w:t>-opdrachten voor camperreizigers</w:t>
      </w:r>
    </w:p>
    <w:p w14:paraId="23BC81D1" w14:textId="04FD7127" w:rsidR="000A63D8" w:rsidRPr="000A63D8" w:rsidRDefault="000A63D8" w:rsidP="00323853">
      <w:pPr>
        <w:pStyle w:val="Kop1"/>
        <w:rPr>
          <w:lang w:val="nl-NL"/>
        </w:rPr>
      </w:pPr>
      <w:r w:rsidRPr="000A63D8">
        <w:rPr>
          <w:lang w:val="nl-NL"/>
        </w:rPr>
        <w:t>Deel 1 – Navigeren</w:t>
      </w:r>
    </w:p>
    <w:p w14:paraId="11CCE387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Dit zijn de opdrachten die je waarschijnlijk het vaakst gebruikt.</w:t>
      </w:r>
    </w:p>
    <w:p w14:paraId="154FFDD5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"Navigeer naar Leiden."</w:t>
      </w:r>
    </w:p>
    <w:p w14:paraId="1BFD051F" w14:textId="6CF2D481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"Breng me naar de camping."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"Zoek een camperplaats."</w:t>
      </w:r>
      <w:r w:rsidR="001467F6">
        <w:rPr>
          <w:lang w:val="nl-NL"/>
        </w:rPr>
        <w:t xml:space="preserve"> </w:t>
      </w:r>
      <w:r w:rsidRPr="000A63D8">
        <w:rPr>
          <w:lang w:val="nl-NL"/>
        </w:rPr>
        <w:t>"Zoek een camping."</w:t>
      </w:r>
    </w:p>
    <w:p w14:paraId="5A349EA0" w14:textId="509D3E40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"Zoek een parkeerplaats."</w:t>
      </w:r>
      <w:r w:rsidR="001467F6">
        <w:rPr>
          <w:lang w:val="nl-NL"/>
        </w:rPr>
        <w:t xml:space="preserve"> </w:t>
      </w:r>
      <w:r w:rsidRPr="000A63D8">
        <w:rPr>
          <w:lang w:val="nl-NL"/>
        </w:rPr>
        <w:t>"Zoek een tankstation."</w:t>
      </w:r>
      <w:r w:rsidR="001467F6">
        <w:rPr>
          <w:lang w:val="nl-NL"/>
        </w:rPr>
        <w:t xml:space="preserve"> </w:t>
      </w:r>
      <w:r w:rsidRPr="000A63D8">
        <w:rPr>
          <w:lang w:val="nl-NL"/>
        </w:rPr>
        <w:t xml:space="preserve">"Zoek een </w:t>
      </w:r>
      <w:proofErr w:type="spellStart"/>
      <w:r w:rsidRPr="000A63D8">
        <w:rPr>
          <w:lang w:val="nl-NL"/>
        </w:rPr>
        <w:t>LPG-station</w:t>
      </w:r>
      <w:proofErr w:type="spellEnd"/>
      <w:r w:rsidRPr="000A63D8">
        <w:rPr>
          <w:lang w:val="nl-NL"/>
        </w:rPr>
        <w:t>."</w:t>
      </w:r>
    </w:p>
    <w:p w14:paraId="59DEB5D9" w14:textId="7BBE33E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lang w:val="nl-NL"/>
        </w:rPr>
        <w:t>"Zoek een supermarkt."</w:t>
      </w:r>
      <w:r w:rsidR="00323853">
        <w:rPr>
          <w:lang w:val="nl-NL"/>
        </w:rPr>
        <w:t xml:space="preserve"> </w:t>
      </w:r>
      <w:r w:rsidRPr="000A63D8">
        <w:rPr>
          <w:lang w:val="nl-NL"/>
        </w:rPr>
        <w:t>"Zoek een Lidl."</w:t>
      </w:r>
      <w:r w:rsidR="001467F6">
        <w:rPr>
          <w:lang w:val="nl-NL"/>
        </w:rPr>
        <w:t xml:space="preserve"> </w:t>
      </w:r>
      <w:r w:rsidRPr="000A63D8">
        <w:rPr>
          <w:lang w:val="nl-NL"/>
        </w:rPr>
        <w:t>"Zoek een Carrefour."</w:t>
      </w:r>
    </w:p>
    <w:p w14:paraId="6A87E77D" w14:textId="396BFE69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"Zoek een restaurant."</w:t>
      </w:r>
      <w:r w:rsidR="001467F6">
        <w:rPr>
          <w:lang w:val="nl-NL"/>
        </w:rPr>
        <w:t xml:space="preserve"> </w:t>
      </w:r>
      <w:r w:rsidRPr="000A63D8">
        <w:rPr>
          <w:lang w:val="nl-NL"/>
        </w:rPr>
        <w:t>"Zoek een ziekenhuis."</w:t>
      </w:r>
      <w:r w:rsidR="001467F6">
        <w:rPr>
          <w:lang w:val="nl-NL"/>
        </w:rPr>
        <w:t xml:space="preserve"> </w:t>
      </w:r>
      <w:r w:rsidRPr="000A63D8">
        <w:rPr>
          <w:lang w:val="nl-NL"/>
        </w:rPr>
        <w:t>"Zoek een apotheek."</w:t>
      </w:r>
    </w:p>
    <w:p w14:paraId="28F6E7BD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"Hoe laat kom ik aan?"</w:t>
      </w:r>
    </w:p>
    <w:p w14:paraId="5CED0A3F" w14:textId="7FFF7B95" w:rsidR="000A63D8" w:rsidRPr="000A63D8" w:rsidRDefault="000A63D8" w:rsidP="001467F6">
      <w:pPr>
        <w:pStyle w:val="Kop1"/>
        <w:rPr>
          <w:lang w:val="nl-NL"/>
        </w:rPr>
      </w:pPr>
      <w:r w:rsidRPr="000A63D8">
        <w:rPr>
          <w:lang w:val="nl-NL"/>
        </w:rPr>
        <w:t>Deel 2 – Muzie</w:t>
      </w:r>
      <w:r w:rsidR="001467F6">
        <w:rPr>
          <w:lang w:val="nl-NL"/>
        </w:rPr>
        <w:t>k</w:t>
      </w:r>
    </w:p>
    <w:p w14:paraId="33D790B8" w14:textId="20EB7BC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"Speel mijn afspeellijst Camper."</w:t>
      </w:r>
      <w:r w:rsidR="001467F6">
        <w:rPr>
          <w:lang w:val="nl-NL"/>
        </w:rPr>
        <w:t xml:space="preserve"> </w:t>
      </w:r>
      <w:r w:rsidRPr="000A63D8">
        <w:rPr>
          <w:lang w:val="nl-NL"/>
        </w:rPr>
        <w:t>"Volgend nummer."</w:t>
      </w:r>
      <w:r w:rsidR="001467F6">
        <w:rPr>
          <w:lang w:val="nl-NL"/>
        </w:rPr>
        <w:t xml:space="preserve"> </w:t>
      </w:r>
      <w:r w:rsidRPr="000A63D8">
        <w:rPr>
          <w:lang w:val="nl-NL"/>
        </w:rPr>
        <w:t>"Pauzeer de muziek."</w:t>
      </w:r>
      <w:r w:rsidR="001467F6">
        <w:rPr>
          <w:lang w:val="nl-NL"/>
        </w:rPr>
        <w:t xml:space="preserve"> </w:t>
      </w:r>
      <w:r w:rsidRPr="000A63D8">
        <w:rPr>
          <w:lang w:val="nl-NL"/>
        </w:rPr>
        <w:t>"Ga verder."</w:t>
      </w:r>
      <w:r w:rsidR="001467F6">
        <w:rPr>
          <w:lang w:val="nl-NL"/>
        </w:rPr>
        <w:t xml:space="preserve"> </w:t>
      </w:r>
      <w:r w:rsidRPr="000A63D8">
        <w:rPr>
          <w:lang w:val="nl-NL"/>
        </w:rPr>
        <w:t>"Zet het volume harder."</w:t>
      </w:r>
      <w:r w:rsidR="001467F6">
        <w:rPr>
          <w:lang w:val="nl-NL"/>
        </w:rPr>
        <w:t xml:space="preserve"> </w:t>
      </w:r>
      <w:r w:rsidRPr="000A63D8">
        <w:rPr>
          <w:lang w:val="nl-NL"/>
        </w:rPr>
        <w:t>"Zet het volume zachter."</w:t>
      </w:r>
      <w:r w:rsidR="001467F6">
        <w:rPr>
          <w:lang w:val="nl-NL"/>
        </w:rPr>
        <w:t xml:space="preserve"> </w:t>
      </w:r>
      <w:r w:rsidRPr="000A63D8">
        <w:rPr>
          <w:lang w:val="nl-NL"/>
        </w:rPr>
        <w:t>"Speel mijn favorieten."</w:t>
      </w:r>
      <w:r w:rsidR="001467F6">
        <w:rPr>
          <w:lang w:val="nl-NL"/>
        </w:rPr>
        <w:t xml:space="preserve"> </w:t>
      </w:r>
      <w:r w:rsidRPr="000A63D8">
        <w:rPr>
          <w:lang w:val="nl-NL"/>
        </w:rPr>
        <w:t>"Speel blues."</w:t>
      </w:r>
    </w:p>
    <w:p w14:paraId="20774C11" w14:textId="4101BBC1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"Speel piano."</w:t>
      </w:r>
      <w:r w:rsidR="001467F6">
        <w:rPr>
          <w:lang w:val="nl-NL"/>
        </w:rPr>
        <w:t xml:space="preserve"> </w:t>
      </w:r>
      <w:r w:rsidRPr="000A63D8">
        <w:rPr>
          <w:lang w:val="nl-NL"/>
        </w:rPr>
        <w:t>"Stop de muziek."</w:t>
      </w:r>
    </w:p>
    <w:p w14:paraId="79461686" w14:textId="618281DC" w:rsidR="000A63D8" w:rsidRPr="000A63D8" w:rsidRDefault="000A63D8" w:rsidP="001467F6">
      <w:pPr>
        <w:pStyle w:val="Kop1"/>
        <w:rPr>
          <w:lang w:val="nl-NL"/>
        </w:rPr>
      </w:pPr>
      <w:r w:rsidRPr="000A63D8">
        <w:rPr>
          <w:lang w:val="nl-NL"/>
        </w:rPr>
        <w:t xml:space="preserve">Deel 3 – Telefoneren </w:t>
      </w:r>
    </w:p>
    <w:p w14:paraId="37C1F6B8" w14:textId="1DD698F3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"Bel Lianne."</w:t>
      </w:r>
      <w:r w:rsidR="001467F6">
        <w:rPr>
          <w:lang w:val="nl-NL"/>
        </w:rPr>
        <w:t xml:space="preserve"> </w:t>
      </w:r>
      <w:r w:rsidRPr="000A63D8">
        <w:rPr>
          <w:lang w:val="nl-NL"/>
        </w:rPr>
        <w:t>"Bel de ANWB."</w:t>
      </w:r>
      <w:r w:rsidR="001467F6">
        <w:rPr>
          <w:lang w:val="nl-NL"/>
        </w:rPr>
        <w:t xml:space="preserve"> </w:t>
      </w:r>
      <w:r w:rsidRPr="000A63D8">
        <w:rPr>
          <w:lang w:val="nl-NL"/>
        </w:rPr>
        <w:t xml:space="preserve">"Bel via </w:t>
      </w:r>
      <w:proofErr w:type="spellStart"/>
      <w:r w:rsidRPr="000A63D8">
        <w:rPr>
          <w:lang w:val="nl-NL"/>
        </w:rPr>
        <w:t>FaceTime</w:t>
      </w:r>
      <w:proofErr w:type="spellEnd"/>
      <w:r w:rsidRPr="000A63D8">
        <w:rPr>
          <w:lang w:val="nl-NL"/>
        </w:rPr>
        <w:t xml:space="preserve"> Audio."</w:t>
      </w:r>
      <w:r w:rsidR="001467F6">
        <w:rPr>
          <w:lang w:val="nl-NL"/>
        </w:rPr>
        <w:t xml:space="preserve"> </w:t>
      </w:r>
      <w:r w:rsidRPr="000A63D8">
        <w:rPr>
          <w:lang w:val="nl-NL"/>
        </w:rPr>
        <w:t>"Hang op."</w:t>
      </w:r>
    </w:p>
    <w:p w14:paraId="0F234E65" w14:textId="0EE58EF0" w:rsidR="000A63D8" w:rsidRPr="000A63D8" w:rsidRDefault="000A63D8" w:rsidP="001467F6">
      <w:pPr>
        <w:pStyle w:val="Kop1"/>
        <w:rPr>
          <w:lang w:val="nl-NL"/>
        </w:rPr>
      </w:pPr>
      <w:r w:rsidRPr="000A63D8">
        <w:rPr>
          <w:lang w:val="nl-NL"/>
        </w:rPr>
        <w:t xml:space="preserve">Deel 4 – Berichten </w:t>
      </w:r>
    </w:p>
    <w:p w14:paraId="449DD520" w14:textId="4CE746DD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"Lees mijn berichten."</w:t>
      </w:r>
      <w:r w:rsidR="001467F6">
        <w:rPr>
          <w:lang w:val="nl-NL"/>
        </w:rPr>
        <w:t xml:space="preserve"> </w:t>
      </w:r>
      <w:r w:rsidRPr="000A63D8">
        <w:rPr>
          <w:lang w:val="nl-NL"/>
        </w:rPr>
        <w:t>"Lees mijn laatste WhatsApp."</w:t>
      </w:r>
      <w:r w:rsidR="001467F6">
        <w:rPr>
          <w:lang w:val="nl-NL"/>
        </w:rPr>
        <w:t xml:space="preserve"> </w:t>
      </w:r>
      <w:r w:rsidRPr="000A63D8">
        <w:rPr>
          <w:lang w:val="nl-NL"/>
        </w:rPr>
        <w:t>"Stuur een WhatsApp naar Frank."</w:t>
      </w:r>
      <w:r w:rsidR="001467F6">
        <w:rPr>
          <w:lang w:val="nl-NL"/>
        </w:rPr>
        <w:t xml:space="preserve"> </w:t>
      </w:r>
      <w:r w:rsidRPr="000A63D8">
        <w:rPr>
          <w:lang w:val="nl-NL"/>
        </w:rPr>
        <w:t>"Beantwoord mijn laatste bericht."</w:t>
      </w:r>
      <w:r w:rsidR="001467F6">
        <w:rPr>
          <w:lang w:val="nl-NL"/>
        </w:rPr>
        <w:t xml:space="preserve"> </w:t>
      </w:r>
      <w:r w:rsidRPr="000A63D8">
        <w:rPr>
          <w:lang w:val="nl-NL"/>
        </w:rPr>
        <w:t>"Zeg dat ik onderweg ben."</w:t>
      </w:r>
      <w:r w:rsidR="001467F6">
        <w:rPr>
          <w:lang w:val="nl-NL"/>
        </w:rPr>
        <w:t xml:space="preserve"> </w:t>
      </w:r>
      <w:r w:rsidRPr="000A63D8">
        <w:rPr>
          <w:lang w:val="nl-NL"/>
        </w:rPr>
        <w:t>"Zeg dat ik over een uur aankom."</w:t>
      </w:r>
      <w:r w:rsidR="001467F6">
        <w:rPr>
          <w:lang w:val="nl-NL"/>
        </w:rPr>
        <w:t xml:space="preserve"> </w:t>
      </w:r>
      <w:r w:rsidRPr="000A63D8">
        <w:rPr>
          <w:lang w:val="nl-NL"/>
        </w:rPr>
        <w:t>"Stuur: Ik sta op de camping."</w:t>
      </w:r>
      <w:r w:rsidR="001467F6">
        <w:rPr>
          <w:lang w:val="nl-NL"/>
        </w:rPr>
        <w:t xml:space="preserve"> </w:t>
      </w:r>
      <w:r w:rsidRPr="000A63D8">
        <w:rPr>
          <w:lang w:val="nl-NL"/>
        </w:rPr>
        <w:t>"Stuur een sms."</w:t>
      </w:r>
      <w:r w:rsidR="001467F6">
        <w:rPr>
          <w:lang w:val="nl-NL"/>
        </w:rPr>
        <w:t xml:space="preserve"> </w:t>
      </w:r>
      <w:r w:rsidRPr="000A63D8">
        <w:rPr>
          <w:lang w:val="nl-NL"/>
        </w:rPr>
        <w:t>"Maak een nieuw bericht."</w:t>
      </w:r>
    </w:p>
    <w:p w14:paraId="63A1664E" w14:textId="34B06616" w:rsidR="000A63D8" w:rsidRPr="000A63D8" w:rsidRDefault="000A63D8" w:rsidP="001467F6">
      <w:pPr>
        <w:pStyle w:val="Kop1"/>
        <w:rPr>
          <w:lang w:val="nl-NL"/>
        </w:rPr>
      </w:pPr>
      <w:r w:rsidRPr="000A63D8">
        <w:rPr>
          <w:lang w:val="nl-NL"/>
        </w:rPr>
        <w:t xml:space="preserve">Deel 5 – Informatie onderweg </w:t>
      </w:r>
    </w:p>
    <w:p w14:paraId="41DEBBEA" w14:textId="264094AA" w:rsidR="000A63D8" w:rsidRDefault="000A63D8" w:rsidP="00A248D5">
      <w:pPr>
        <w:spacing w:after="0"/>
        <w:rPr>
          <w:b/>
          <w:bCs/>
          <w:lang w:val="nl-NL"/>
        </w:rPr>
      </w:pPr>
    </w:p>
    <w:p w14:paraId="071FFD88" w14:textId="714E03B9" w:rsidR="001467F6" w:rsidRPr="000A63D8" w:rsidRDefault="001467F6" w:rsidP="00A248D5">
      <w:pPr>
        <w:spacing w:after="0"/>
        <w:rPr>
          <w:b/>
          <w:bCs/>
          <w:sz w:val="96"/>
          <w:szCs w:val="96"/>
          <w:lang w:val="nl-NL"/>
        </w:rPr>
      </w:pPr>
      <w:proofErr w:type="gramStart"/>
      <w:r w:rsidRPr="001467F6">
        <w:rPr>
          <w:sz w:val="96"/>
          <w:szCs w:val="96"/>
          <w:lang w:val="nl-NL"/>
        </w:rPr>
        <w:lastRenderedPageBreak/>
        <w:t>tot</w:t>
      </w:r>
      <w:proofErr w:type="gramEnd"/>
      <w:r w:rsidRPr="001467F6">
        <w:rPr>
          <w:sz w:val="96"/>
          <w:szCs w:val="96"/>
          <w:lang w:val="nl-NL"/>
        </w:rPr>
        <w:t xml:space="preserve"> hier gebleven</w:t>
      </w:r>
    </w:p>
    <w:p w14:paraId="18DBEA55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"Hoe wordt het weer?"</w:t>
      </w:r>
    </w:p>
    <w:p w14:paraId="47B98F0D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pict w14:anchorId="135848D4">
          <v:rect id="_x0000_i4589" style="width:0;height:1.5pt" o:hralign="center" o:hrstd="t" o:hr="t" fillcolor="#a0a0a0" stroked="f"/>
        </w:pict>
      </w:r>
    </w:p>
    <w:p w14:paraId="34B1CD33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72</w:t>
      </w:r>
    </w:p>
    <w:p w14:paraId="2419F173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"Regent het vandaag?"</w:t>
      </w:r>
    </w:p>
    <w:p w14:paraId="12508D0A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pict w14:anchorId="3CEE9986">
          <v:rect id="_x0000_i4590" style="width:0;height:1.5pt" o:hralign="center" o:hrstd="t" o:hr="t" fillcolor="#a0a0a0" stroked="f"/>
        </w:pict>
      </w:r>
    </w:p>
    <w:p w14:paraId="373F7E51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73</w:t>
      </w:r>
    </w:p>
    <w:p w14:paraId="19DDC06C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"Hoe warm wordt het?"</w:t>
      </w:r>
    </w:p>
    <w:p w14:paraId="6B2B9E49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pict w14:anchorId="28847F79">
          <v:rect id="_x0000_i4591" style="width:0;height:1.5pt" o:hralign="center" o:hrstd="t" o:hr="t" fillcolor="#a0a0a0" stroked="f"/>
        </w:pict>
      </w:r>
    </w:p>
    <w:p w14:paraId="0364596C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74</w:t>
      </w:r>
    </w:p>
    <w:p w14:paraId="3BC7444C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"Hoe laat gaat de zon onder?"</w:t>
      </w:r>
    </w:p>
    <w:p w14:paraId="6693FD0F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pict w14:anchorId="7E1B1DF8">
          <v:rect id="_x0000_i4592" style="width:0;height:1.5pt" o:hralign="center" o:hrstd="t" o:hr="t" fillcolor="#a0a0a0" stroked="f"/>
        </w:pict>
      </w:r>
    </w:p>
    <w:p w14:paraId="56602667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75</w:t>
      </w:r>
    </w:p>
    <w:p w14:paraId="41AE2438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"Hoe laat komt de zon op?"</w:t>
      </w:r>
    </w:p>
    <w:p w14:paraId="50B05A46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pict w14:anchorId="7159AB33">
          <v:rect id="_x0000_i4593" style="width:0;height:1.5pt" o:hralign="center" o:hrstd="t" o:hr="t" fillcolor="#a0a0a0" stroked="f"/>
        </w:pict>
      </w:r>
    </w:p>
    <w:p w14:paraId="188418C8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76</w:t>
      </w:r>
    </w:p>
    <w:p w14:paraId="1EB772F8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"Zijn er files?"</w:t>
      </w:r>
    </w:p>
    <w:p w14:paraId="7EC2646A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pict w14:anchorId="1809CA53">
          <v:rect id="_x0000_i4594" style="width:0;height:1.5pt" o:hralign="center" o:hrstd="t" o:hr="t" fillcolor="#a0a0a0" stroked="f"/>
        </w:pict>
      </w:r>
    </w:p>
    <w:p w14:paraId="02932BED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77</w:t>
      </w:r>
    </w:p>
    <w:p w14:paraId="6308C87C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"Hoe druk is het onderweg?"</w:t>
      </w:r>
    </w:p>
    <w:p w14:paraId="63002F63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pict w14:anchorId="4AA3A34D">
          <v:rect id="_x0000_i4595" style="width:0;height:1.5pt" o:hralign="center" o:hrstd="t" o:hr="t" fillcolor="#a0a0a0" stroked="f"/>
        </w:pict>
      </w:r>
    </w:p>
    <w:p w14:paraId="1926E0DA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78</w:t>
      </w:r>
    </w:p>
    <w:p w14:paraId="038CD6A7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"Hoeveel kilometer is het nog?"</w:t>
      </w:r>
    </w:p>
    <w:p w14:paraId="4D1374C5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pict w14:anchorId="02BC8FF3">
          <v:rect id="_x0000_i4596" style="width:0;height:1.5pt" o:hralign="center" o:hrstd="t" o:hr="t" fillcolor="#a0a0a0" stroked="f"/>
        </w:pict>
      </w:r>
    </w:p>
    <w:p w14:paraId="7E739AEE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79</w:t>
      </w:r>
    </w:p>
    <w:p w14:paraId="340B95D9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"Hoe lang moet ik nog rijden?"</w:t>
      </w:r>
    </w:p>
    <w:p w14:paraId="3B806333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pict w14:anchorId="16EB21FD">
          <v:rect id="_x0000_i4597" style="width:0;height:1.5pt" o:hralign="center" o:hrstd="t" o:hr="t" fillcolor="#a0a0a0" stroked="f"/>
        </w:pict>
      </w:r>
    </w:p>
    <w:p w14:paraId="476A6C4D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80</w:t>
      </w:r>
    </w:p>
    <w:p w14:paraId="58C99878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"Welke dag is het vandaag?"</w:t>
      </w:r>
    </w:p>
    <w:p w14:paraId="48EB0CE8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pict w14:anchorId="5583B00B">
          <v:rect id="_x0000_i4598" style="width:0;height:1.5pt" o:hralign="center" o:hrstd="t" o:hr="t" fillcolor="#a0a0a0" stroked="f"/>
        </w:pict>
      </w:r>
    </w:p>
    <w:p w14:paraId="7C5B0DE6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81</w:t>
      </w:r>
    </w:p>
    <w:p w14:paraId="4C3126CB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"Hoe laat is het?"</w:t>
      </w:r>
    </w:p>
    <w:p w14:paraId="14AA0580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pict w14:anchorId="38056B44">
          <v:rect id="_x0000_i4599" style="width:0;height:1.5pt" o:hralign="center" o:hrstd="t" o:hr="t" fillcolor="#a0a0a0" stroked="f"/>
        </w:pict>
      </w:r>
    </w:p>
    <w:p w14:paraId="59A1CB7A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82</w:t>
      </w:r>
    </w:p>
    <w:p w14:paraId="2F07E834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"Wat staat vandaag in mijn agenda?"</w:t>
      </w:r>
    </w:p>
    <w:p w14:paraId="5D63E769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pict w14:anchorId="42F0DE4E">
          <v:rect id="_x0000_i4600" style="width:0;height:1.5pt" o:hralign="center" o:hrstd="t" o:hr="t" fillcolor="#a0a0a0" stroked="f"/>
        </w:pict>
      </w:r>
    </w:p>
    <w:p w14:paraId="5CB17CC9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83</w:t>
      </w:r>
    </w:p>
    <w:p w14:paraId="200D1C77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"Herinner me eraan om de camper te tanken."</w:t>
      </w:r>
    </w:p>
    <w:p w14:paraId="3209B4DB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lastRenderedPageBreak/>
        <w:pict w14:anchorId="2D8D1E91">
          <v:rect id="_x0000_i4601" style="width:0;height:1.5pt" o:hralign="center" o:hrstd="t" o:hr="t" fillcolor="#a0a0a0" stroked="f"/>
        </w:pict>
      </w:r>
    </w:p>
    <w:p w14:paraId="396C152B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84</w:t>
      </w:r>
    </w:p>
    <w:p w14:paraId="0274E3C6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"Herinner me eraan om de schoonwatertank te vullen."</w:t>
      </w:r>
    </w:p>
    <w:p w14:paraId="5952CB8A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pict w14:anchorId="19DA7E6A">
          <v:rect id="_x0000_i4602" style="width:0;height:1.5pt" o:hralign="center" o:hrstd="t" o:hr="t" fillcolor="#a0a0a0" stroked="f"/>
        </w:pict>
      </w:r>
    </w:p>
    <w:p w14:paraId="58575835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85</w:t>
      </w:r>
    </w:p>
    <w:p w14:paraId="29DFC963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"Herinner me eraan om boodschappen te doen."</w:t>
      </w:r>
    </w:p>
    <w:p w14:paraId="093DB688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pict w14:anchorId="6E3064E6">
          <v:rect id="_x0000_i4603" style="width:0;height:1.5pt" o:hralign="center" o:hrstd="t" o:hr="t" fillcolor="#a0a0a0" stroked="f"/>
        </w:pict>
      </w:r>
    </w:p>
    <w:p w14:paraId="1F903189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Deel 6 – Praktische camperopdrachten (86–100)</w:t>
      </w:r>
    </w:p>
    <w:p w14:paraId="79C91C19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Deze opdrachten zijn speciaal handig voor langere camperreizen.</w:t>
      </w:r>
    </w:p>
    <w:p w14:paraId="3347E84A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86</w:t>
      </w:r>
    </w:p>
    <w:p w14:paraId="68A72670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"Zoek een wasserette."</w:t>
      </w:r>
    </w:p>
    <w:p w14:paraId="6F7A826F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pict w14:anchorId="519BB4D4">
          <v:rect id="_x0000_i4604" style="width:0;height:1.5pt" o:hralign="center" o:hrstd="t" o:hr="t" fillcolor="#a0a0a0" stroked="f"/>
        </w:pict>
      </w:r>
    </w:p>
    <w:p w14:paraId="49EABDCE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87</w:t>
      </w:r>
    </w:p>
    <w:p w14:paraId="4D806DD0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"Zoek een camperservice."</w:t>
      </w:r>
    </w:p>
    <w:p w14:paraId="5301A691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pict w14:anchorId="5D750ACC">
          <v:rect id="_x0000_i4605" style="width:0;height:1.5pt" o:hralign="center" o:hrstd="t" o:hr="t" fillcolor="#a0a0a0" stroked="f"/>
        </w:pict>
      </w:r>
    </w:p>
    <w:p w14:paraId="015FF8FF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88</w:t>
      </w:r>
    </w:p>
    <w:p w14:paraId="59E00CD3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"Zoek een garage."</w:t>
      </w:r>
    </w:p>
    <w:p w14:paraId="0358F1B8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pict w14:anchorId="6E2C0F85">
          <v:rect id="_x0000_i4606" style="width:0;height:1.5pt" o:hralign="center" o:hrstd="t" o:hr="t" fillcolor="#a0a0a0" stroked="f"/>
        </w:pict>
      </w:r>
    </w:p>
    <w:p w14:paraId="063DD07A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89</w:t>
      </w:r>
    </w:p>
    <w:p w14:paraId="0C738761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"Zoek een bouwmarkt."</w:t>
      </w:r>
    </w:p>
    <w:p w14:paraId="471D4A69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pict w14:anchorId="2B5C523C">
          <v:rect id="_x0000_i4607" style="width:0;height:1.5pt" o:hralign="center" o:hrstd="t" o:hr="t" fillcolor="#a0a0a0" stroked="f"/>
        </w:pict>
      </w:r>
    </w:p>
    <w:p w14:paraId="49BC847F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90</w:t>
      </w:r>
    </w:p>
    <w:p w14:paraId="6033DA9F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"Zoek een </w:t>
      </w:r>
      <w:proofErr w:type="spellStart"/>
      <w:r w:rsidRPr="000A63D8">
        <w:rPr>
          <w:lang w:val="nl-NL"/>
        </w:rPr>
        <w:t>gasvulpunt</w:t>
      </w:r>
      <w:proofErr w:type="spellEnd"/>
      <w:r w:rsidRPr="000A63D8">
        <w:rPr>
          <w:lang w:val="nl-NL"/>
        </w:rPr>
        <w:t>."</w:t>
      </w:r>
    </w:p>
    <w:p w14:paraId="4056E179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pict w14:anchorId="0FCB9773">
          <v:rect id="_x0000_i4608" style="width:0;height:1.5pt" o:hralign="center" o:hrstd="t" o:hr="t" fillcolor="#a0a0a0" stroked="f"/>
        </w:pict>
      </w:r>
    </w:p>
    <w:p w14:paraId="6014C562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91</w:t>
      </w:r>
    </w:p>
    <w:p w14:paraId="17E5260F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"Zoek een uitzichtpunt."</w:t>
      </w:r>
    </w:p>
    <w:p w14:paraId="4CF1BEAD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pict w14:anchorId="107DCD7A">
          <v:rect id="_x0000_i4609" style="width:0;height:1.5pt" o:hralign="center" o:hrstd="t" o:hr="t" fillcolor="#a0a0a0" stroked="f"/>
        </w:pict>
      </w:r>
    </w:p>
    <w:p w14:paraId="712CD9A6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92</w:t>
      </w:r>
    </w:p>
    <w:p w14:paraId="60A6973C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"Zoek een wandelgebied."</w:t>
      </w:r>
    </w:p>
    <w:p w14:paraId="7204C238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pict w14:anchorId="45408BB9">
          <v:rect id="_x0000_i4610" style="width:0;height:1.5pt" o:hralign="center" o:hrstd="t" o:hr="t" fillcolor="#a0a0a0" stroked="f"/>
        </w:pict>
      </w:r>
    </w:p>
    <w:p w14:paraId="3B9BCDFD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93</w:t>
      </w:r>
    </w:p>
    <w:p w14:paraId="633A2F43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"Zoek een natuurgebied."</w:t>
      </w:r>
    </w:p>
    <w:p w14:paraId="4A33FAB3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pict w14:anchorId="583D2035">
          <v:rect id="_x0000_i4611" style="width:0;height:1.5pt" o:hralign="center" o:hrstd="t" o:hr="t" fillcolor="#a0a0a0" stroked="f"/>
        </w:pict>
      </w:r>
    </w:p>
    <w:p w14:paraId="47258B4E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94</w:t>
      </w:r>
    </w:p>
    <w:p w14:paraId="065E06DB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"Zoek een museum."</w:t>
      </w:r>
    </w:p>
    <w:p w14:paraId="6039B907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pict w14:anchorId="3C096F97">
          <v:rect id="_x0000_i4612" style="width:0;height:1.5pt" o:hralign="center" o:hrstd="t" o:hr="t" fillcolor="#a0a0a0" stroked="f"/>
        </w:pict>
      </w:r>
    </w:p>
    <w:p w14:paraId="217C2799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95</w:t>
      </w:r>
    </w:p>
    <w:p w14:paraId="3307DB32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"Zoek een VVV."</w:t>
      </w:r>
    </w:p>
    <w:p w14:paraId="4F70D2FF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pict w14:anchorId="510AC1A1">
          <v:rect id="_x0000_i4613" style="width:0;height:1.5pt" o:hralign="center" o:hrstd="t" o:hr="t" fillcolor="#a0a0a0" stroked="f"/>
        </w:pict>
      </w:r>
    </w:p>
    <w:p w14:paraId="365B6591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96</w:t>
      </w:r>
    </w:p>
    <w:p w14:paraId="6B5438D9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"Waar kan ik parkeren?"</w:t>
      </w:r>
    </w:p>
    <w:p w14:paraId="1915E07C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pict w14:anchorId="24B32C29">
          <v:rect id="_x0000_i4614" style="width:0;height:1.5pt" o:hralign="center" o:hrstd="t" o:hr="t" fillcolor="#a0a0a0" stroked="f"/>
        </w:pict>
      </w:r>
    </w:p>
    <w:p w14:paraId="7751AE10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lastRenderedPageBreak/>
        <w:t>97</w:t>
      </w:r>
    </w:p>
    <w:p w14:paraId="138FA4C9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"Voeg een koffiestop toe."</w:t>
      </w:r>
    </w:p>
    <w:p w14:paraId="08B167FF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pict w14:anchorId="08B1DF3D">
          <v:rect id="_x0000_i4615" style="width:0;height:1.5pt" o:hralign="center" o:hrstd="t" o:hr="t" fillcolor="#a0a0a0" stroked="f"/>
        </w:pict>
      </w:r>
    </w:p>
    <w:p w14:paraId="18EF653A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98</w:t>
      </w:r>
    </w:p>
    <w:p w14:paraId="330B0F67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"Voeg een tankstop toe."</w:t>
      </w:r>
    </w:p>
    <w:p w14:paraId="4A5AB823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pict w14:anchorId="2ACDDF6F">
          <v:rect id="_x0000_i4616" style="width:0;height:1.5pt" o:hralign="center" o:hrstd="t" o:hr="t" fillcolor="#a0a0a0" stroked="f"/>
        </w:pict>
      </w:r>
    </w:p>
    <w:p w14:paraId="1556E8C4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99</w:t>
      </w:r>
    </w:p>
    <w:p w14:paraId="422C56B5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"Stop de navigatie."</w:t>
      </w:r>
    </w:p>
    <w:p w14:paraId="3A073DBD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pict w14:anchorId="3701689C">
          <v:rect id="_x0000_i4617" style="width:0;height:1.5pt" o:hralign="center" o:hrstd="t" o:hr="t" fillcolor="#a0a0a0" stroked="f"/>
        </w:pict>
      </w:r>
    </w:p>
    <w:p w14:paraId="42D84949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100</w:t>
      </w:r>
    </w:p>
    <w:p w14:paraId="7E805640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"Dank je wel."</w:t>
      </w:r>
    </w:p>
    <w:p w14:paraId="1C79C233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i/>
          <w:iCs/>
          <w:lang w:val="nl-NL"/>
        </w:rPr>
        <w:t>(</w:t>
      </w:r>
      <w:proofErr w:type="spellStart"/>
      <w:r w:rsidRPr="000A63D8">
        <w:rPr>
          <w:i/>
          <w:iCs/>
          <w:lang w:val="nl-NL"/>
        </w:rPr>
        <w:t>Siri</w:t>
      </w:r>
      <w:proofErr w:type="spellEnd"/>
      <w:r w:rsidRPr="000A63D8">
        <w:rPr>
          <w:i/>
          <w:iCs/>
          <w:lang w:val="nl-NL"/>
        </w:rPr>
        <w:t xml:space="preserve"> antwoordt meestal vriendelijk terug.)</w:t>
      </w:r>
    </w:p>
    <w:p w14:paraId="061BD634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pict w14:anchorId="4C1706DB">
          <v:rect id="_x0000_i4618" style="width:0;height:1.5pt" o:hralign="center" o:hrstd="t" o:hr="t" fillcolor="#a0a0a0" stroked="f"/>
        </w:pict>
      </w:r>
    </w:p>
    <w:p w14:paraId="74F53ACA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Mijn persoonlijke Top 10 voor jou</w:t>
      </w:r>
    </w:p>
    <w:p w14:paraId="7EDD5688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>Als ik één A4'tje mocht maken voor jouw dashboard, dan zouden daar deze tien opdrachten op staan: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7"/>
        <w:gridCol w:w="4047"/>
      </w:tblGrid>
      <w:tr w:rsidR="000A63D8" w:rsidRPr="000A63D8" w14:paraId="35AC0874" w14:textId="77777777" w:rsidTr="000A63D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C4DA90E" w14:textId="77777777" w:rsidR="000A63D8" w:rsidRPr="000A63D8" w:rsidRDefault="000A63D8" w:rsidP="00A248D5">
            <w:pPr>
              <w:spacing w:after="0"/>
              <w:rPr>
                <w:b/>
                <w:bCs/>
                <w:lang w:val="nl-NL"/>
              </w:rPr>
            </w:pPr>
            <w:r w:rsidRPr="000A63D8">
              <w:rPr>
                <w:b/>
                <w:bCs/>
                <w:lang w:val="nl-NL"/>
              </w:rPr>
              <w:t>Nr.</w:t>
            </w:r>
          </w:p>
        </w:tc>
        <w:tc>
          <w:tcPr>
            <w:tcW w:w="0" w:type="auto"/>
            <w:vAlign w:val="center"/>
            <w:hideMark/>
          </w:tcPr>
          <w:p w14:paraId="1A5B2520" w14:textId="77777777" w:rsidR="000A63D8" w:rsidRPr="000A63D8" w:rsidRDefault="000A63D8" w:rsidP="00A248D5">
            <w:pPr>
              <w:spacing w:after="0"/>
              <w:rPr>
                <w:b/>
                <w:bCs/>
                <w:lang w:val="nl-NL"/>
              </w:rPr>
            </w:pPr>
            <w:r w:rsidRPr="000A63D8">
              <w:rPr>
                <w:b/>
                <w:bCs/>
                <w:lang w:val="nl-NL"/>
              </w:rPr>
              <w:t>Opdracht</w:t>
            </w:r>
          </w:p>
        </w:tc>
      </w:tr>
      <w:tr w:rsidR="000A63D8" w:rsidRPr="000A63D8" w14:paraId="036D0E03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CD1D17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EE1B1C2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"Navigeer naar..."</w:t>
            </w:r>
          </w:p>
        </w:tc>
      </w:tr>
      <w:tr w:rsidR="000A63D8" w:rsidRPr="000A63D8" w14:paraId="538C8CFB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BF34DA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075B45AC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"Hoe laat kom ik aan?"</w:t>
            </w:r>
          </w:p>
        </w:tc>
      </w:tr>
      <w:tr w:rsidR="000A63D8" w:rsidRPr="000A63D8" w14:paraId="2E4A97E2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096D8C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4EBC7112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"Zoek een tankstation langs mijn route."</w:t>
            </w:r>
          </w:p>
        </w:tc>
      </w:tr>
      <w:tr w:rsidR="000A63D8" w:rsidRPr="000A63D8" w14:paraId="3A72BE84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B1727E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78825138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"Zoek een supermarkt langs mijn route."</w:t>
            </w:r>
          </w:p>
        </w:tc>
      </w:tr>
      <w:tr w:rsidR="000A63D8" w:rsidRPr="000A63D8" w14:paraId="1D1389BA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039A74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28493F71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"Zoek een camperplaats."</w:t>
            </w:r>
          </w:p>
        </w:tc>
      </w:tr>
      <w:tr w:rsidR="000A63D8" w:rsidRPr="000A63D8" w14:paraId="42D6DA98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97567A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75DD38BE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"Bel Janneke."</w:t>
            </w:r>
          </w:p>
        </w:tc>
      </w:tr>
      <w:tr w:rsidR="000A63D8" w:rsidRPr="000A63D8" w14:paraId="3EE5CB14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8CBF94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7D9E59BE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"Lees mijn berichten."</w:t>
            </w:r>
          </w:p>
        </w:tc>
      </w:tr>
      <w:tr w:rsidR="000A63D8" w:rsidRPr="000A63D8" w14:paraId="2F56D41C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AC9E41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493FCAE0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"Speel mijn afspeellijst Camper."</w:t>
            </w:r>
          </w:p>
        </w:tc>
      </w:tr>
      <w:tr w:rsidR="000A63D8" w:rsidRPr="000A63D8" w14:paraId="7AF40853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13FCC1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14:paraId="66D455FF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"Hoe wordt het weer op mijn bestemming?"</w:t>
            </w:r>
          </w:p>
        </w:tc>
      </w:tr>
      <w:tr w:rsidR="000A63D8" w:rsidRPr="000A63D8" w14:paraId="7F14B0C5" w14:textId="77777777" w:rsidTr="000A63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F05F8B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668E6063" w14:textId="77777777" w:rsidR="000A63D8" w:rsidRPr="000A63D8" w:rsidRDefault="000A63D8" w:rsidP="00A248D5">
            <w:pPr>
              <w:spacing w:after="0"/>
              <w:rPr>
                <w:lang w:val="nl-NL"/>
              </w:rPr>
            </w:pPr>
            <w:r w:rsidRPr="000A63D8">
              <w:rPr>
                <w:lang w:val="nl-NL"/>
              </w:rPr>
              <w:t>"Stop de navigatie."</w:t>
            </w:r>
          </w:p>
        </w:tc>
      </w:tr>
    </w:tbl>
    <w:p w14:paraId="57CE6A9A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pict w14:anchorId="2A6EE5C3">
          <v:rect id="_x0000_i4619" style="width:0;height:1.5pt" o:hralign="center" o:hrstd="t" o:hr="t" fillcolor="#a0a0a0" stroked="f"/>
        </w:pict>
      </w:r>
    </w:p>
    <w:p w14:paraId="24DC8BA9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Tot slot: een kleine correctie op een veelvoorkomende misvatting</w:t>
      </w:r>
    </w:p>
    <w:p w14:paraId="3BE69395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Niet iedere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-opdracht werkt </w:t>
      </w:r>
      <w:r w:rsidRPr="000A63D8">
        <w:rPr>
          <w:b/>
          <w:bCs/>
          <w:lang w:val="nl-NL"/>
        </w:rPr>
        <w:t>altijd</w:t>
      </w:r>
      <w:r w:rsidRPr="000A63D8">
        <w:rPr>
          <w:lang w:val="nl-NL"/>
        </w:rPr>
        <w:t xml:space="preserve"> op dezelfde manier. Dat hangt af van:</w:t>
      </w:r>
    </w:p>
    <w:p w14:paraId="17B89605" w14:textId="77777777" w:rsidR="000A63D8" w:rsidRPr="000A63D8" w:rsidRDefault="000A63D8" w:rsidP="00A248D5">
      <w:pPr>
        <w:numPr>
          <w:ilvl w:val="0"/>
          <w:numId w:val="115"/>
        </w:numPr>
        <w:spacing w:after="0"/>
        <w:rPr>
          <w:lang w:val="nl-NL"/>
        </w:rPr>
      </w:pPr>
      <w:proofErr w:type="gramStart"/>
      <w:r w:rsidRPr="000A63D8">
        <w:rPr>
          <w:lang w:val="nl-NL"/>
        </w:rPr>
        <w:t>de</w:t>
      </w:r>
      <w:proofErr w:type="gramEnd"/>
      <w:r w:rsidRPr="000A63D8">
        <w:rPr>
          <w:lang w:val="nl-NL"/>
        </w:rPr>
        <w:t xml:space="preserve"> versie van iOS op je iPhone;</w:t>
      </w:r>
    </w:p>
    <w:p w14:paraId="1F5FFDF5" w14:textId="77777777" w:rsidR="000A63D8" w:rsidRPr="000A63D8" w:rsidRDefault="000A63D8" w:rsidP="00A248D5">
      <w:pPr>
        <w:numPr>
          <w:ilvl w:val="0"/>
          <w:numId w:val="115"/>
        </w:numPr>
        <w:spacing w:after="0"/>
        <w:rPr>
          <w:lang w:val="nl-NL"/>
        </w:rPr>
      </w:pPr>
      <w:proofErr w:type="gramStart"/>
      <w:r w:rsidRPr="000A63D8">
        <w:rPr>
          <w:lang w:val="nl-NL"/>
        </w:rPr>
        <w:t>de</w:t>
      </w:r>
      <w:proofErr w:type="gramEnd"/>
      <w:r w:rsidRPr="000A63D8">
        <w:rPr>
          <w:lang w:val="nl-NL"/>
        </w:rPr>
        <w:t xml:space="preserve"> app die je gebruikt (bijvoorbeeld Apple Kaarten, Google </w:t>
      </w:r>
      <w:proofErr w:type="spellStart"/>
      <w:r w:rsidRPr="000A63D8">
        <w:rPr>
          <w:lang w:val="nl-NL"/>
        </w:rPr>
        <w:t>Maps</w:t>
      </w:r>
      <w:proofErr w:type="spellEnd"/>
      <w:r w:rsidRPr="000A63D8">
        <w:rPr>
          <w:lang w:val="nl-NL"/>
        </w:rPr>
        <w:t xml:space="preserve"> of </w:t>
      </w:r>
      <w:proofErr w:type="spellStart"/>
      <w:r w:rsidRPr="000A63D8">
        <w:rPr>
          <w:lang w:val="nl-NL"/>
        </w:rPr>
        <w:t>Spotify</w:t>
      </w:r>
      <w:proofErr w:type="spellEnd"/>
      <w:r w:rsidRPr="000A63D8">
        <w:rPr>
          <w:lang w:val="nl-NL"/>
        </w:rPr>
        <w:t>);</w:t>
      </w:r>
    </w:p>
    <w:p w14:paraId="409E6610" w14:textId="77777777" w:rsidR="000A63D8" w:rsidRPr="000A63D8" w:rsidRDefault="000A63D8" w:rsidP="00A248D5">
      <w:pPr>
        <w:numPr>
          <w:ilvl w:val="0"/>
          <w:numId w:val="115"/>
        </w:numPr>
        <w:spacing w:after="0"/>
        <w:rPr>
          <w:lang w:val="nl-NL"/>
        </w:rPr>
      </w:pPr>
      <w:proofErr w:type="gramStart"/>
      <w:r w:rsidRPr="000A63D8">
        <w:rPr>
          <w:lang w:val="nl-NL"/>
        </w:rPr>
        <w:t>de</w:t>
      </w:r>
      <w:proofErr w:type="gramEnd"/>
      <w:r w:rsidRPr="000A63D8">
        <w:rPr>
          <w:lang w:val="nl-NL"/>
        </w:rPr>
        <w:t xml:space="preserve"> taalinstellingen;</w:t>
      </w:r>
    </w:p>
    <w:p w14:paraId="17BE4749" w14:textId="77777777" w:rsidR="000A63D8" w:rsidRPr="000A63D8" w:rsidRDefault="000A63D8" w:rsidP="00A248D5">
      <w:pPr>
        <w:numPr>
          <w:ilvl w:val="0"/>
          <w:numId w:val="115"/>
        </w:numPr>
        <w:spacing w:after="0"/>
        <w:rPr>
          <w:lang w:val="nl-NL"/>
        </w:rPr>
      </w:pPr>
      <w:proofErr w:type="gramStart"/>
      <w:r w:rsidRPr="000A63D8">
        <w:rPr>
          <w:lang w:val="nl-NL"/>
        </w:rPr>
        <w:t>en</w:t>
      </w:r>
      <w:proofErr w:type="gramEnd"/>
      <w:r w:rsidRPr="000A63D8">
        <w:rPr>
          <w:lang w:val="nl-NL"/>
        </w:rPr>
        <w:t xml:space="preserve"> of je internetverbinding hebt.</w:t>
      </w:r>
    </w:p>
    <w:p w14:paraId="79C17C54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Zie de voorbeelden in dit hoofdstuk daarom als </w:t>
      </w:r>
      <w:r w:rsidRPr="000A63D8">
        <w:rPr>
          <w:b/>
          <w:bCs/>
          <w:lang w:val="nl-NL"/>
        </w:rPr>
        <w:t>praktische inspiratie</w:t>
      </w:r>
      <w:r w:rsidRPr="000A63D8">
        <w:rPr>
          <w:lang w:val="nl-NL"/>
        </w:rPr>
        <w:t xml:space="preserve">. Als een opdracht niet precies werkt zoals beschreven, probeer dan dezelfde vraag in iets andere woorden. </w:t>
      </w:r>
      <w:proofErr w:type="spellStart"/>
      <w:r w:rsidRPr="000A63D8">
        <w:rPr>
          <w:lang w:val="nl-NL"/>
        </w:rPr>
        <w:t>Siri</w:t>
      </w:r>
      <w:proofErr w:type="spellEnd"/>
      <w:r w:rsidRPr="000A63D8">
        <w:rPr>
          <w:lang w:val="nl-NL"/>
        </w:rPr>
        <w:t xml:space="preserve"> begrijpt natuurlijke taal meestal verrassend goed.</w:t>
      </w:r>
    </w:p>
    <w:p w14:paraId="0ECBA74B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pict w14:anchorId="7B713A62">
          <v:rect id="_x0000_i4620" style="width:0;height:1.5pt" o:hralign="center" o:hrstd="t" o:hr="t" fillcolor="#a0a0a0" stroked="f"/>
        </w:pict>
      </w:r>
    </w:p>
    <w:p w14:paraId="35DD96A1" w14:textId="77777777" w:rsidR="000A63D8" w:rsidRPr="000A63D8" w:rsidRDefault="000A63D8" w:rsidP="00A248D5">
      <w:pPr>
        <w:spacing w:after="0"/>
        <w:rPr>
          <w:b/>
          <w:bCs/>
          <w:lang w:val="nl-NL"/>
        </w:rPr>
      </w:pPr>
      <w:r w:rsidRPr="000A63D8">
        <w:rPr>
          <w:b/>
          <w:bCs/>
          <w:lang w:val="nl-NL"/>
        </w:rPr>
        <w:t>Epiloog</w:t>
      </w:r>
    </w:p>
    <w:p w14:paraId="10E862AD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lastRenderedPageBreak/>
        <w:t xml:space="preserve">Hiermee is de handleiding compleet: van het aansluiten van je iPhone tot het slim gebruiken van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 tijdens een lange camperreis.</w:t>
      </w:r>
    </w:p>
    <w:p w14:paraId="3E1E4590" w14:textId="77777777" w:rsidR="000A63D8" w:rsidRPr="000A63D8" w:rsidRDefault="000A63D8" w:rsidP="00A248D5">
      <w:pPr>
        <w:spacing w:after="0"/>
        <w:rPr>
          <w:lang w:val="nl-NL"/>
        </w:rPr>
      </w:pPr>
      <w:r w:rsidRPr="000A63D8">
        <w:rPr>
          <w:lang w:val="nl-NL"/>
        </w:rPr>
        <w:t xml:space="preserve">Ik wens je veel veilige kilometers en vooral veel plezier met je </w:t>
      </w:r>
      <w:proofErr w:type="spellStart"/>
      <w:r w:rsidRPr="000A63D8">
        <w:rPr>
          <w:b/>
          <w:bCs/>
          <w:lang w:val="nl-NL"/>
        </w:rPr>
        <w:t>Pioneer</w:t>
      </w:r>
      <w:proofErr w:type="spellEnd"/>
      <w:r w:rsidRPr="000A63D8">
        <w:rPr>
          <w:b/>
          <w:bCs/>
          <w:lang w:val="nl-NL"/>
        </w:rPr>
        <w:t xml:space="preserve"> SPH-DA77DAB</w:t>
      </w:r>
      <w:r w:rsidRPr="000A63D8">
        <w:rPr>
          <w:lang w:val="nl-NL"/>
        </w:rPr>
        <w:t xml:space="preserve"> en Apple </w:t>
      </w:r>
      <w:proofErr w:type="spellStart"/>
      <w:r w:rsidRPr="000A63D8">
        <w:rPr>
          <w:lang w:val="nl-NL"/>
        </w:rPr>
        <w:t>CarPlay</w:t>
      </w:r>
      <w:proofErr w:type="spellEnd"/>
      <w:r w:rsidRPr="000A63D8">
        <w:rPr>
          <w:lang w:val="nl-NL"/>
        </w:rPr>
        <w:t xml:space="preserve">. Ik denk dat je na een paar ritten zult merken dat vooral </w:t>
      </w:r>
      <w:proofErr w:type="spellStart"/>
      <w:r w:rsidRPr="000A63D8">
        <w:rPr>
          <w:b/>
          <w:bCs/>
          <w:lang w:val="nl-NL"/>
        </w:rPr>
        <w:t>Siri</w:t>
      </w:r>
      <w:proofErr w:type="spellEnd"/>
      <w:r w:rsidRPr="000A63D8">
        <w:rPr>
          <w:lang w:val="nl-NL"/>
        </w:rPr>
        <w:t xml:space="preserve"> en </w:t>
      </w:r>
      <w:r w:rsidRPr="000A63D8">
        <w:rPr>
          <w:b/>
          <w:bCs/>
          <w:lang w:val="nl-NL"/>
        </w:rPr>
        <w:t xml:space="preserve">Google </w:t>
      </w:r>
      <w:proofErr w:type="spellStart"/>
      <w:r w:rsidRPr="000A63D8">
        <w:rPr>
          <w:b/>
          <w:bCs/>
          <w:lang w:val="nl-NL"/>
        </w:rPr>
        <w:t>Maps</w:t>
      </w:r>
      <w:proofErr w:type="spellEnd"/>
      <w:r w:rsidRPr="000A63D8">
        <w:rPr>
          <w:lang w:val="nl-NL"/>
        </w:rPr>
        <w:t xml:space="preserve"> je vaste reisgenoten worden. </w:t>
      </w:r>
      <w:r w:rsidRPr="000A63D8">
        <w:rPr>
          <w:rFonts w:ascii="Segoe UI Emoji" w:hAnsi="Segoe UI Emoji" w:cs="Segoe UI Emoji"/>
          <w:lang w:val="nl-NL"/>
        </w:rPr>
        <w:t>🚐</w:t>
      </w:r>
    </w:p>
    <w:p w14:paraId="6B80D8F7" w14:textId="77777777" w:rsidR="000A63D8" w:rsidRPr="000A63D8" w:rsidRDefault="000A63D8" w:rsidP="00A248D5">
      <w:pPr>
        <w:spacing w:after="0"/>
        <w:rPr>
          <w:lang w:val="nl-NL"/>
        </w:rPr>
      </w:pPr>
    </w:p>
    <w:p w14:paraId="17DDAAD0" w14:textId="77777777" w:rsidR="000A63D8" w:rsidRPr="000A63D8" w:rsidRDefault="000A63D8" w:rsidP="00A248D5">
      <w:pPr>
        <w:spacing w:after="0"/>
      </w:pPr>
    </w:p>
    <w:sectPr w:rsidR="000A63D8" w:rsidRPr="000A63D8" w:rsidSect="0003461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642B5" w14:textId="77777777" w:rsidR="00E77508" w:rsidRDefault="00E77508" w:rsidP="00A248D5">
      <w:pPr>
        <w:spacing w:after="0" w:line="240" w:lineRule="auto"/>
      </w:pPr>
      <w:r>
        <w:separator/>
      </w:r>
    </w:p>
  </w:endnote>
  <w:endnote w:type="continuationSeparator" w:id="0">
    <w:p w14:paraId="7AF05709" w14:textId="77777777" w:rsidR="00E77508" w:rsidRDefault="00E77508" w:rsidP="00A2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ozuka Gothic Pro H">
    <w:panose1 w:val="020B08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4990810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A150B" w14:textId="77777777" w:rsidR="00A248D5" w:rsidRDefault="00A248D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0592241"/>
      <w:docPartObj>
        <w:docPartGallery w:val="Page Numbers (Bottom of Page)"/>
        <w:docPartUnique/>
      </w:docPartObj>
    </w:sdtPr>
    <w:sdtContent>
      <w:p w14:paraId="7AF57A19" w14:textId="0953D59A" w:rsidR="00A248D5" w:rsidRDefault="00A248D5">
        <w:pPr>
          <w:pStyle w:val="Voetteks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69C62CA" wp14:editId="66587D6E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" name="Rechthoe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6DF5D" w14:textId="77777777" w:rsidR="00A248D5" w:rsidRDefault="00A248D5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C0504D" w:themeColor="accent2"/>
                                  <w:lang w:val="nl-NL"/>
                                </w:rPr>
                                <w:t>2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669C62CA" id="Rechthoek 1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1886DF5D" w14:textId="77777777" w:rsidR="00A248D5" w:rsidRDefault="00A248D5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C0504D" w:themeColor="accent2"/>
                            <w:lang w:val="nl-NL"/>
                          </w:rPr>
                          <w:t>2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proofErr w:type="spellStart"/>
        <w:r>
          <w:t>Gebruiksaanwijzing</w:t>
        </w:r>
        <w:proofErr w:type="spellEnd"/>
        <w:r>
          <w:t xml:space="preserve"> Apple CarPlay | Pioneer SPH – DA77DAB – </w:t>
        </w:r>
        <w:proofErr w:type="spellStart"/>
        <w:r>
          <w:t>juli</w:t>
        </w:r>
        <w:proofErr w:type="spellEnd"/>
        <w:r>
          <w:t xml:space="preserve"> 2026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2BE48" w14:textId="77777777" w:rsidR="00A248D5" w:rsidRDefault="00A248D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F3F74" w14:textId="77777777" w:rsidR="00E77508" w:rsidRDefault="00E77508" w:rsidP="00A248D5">
      <w:pPr>
        <w:spacing w:after="0" w:line="240" w:lineRule="auto"/>
      </w:pPr>
      <w:r>
        <w:separator/>
      </w:r>
    </w:p>
  </w:footnote>
  <w:footnote w:type="continuationSeparator" w:id="0">
    <w:p w14:paraId="77F219A7" w14:textId="77777777" w:rsidR="00E77508" w:rsidRDefault="00E77508" w:rsidP="00A2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67770" w14:textId="77777777" w:rsidR="00A248D5" w:rsidRDefault="00A248D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5E2B5" w14:textId="77777777" w:rsidR="00A248D5" w:rsidRDefault="00A248D5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B9E74" w14:textId="77777777" w:rsidR="00A248D5" w:rsidRDefault="00A248D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B54540"/>
    <w:multiLevelType w:val="multilevel"/>
    <w:tmpl w:val="EC2CE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14E437D"/>
    <w:multiLevelType w:val="multilevel"/>
    <w:tmpl w:val="998E7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519475C"/>
    <w:multiLevelType w:val="multilevel"/>
    <w:tmpl w:val="D3363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8207635"/>
    <w:multiLevelType w:val="multilevel"/>
    <w:tmpl w:val="5E72C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9813847"/>
    <w:multiLevelType w:val="multilevel"/>
    <w:tmpl w:val="6EDEB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A6B5874"/>
    <w:multiLevelType w:val="multilevel"/>
    <w:tmpl w:val="3BB60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A9B127C"/>
    <w:multiLevelType w:val="multilevel"/>
    <w:tmpl w:val="AB124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B2F47BE"/>
    <w:multiLevelType w:val="multilevel"/>
    <w:tmpl w:val="319A5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D506B68"/>
    <w:multiLevelType w:val="multilevel"/>
    <w:tmpl w:val="64B4E4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 w15:restartNumberingAfterBreak="0">
    <w:nsid w:val="0E5B5FED"/>
    <w:multiLevelType w:val="multilevel"/>
    <w:tmpl w:val="C9B24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EF749FC"/>
    <w:multiLevelType w:val="multilevel"/>
    <w:tmpl w:val="FEE08C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02D46EE"/>
    <w:multiLevelType w:val="multilevel"/>
    <w:tmpl w:val="97588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1FE708D"/>
    <w:multiLevelType w:val="multilevel"/>
    <w:tmpl w:val="626AD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2811359"/>
    <w:multiLevelType w:val="multilevel"/>
    <w:tmpl w:val="DA242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2F03D8B"/>
    <w:multiLevelType w:val="multilevel"/>
    <w:tmpl w:val="94480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3B70F10"/>
    <w:multiLevelType w:val="multilevel"/>
    <w:tmpl w:val="2C04D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5A05FFA"/>
    <w:multiLevelType w:val="multilevel"/>
    <w:tmpl w:val="79123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5B61308"/>
    <w:multiLevelType w:val="multilevel"/>
    <w:tmpl w:val="AC7EC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616102E"/>
    <w:multiLevelType w:val="multilevel"/>
    <w:tmpl w:val="AF26B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65B45D5"/>
    <w:multiLevelType w:val="multilevel"/>
    <w:tmpl w:val="5F58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7B23F07"/>
    <w:multiLevelType w:val="multilevel"/>
    <w:tmpl w:val="4A6A22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8C31F69"/>
    <w:multiLevelType w:val="multilevel"/>
    <w:tmpl w:val="535EB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9197B7D"/>
    <w:multiLevelType w:val="multilevel"/>
    <w:tmpl w:val="6C043A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9690205"/>
    <w:multiLevelType w:val="multilevel"/>
    <w:tmpl w:val="59AA36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9C542B2"/>
    <w:multiLevelType w:val="multilevel"/>
    <w:tmpl w:val="BFDE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A764402"/>
    <w:multiLevelType w:val="multilevel"/>
    <w:tmpl w:val="9E280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CB460EA"/>
    <w:multiLevelType w:val="multilevel"/>
    <w:tmpl w:val="7C22A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1D1B569E"/>
    <w:multiLevelType w:val="multilevel"/>
    <w:tmpl w:val="6AB87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F5D757C"/>
    <w:multiLevelType w:val="multilevel"/>
    <w:tmpl w:val="AA6438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03A0C9E"/>
    <w:multiLevelType w:val="multilevel"/>
    <w:tmpl w:val="638EC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1F60D15"/>
    <w:multiLevelType w:val="multilevel"/>
    <w:tmpl w:val="218A3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90D1368"/>
    <w:multiLevelType w:val="multilevel"/>
    <w:tmpl w:val="7D64C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9C2286F"/>
    <w:multiLevelType w:val="multilevel"/>
    <w:tmpl w:val="BDD40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A98326E"/>
    <w:multiLevelType w:val="multilevel"/>
    <w:tmpl w:val="B1520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D0F5AC8"/>
    <w:multiLevelType w:val="hybridMultilevel"/>
    <w:tmpl w:val="EB8867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D12564F"/>
    <w:multiLevelType w:val="multilevel"/>
    <w:tmpl w:val="AD2AC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DE85889"/>
    <w:multiLevelType w:val="multilevel"/>
    <w:tmpl w:val="AE523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F796F21"/>
    <w:multiLevelType w:val="multilevel"/>
    <w:tmpl w:val="24D45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306C5A4B"/>
    <w:multiLevelType w:val="multilevel"/>
    <w:tmpl w:val="77B86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0E32490"/>
    <w:multiLevelType w:val="multilevel"/>
    <w:tmpl w:val="D8A49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0F85A35"/>
    <w:multiLevelType w:val="multilevel"/>
    <w:tmpl w:val="C2246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1ED0FE0"/>
    <w:multiLevelType w:val="multilevel"/>
    <w:tmpl w:val="541C2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36617A0"/>
    <w:multiLevelType w:val="multilevel"/>
    <w:tmpl w:val="1220A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53D2CDD"/>
    <w:multiLevelType w:val="multilevel"/>
    <w:tmpl w:val="87126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37D64A8C"/>
    <w:multiLevelType w:val="multilevel"/>
    <w:tmpl w:val="66706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98141E2"/>
    <w:multiLevelType w:val="multilevel"/>
    <w:tmpl w:val="9F1C6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A1A4335"/>
    <w:multiLevelType w:val="multilevel"/>
    <w:tmpl w:val="02E42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BBB256C"/>
    <w:multiLevelType w:val="multilevel"/>
    <w:tmpl w:val="A0C89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3D594F00"/>
    <w:multiLevelType w:val="multilevel"/>
    <w:tmpl w:val="D79AC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E2722D3"/>
    <w:multiLevelType w:val="multilevel"/>
    <w:tmpl w:val="71B23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3E4C32AA"/>
    <w:multiLevelType w:val="multilevel"/>
    <w:tmpl w:val="D6307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EB72303"/>
    <w:multiLevelType w:val="multilevel"/>
    <w:tmpl w:val="E5465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4224297F"/>
    <w:multiLevelType w:val="multilevel"/>
    <w:tmpl w:val="49E681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43682593"/>
    <w:multiLevelType w:val="multilevel"/>
    <w:tmpl w:val="7AEC4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43DA4011"/>
    <w:multiLevelType w:val="multilevel"/>
    <w:tmpl w:val="2C5E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4F93BC5"/>
    <w:multiLevelType w:val="multilevel"/>
    <w:tmpl w:val="76865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456D26B8"/>
    <w:multiLevelType w:val="multilevel"/>
    <w:tmpl w:val="243C7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48B87BCF"/>
    <w:multiLevelType w:val="multilevel"/>
    <w:tmpl w:val="14C04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48EC3B28"/>
    <w:multiLevelType w:val="multilevel"/>
    <w:tmpl w:val="3E1C3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49021B70"/>
    <w:multiLevelType w:val="multilevel"/>
    <w:tmpl w:val="7994B0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4AFA10AD"/>
    <w:multiLevelType w:val="multilevel"/>
    <w:tmpl w:val="02F25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4C3B2D27"/>
    <w:multiLevelType w:val="multilevel"/>
    <w:tmpl w:val="D34C8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4C9C3E61"/>
    <w:multiLevelType w:val="multilevel"/>
    <w:tmpl w:val="C234F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4D0A391B"/>
    <w:multiLevelType w:val="multilevel"/>
    <w:tmpl w:val="FD94C0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4D2D7EE5"/>
    <w:multiLevelType w:val="multilevel"/>
    <w:tmpl w:val="CF545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4D94771D"/>
    <w:multiLevelType w:val="multilevel"/>
    <w:tmpl w:val="DE9224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4DC67052"/>
    <w:multiLevelType w:val="multilevel"/>
    <w:tmpl w:val="808CD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4E2D5176"/>
    <w:multiLevelType w:val="multilevel"/>
    <w:tmpl w:val="BA943F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517C3855"/>
    <w:multiLevelType w:val="multilevel"/>
    <w:tmpl w:val="C4021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51A14CB8"/>
    <w:multiLevelType w:val="multilevel"/>
    <w:tmpl w:val="05A60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52CE741F"/>
    <w:multiLevelType w:val="multilevel"/>
    <w:tmpl w:val="2FCC2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52DB529F"/>
    <w:multiLevelType w:val="multilevel"/>
    <w:tmpl w:val="C09CB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53095A7D"/>
    <w:multiLevelType w:val="multilevel"/>
    <w:tmpl w:val="5FDC0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53483CFC"/>
    <w:multiLevelType w:val="multilevel"/>
    <w:tmpl w:val="858A8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55114746"/>
    <w:multiLevelType w:val="multilevel"/>
    <w:tmpl w:val="1E2E3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56042453"/>
    <w:multiLevelType w:val="multilevel"/>
    <w:tmpl w:val="893EA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57EC345E"/>
    <w:multiLevelType w:val="multilevel"/>
    <w:tmpl w:val="6F28E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5CAB6771"/>
    <w:multiLevelType w:val="multilevel"/>
    <w:tmpl w:val="66904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5D6A72D9"/>
    <w:multiLevelType w:val="multilevel"/>
    <w:tmpl w:val="8348B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5EEA7EBB"/>
    <w:multiLevelType w:val="multilevel"/>
    <w:tmpl w:val="55D42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5FEA6E0B"/>
    <w:multiLevelType w:val="multilevel"/>
    <w:tmpl w:val="C5C6B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612A4633"/>
    <w:multiLevelType w:val="multilevel"/>
    <w:tmpl w:val="C6E24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619C5F52"/>
    <w:multiLevelType w:val="multilevel"/>
    <w:tmpl w:val="3230A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627E3F2F"/>
    <w:multiLevelType w:val="multilevel"/>
    <w:tmpl w:val="4BAA2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657E7202"/>
    <w:multiLevelType w:val="multilevel"/>
    <w:tmpl w:val="E9DE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67667838"/>
    <w:multiLevelType w:val="multilevel"/>
    <w:tmpl w:val="B5BA1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682D619D"/>
    <w:multiLevelType w:val="multilevel"/>
    <w:tmpl w:val="F9865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6A493534"/>
    <w:multiLevelType w:val="multilevel"/>
    <w:tmpl w:val="B6509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6A910D9E"/>
    <w:multiLevelType w:val="multilevel"/>
    <w:tmpl w:val="2326C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6B9C1206"/>
    <w:multiLevelType w:val="multilevel"/>
    <w:tmpl w:val="47783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6BAA2AE6"/>
    <w:multiLevelType w:val="multilevel"/>
    <w:tmpl w:val="D60645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0" w15:restartNumberingAfterBreak="0">
    <w:nsid w:val="6C275756"/>
    <w:multiLevelType w:val="multilevel"/>
    <w:tmpl w:val="816EB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6DB20C94"/>
    <w:multiLevelType w:val="multilevel"/>
    <w:tmpl w:val="8B747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6DB51938"/>
    <w:multiLevelType w:val="multilevel"/>
    <w:tmpl w:val="58005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6EC83136"/>
    <w:multiLevelType w:val="multilevel"/>
    <w:tmpl w:val="3034B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6FED2935"/>
    <w:multiLevelType w:val="multilevel"/>
    <w:tmpl w:val="47B41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70664262"/>
    <w:multiLevelType w:val="multilevel"/>
    <w:tmpl w:val="E1AC1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749254A1"/>
    <w:multiLevelType w:val="multilevel"/>
    <w:tmpl w:val="D5C0D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74AD6EAC"/>
    <w:multiLevelType w:val="multilevel"/>
    <w:tmpl w:val="FD38D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76C77B23"/>
    <w:multiLevelType w:val="multilevel"/>
    <w:tmpl w:val="A6384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77FF4597"/>
    <w:multiLevelType w:val="multilevel"/>
    <w:tmpl w:val="E0D84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784120FE"/>
    <w:multiLevelType w:val="multilevel"/>
    <w:tmpl w:val="C6E24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792C5A98"/>
    <w:multiLevelType w:val="multilevel"/>
    <w:tmpl w:val="6D0E3F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2" w15:restartNumberingAfterBreak="0">
    <w:nsid w:val="79C72819"/>
    <w:multiLevelType w:val="multilevel"/>
    <w:tmpl w:val="08A62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7A4340B2"/>
    <w:multiLevelType w:val="multilevel"/>
    <w:tmpl w:val="41B892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7A600198"/>
    <w:multiLevelType w:val="multilevel"/>
    <w:tmpl w:val="B6D0D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7F426171"/>
    <w:multiLevelType w:val="multilevel"/>
    <w:tmpl w:val="F25E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9874289">
    <w:abstractNumId w:val="8"/>
  </w:num>
  <w:num w:numId="2" w16cid:durableId="778646407">
    <w:abstractNumId w:val="6"/>
  </w:num>
  <w:num w:numId="3" w16cid:durableId="669722732">
    <w:abstractNumId w:val="5"/>
  </w:num>
  <w:num w:numId="4" w16cid:durableId="180552731">
    <w:abstractNumId w:val="4"/>
  </w:num>
  <w:num w:numId="5" w16cid:durableId="1920752325">
    <w:abstractNumId w:val="7"/>
  </w:num>
  <w:num w:numId="6" w16cid:durableId="1633822169">
    <w:abstractNumId w:val="3"/>
  </w:num>
  <w:num w:numId="7" w16cid:durableId="375785593">
    <w:abstractNumId w:val="2"/>
  </w:num>
  <w:num w:numId="8" w16cid:durableId="1270549775">
    <w:abstractNumId w:val="1"/>
  </w:num>
  <w:num w:numId="9" w16cid:durableId="40715938">
    <w:abstractNumId w:val="0"/>
  </w:num>
  <w:num w:numId="10" w16cid:durableId="2136823450">
    <w:abstractNumId w:val="95"/>
  </w:num>
  <w:num w:numId="11" w16cid:durableId="389811589">
    <w:abstractNumId w:val="12"/>
  </w:num>
  <w:num w:numId="12" w16cid:durableId="1212381394">
    <w:abstractNumId w:val="87"/>
  </w:num>
  <w:num w:numId="13" w16cid:durableId="862319">
    <w:abstractNumId w:val="81"/>
  </w:num>
  <w:num w:numId="14" w16cid:durableId="500465542">
    <w:abstractNumId w:val="33"/>
  </w:num>
  <w:num w:numId="15" w16cid:durableId="424612056">
    <w:abstractNumId w:val="18"/>
  </w:num>
  <w:num w:numId="16" w16cid:durableId="2116442285">
    <w:abstractNumId w:val="65"/>
  </w:num>
  <w:num w:numId="17" w16cid:durableId="1161237885">
    <w:abstractNumId w:val="53"/>
  </w:num>
  <w:num w:numId="18" w16cid:durableId="954485553">
    <w:abstractNumId w:val="16"/>
  </w:num>
  <w:num w:numId="19" w16cid:durableId="493952222">
    <w:abstractNumId w:val="88"/>
  </w:num>
  <w:num w:numId="20" w16cid:durableId="2055422587">
    <w:abstractNumId w:val="79"/>
  </w:num>
  <w:num w:numId="21" w16cid:durableId="1336691745">
    <w:abstractNumId w:val="66"/>
  </w:num>
  <w:num w:numId="22" w16cid:durableId="825587330">
    <w:abstractNumId w:val="93"/>
  </w:num>
  <w:num w:numId="23" w16cid:durableId="330530067">
    <w:abstractNumId w:val="49"/>
  </w:num>
  <w:num w:numId="24" w16cid:durableId="602419886">
    <w:abstractNumId w:val="36"/>
  </w:num>
  <w:num w:numId="25" w16cid:durableId="275062605">
    <w:abstractNumId w:val="13"/>
  </w:num>
  <w:num w:numId="26" w16cid:durableId="1390616657">
    <w:abstractNumId w:val="86"/>
  </w:num>
  <w:num w:numId="27" w16cid:durableId="623583906">
    <w:abstractNumId w:val="90"/>
  </w:num>
  <w:num w:numId="28" w16cid:durableId="2127894589">
    <w:abstractNumId w:val="96"/>
  </w:num>
  <w:num w:numId="29" w16cid:durableId="953899870">
    <w:abstractNumId w:val="14"/>
  </w:num>
  <w:num w:numId="30" w16cid:durableId="1403409677">
    <w:abstractNumId w:val="82"/>
  </w:num>
  <w:num w:numId="31" w16cid:durableId="1452627408">
    <w:abstractNumId w:val="22"/>
  </w:num>
  <w:num w:numId="32" w16cid:durableId="969164059">
    <w:abstractNumId w:val="113"/>
  </w:num>
  <w:num w:numId="33" w16cid:durableId="781610766">
    <w:abstractNumId w:val="98"/>
  </w:num>
  <w:num w:numId="34" w16cid:durableId="1473136176">
    <w:abstractNumId w:val="42"/>
  </w:num>
  <w:num w:numId="35" w16cid:durableId="1157574893">
    <w:abstractNumId w:val="89"/>
  </w:num>
  <w:num w:numId="36" w16cid:durableId="2129355517">
    <w:abstractNumId w:val="59"/>
  </w:num>
  <w:num w:numId="37" w16cid:durableId="1885828193">
    <w:abstractNumId w:val="17"/>
  </w:num>
  <w:num w:numId="38" w16cid:durableId="20129339">
    <w:abstractNumId w:val="19"/>
  </w:num>
  <w:num w:numId="39" w16cid:durableId="2128699688">
    <w:abstractNumId w:val="71"/>
  </w:num>
  <w:num w:numId="40" w16cid:durableId="2022462067">
    <w:abstractNumId w:val="91"/>
  </w:num>
  <w:num w:numId="41" w16cid:durableId="687831591">
    <w:abstractNumId w:val="45"/>
  </w:num>
  <w:num w:numId="42" w16cid:durableId="717364978">
    <w:abstractNumId w:val="100"/>
  </w:num>
  <w:num w:numId="43" w16cid:durableId="421100046">
    <w:abstractNumId w:val="92"/>
  </w:num>
  <w:num w:numId="44" w16cid:durableId="1923101197">
    <w:abstractNumId w:val="58"/>
  </w:num>
  <w:num w:numId="45" w16cid:durableId="1066689559">
    <w:abstractNumId w:val="75"/>
  </w:num>
  <w:num w:numId="46" w16cid:durableId="1903563751">
    <w:abstractNumId w:val="28"/>
  </w:num>
  <w:num w:numId="47" w16cid:durableId="1442527593">
    <w:abstractNumId w:val="103"/>
  </w:num>
  <w:num w:numId="48" w16cid:durableId="509562127">
    <w:abstractNumId w:val="47"/>
  </w:num>
  <w:num w:numId="49" w16cid:durableId="1182551857">
    <w:abstractNumId w:val="104"/>
  </w:num>
  <w:num w:numId="50" w16cid:durableId="789666224">
    <w:abstractNumId w:val="60"/>
  </w:num>
  <w:num w:numId="51" w16cid:durableId="884945177">
    <w:abstractNumId w:val="110"/>
  </w:num>
  <w:num w:numId="52" w16cid:durableId="1579630929">
    <w:abstractNumId w:val="84"/>
  </w:num>
  <w:num w:numId="53" w16cid:durableId="519470322">
    <w:abstractNumId w:val="99"/>
  </w:num>
  <w:num w:numId="54" w16cid:durableId="2107073622">
    <w:abstractNumId w:val="35"/>
  </w:num>
  <w:num w:numId="55" w16cid:durableId="1287586355">
    <w:abstractNumId w:val="63"/>
  </w:num>
  <w:num w:numId="56" w16cid:durableId="896014578">
    <w:abstractNumId w:val="34"/>
  </w:num>
  <w:num w:numId="57" w16cid:durableId="1203202548">
    <w:abstractNumId w:val="64"/>
  </w:num>
  <w:num w:numId="58" w16cid:durableId="41564600">
    <w:abstractNumId w:val="26"/>
  </w:num>
  <w:num w:numId="59" w16cid:durableId="1370446605">
    <w:abstractNumId w:val="106"/>
  </w:num>
  <w:num w:numId="60" w16cid:durableId="1744452508">
    <w:abstractNumId w:val="85"/>
  </w:num>
  <w:num w:numId="61" w16cid:durableId="1932859987">
    <w:abstractNumId w:val="37"/>
  </w:num>
  <w:num w:numId="62" w16cid:durableId="268709654">
    <w:abstractNumId w:val="111"/>
  </w:num>
  <w:num w:numId="63" w16cid:durableId="879587413">
    <w:abstractNumId w:val="39"/>
  </w:num>
  <w:num w:numId="64" w16cid:durableId="1746410851">
    <w:abstractNumId w:val="24"/>
  </w:num>
  <w:num w:numId="65" w16cid:durableId="460465340">
    <w:abstractNumId w:val="83"/>
  </w:num>
  <w:num w:numId="66" w16cid:durableId="1879272640">
    <w:abstractNumId w:val="101"/>
  </w:num>
  <w:num w:numId="67" w16cid:durableId="906763619">
    <w:abstractNumId w:val="80"/>
  </w:num>
  <w:num w:numId="68" w16cid:durableId="1472208033">
    <w:abstractNumId w:val="15"/>
  </w:num>
  <w:num w:numId="69" w16cid:durableId="794909940">
    <w:abstractNumId w:val="20"/>
  </w:num>
  <w:num w:numId="70" w16cid:durableId="500974542">
    <w:abstractNumId w:val="57"/>
  </w:num>
  <w:num w:numId="71" w16cid:durableId="167258651">
    <w:abstractNumId w:val="9"/>
  </w:num>
  <w:num w:numId="72" w16cid:durableId="821430496">
    <w:abstractNumId w:val="30"/>
  </w:num>
  <w:num w:numId="73" w16cid:durableId="1625847149">
    <w:abstractNumId w:val="107"/>
  </w:num>
  <w:num w:numId="74" w16cid:durableId="1379280118">
    <w:abstractNumId w:val="55"/>
  </w:num>
  <w:num w:numId="75" w16cid:durableId="1941141730">
    <w:abstractNumId w:val="54"/>
  </w:num>
  <w:num w:numId="76" w16cid:durableId="563033562">
    <w:abstractNumId w:val="62"/>
  </w:num>
  <w:num w:numId="77" w16cid:durableId="795488991">
    <w:abstractNumId w:val="56"/>
  </w:num>
  <w:num w:numId="78" w16cid:durableId="825244606">
    <w:abstractNumId w:val="73"/>
  </w:num>
  <w:num w:numId="79" w16cid:durableId="128787312">
    <w:abstractNumId w:val="48"/>
  </w:num>
  <w:num w:numId="80" w16cid:durableId="1140265819">
    <w:abstractNumId w:val="114"/>
  </w:num>
  <w:num w:numId="81" w16cid:durableId="813791736">
    <w:abstractNumId w:val="44"/>
  </w:num>
  <w:num w:numId="82" w16cid:durableId="780614805">
    <w:abstractNumId w:val="108"/>
  </w:num>
  <w:num w:numId="83" w16cid:durableId="2033215888">
    <w:abstractNumId w:val="102"/>
  </w:num>
  <w:num w:numId="84" w16cid:durableId="442000978">
    <w:abstractNumId w:val="112"/>
  </w:num>
  <w:num w:numId="85" w16cid:durableId="882013408">
    <w:abstractNumId w:val="46"/>
  </w:num>
  <w:num w:numId="86" w16cid:durableId="1263682220">
    <w:abstractNumId w:val="31"/>
  </w:num>
  <w:num w:numId="87" w16cid:durableId="1690179110">
    <w:abstractNumId w:val="21"/>
  </w:num>
  <w:num w:numId="88" w16cid:durableId="1636373830">
    <w:abstractNumId w:val="78"/>
  </w:num>
  <w:num w:numId="89" w16cid:durableId="149101780">
    <w:abstractNumId w:val="69"/>
  </w:num>
  <w:num w:numId="90" w16cid:durableId="101656167">
    <w:abstractNumId w:val="25"/>
  </w:num>
  <w:num w:numId="91" w16cid:durableId="655839856">
    <w:abstractNumId w:val="94"/>
  </w:num>
  <w:num w:numId="92" w16cid:durableId="475072013">
    <w:abstractNumId w:val="32"/>
  </w:num>
  <w:num w:numId="93" w16cid:durableId="772282512">
    <w:abstractNumId w:val="77"/>
  </w:num>
  <w:num w:numId="94" w16cid:durableId="1637103983">
    <w:abstractNumId w:val="67"/>
  </w:num>
  <w:num w:numId="95" w16cid:durableId="1194879439">
    <w:abstractNumId w:val="40"/>
  </w:num>
  <w:num w:numId="96" w16cid:durableId="548997619">
    <w:abstractNumId w:val="10"/>
  </w:num>
  <w:num w:numId="97" w16cid:durableId="506362676">
    <w:abstractNumId w:val="74"/>
  </w:num>
  <w:num w:numId="98" w16cid:durableId="2002587268">
    <w:abstractNumId w:val="72"/>
  </w:num>
  <w:num w:numId="99" w16cid:durableId="1826821652">
    <w:abstractNumId w:val="29"/>
  </w:num>
  <w:num w:numId="100" w16cid:durableId="305621965">
    <w:abstractNumId w:val="61"/>
  </w:num>
  <w:num w:numId="101" w16cid:durableId="1069961004">
    <w:abstractNumId w:val="23"/>
  </w:num>
  <w:num w:numId="102" w16cid:durableId="1307278189">
    <w:abstractNumId w:val="27"/>
  </w:num>
  <w:num w:numId="103" w16cid:durableId="111093170">
    <w:abstractNumId w:val="76"/>
  </w:num>
  <w:num w:numId="104" w16cid:durableId="595772">
    <w:abstractNumId w:val="68"/>
  </w:num>
  <w:num w:numId="105" w16cid:durableId="648752253">
    <w:abstractNumId w:val="115"/>
  </w:num>
  <w:num w:numId="106" w16cid:durableId="2066024678">
    <w:abstractNumId w:val="11"/>
  </w:num>
  <w:num w:numId="107" w16cid:durableId="1655986863">
    <w:abstractNumId w:val="97"/>
  </w:num>
  <w:num w:numId="108" w16cid:durableId="1878733127">
    <w:abstractNumId w:val="51"/>
  </w:num>
  <w:num w:numId="109" w16cid:durableId="54016262">
    <w:abstractNumId w:val="50"/>
  </w:num>
  <w:num w:numId="110" w16cid:durableId="1135559236">
    <w:abstractNumId w:val="70"/>
  </w:num>
  <w:num w:numId="111" w16cid:durableId="841436399">
    <w:abstractNumId w:val="109"/>
  </w:num>
  <w:num w:numId="112" w16cid:durableId="1096636945">
    <w:abstractNumId w:val="52"/>
  </w:num>
  <w:num w:numId="113" w16cid:durableId="1828738526">
    <w:abstractNumId w:val="41"/>
  </w:num>
  <w:num w:numId="114" w16cid:durableId="1784574877">
    <w:abstractNumId w:val="105"/>
  </w:num>
  <w:num w:numId="115" w16cid:durableId="1277247654">
    <w:abstractNumId w:val="38"/>
  </w:num>
  <w:num w:numId="116" w16cid:durableId="1399859703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0B1A"/>
    <w:rsid w:val="00034616"/>
    <w:rsid w:val="000604ED"/>
    <w:rsid w:val="0006063C"/>
    <w:rsid w:val="000A63D8"/>
    <w:rsid w:val="001467F6"/>
    <w:rsid w:val="0015074B"/>
    <w:rsid w:val="0029639D"/>
    <w:rsid w:val="00297914"/>
    <w:rsid w:val="00323853"/>
    <w:rsid w:val="00326F90"/>
    <w:rsid w:val="004B462B"/>
    <w:rsid w:val="005320C4"/>
    <w:rsid w:val="00534CB9"/>
    <w:rsid w:val="0085156A"/>
    <w:rsid w:val="00A248D5"/>
    <w:rsid w:val="00A63890"/>
    <w:rsid w:val="00AA1D8D"/>
    <w:rsid w:val="00B47730"/>
    <w:rsid w:val="00CB0664"/>
    <w:rsid w:val="00CC2383"/>
    <w:rsid w:val="00D03AEE"/>
    <w:rsid w:val="00D97FB6"/>
    <w:rsid w:val="00E52D8B"/>
    <w:rsid w:val="00E77508"/>
    <w:rsid w:val="00F84B6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00EF33"/>
  <w14:defaultImageDpi w14:val="300"/>
  <w15:docId w15:val="{C5E1176F-ACEF-4943-BDF7-7FB963AE8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693F"/>
    <w:rPr>
      <w:rFonts w:ascii="Calibri" w:hAnsi="Calibri"/>
    </w:rPr>
  </w:style>
  <w:style w:type="paragraph" w:styleId="Kop1">
    <w:name w:val="heading 1"/>
    <w:basedOn w:val="Standaard"/>
    <w:next w:val="Standaard"/>
    <w:link w:val="Kop1Char"/>
    <w:uiPriority w:val="9"/>
    <w:qFormat/>
    <w:rsid w:val="000A63D8"/>
    <w:pPr>
      <w:keepNext/>
      <w:keepLines/>
      <w:spacing w:before="480" w:after="0"/>
      <w:outlineLvl w:val="0"/>
    </w:pPr>
    <w:rPr>
      <w:rFonts w:ascii="Kozuka Gothic Pro H" w:eastAsiaTheme="majorEastAsia" w:hAnsi="Kozuka Gothic Pro H" w:cstheme="majorBidi"/>
      <w:b/>
      <w:bCs/>
      <w:color w:val="365F91" w:themeColor="accent1" w:themeShade="BF"/>
      <w:sz w:val="32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18BF"/>
  </w:style>
  <w:style w:type="paragraph" w:styleId="Voettekst">
    <w:name w:val="footer"/>
    <w:basedOn w:val="Standaard"/>
    <w:link w:val="Voet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18BF"/>
  </w:style>
  <w:style w:type="paragraph" w:styleId="Geenafstand">
    <w:name w:val="No Spacing"/>
    <w:uiPriority w:val="1"/>
    <w:qFormat/>
    <w:rsid w:val="00FC693F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0A63D8"/>
    <w:rPr>
      <w:rFonts w:ascii="Kozuka Gothic Pro H" w:eastAsiaTheme="majorEastAsia" w:hAnsi="Kozuka Gothic Pro H" w:cstheme="majorBidi"/>
      <w:b/>
      <w:bCs/>
      <w:color w:val="365F91" w:themeColor="accent1" w:themeShade="BF"/>
      <w:sz w:val="32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ard"/>
    <w:next w:val="Standaard"/>
    <w:link w:val="TitelChar"/>
    <w:uiPriority w:val="10"/>
    <w:qFormat/>
    <w:rsid w:val="000A63D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Kozuka Gothic Pro H" w:eastAsiaTheme="majorEastAsia" w:hAnsi="Kozuka Gothic Pro H" w:cstheme="majorBidi"/>
      <w:color w:val="00B050"/>
      <w:spacing w:val="5"/>
      <w:kern w:val="28"/>
      <w:sz w:val="52"/>
      <w:szCs w:val="52"/>
      <w:lang w:val="nl-NL"/>
    </w:rPr>
  </w:style>
  <w:style w:type="character" w:customStyle="1" w:styleId="TitelChar">
    <w:name w:val="Titel Char"/>
    <w:basedOn w:val="Standaardalinea-lettertype"/>
    <w:link w:val="Titel"/>
    <w:uiPriority w:val="10"/>
    <w:rsid w:val="000A63D8"/>
    <w:rPr>
      <w:rFonts w:ascii="Kozuka Gothic Pro H" w:eastAsiaTheme="majorEastAsia" w:hAnsi="Kozuka Gothic Pro H" w:cstheme="majorBidi"/>
      <w:color w:val="00B050"/>
      <w:spacing w:val="5"/>
      <w:kern w:val="28"/>
      <w:sz w:val="52"/>
      <w:szCs w:val="52"/>
      <w:lang w:val="nl-NL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jstalinea">
    <w:name w:val="List Paragraph"/>
    <w:basedOn w:val="Standaard"/>
    <w:uiPriority w:val="34"/>
    <w:qFormat/>
    <w:rsid w:val="00FC693F"/>
    <w:pPr>
      <w:ind w:left="720"/>
      <w:contextualSpacing/>
    </w:pPr>
  </w:style>
  <w:style w:type="paragraph" w:styleId="Plattetekst">
    <w:name w:val="Body Text"/>
    <w:basedOn w:val="Standaard"/>
    <w:link w:val="PlattetekstChar"/>
    <w:uiPriority w:val="99"/>
    <w:unhideWhenUsed/>
    <w:rsid w:val="00AA1D8D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rsid w:val="00AA1D8D"/>
  </w:style>
  <w:style w:type="paragraph" w:styleId="Plattetekst2">
    <w:name w:val="Body Text 2"/>
    <w:basedOn w:val="Standaard"/>
    <w:link w:val="Plattetekst2Char"/>
    <w:uiPriority w:val="99"/>
    <w:unhideWhenUsed/>
    <w:rsid w:val="00AA1D8D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rsid w:val="00AA1D8D"/>
  </w:style>
  <w:style w:type="paragraph" w:styleId="Plattetekst3">
    <w:name w:val="Body Text 3"/>
    <w:basedOn w:val="Standaard"/>
    <w:link w:val="Platteteks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rsid w:val="00AA1D8D"/>
    <w:rPr>
      <w:sz w:val="16"/>
      <w:szCs w:val="16"/>
    </w:rPr>
  </w:style>
  <w:style w:type="paragraph" w:styleId="Lijst">
    <w:name w:val="List"/>
    <w:basedOn w:val="Standaard"/>
    <w:uiPriority w:val="99"/>
    <w:unhideWhenUsed/>
    <w:rsid w:val="00AA1D8D"/>
    <w:pPr>
      <w:ind w:left="360" w:hanging="360"/>
      <w:contextualSpacing/>
    </w:pPr>
  </w:style>
  <w:style w:type="paragraph" w:styleId="Lijst2">
    <w:name w:val="List 2"/>
    <w:basedOn w:val="Standaard"/>
    <w:uiPriority w:val="99"/>
    <w:unhideWhenUsed/>
    <w:rsid w:val="00326F90"/>
    <w:pPr>
      <w:ind w:left="720" w:hanging="360"/>
      <w:contextualSpacing/>
    </w:pPr>
  </w:style>
  <w:style w:type="paragraph" w:styleId="Lijst3">
    <w:name w:val="List 3"/>
    <w:basedOn w:val="Standaard"/>
    <w:uiPriority w:val="99"/>
    <w:unhideWhenUsed/>
    <w:rsid w:val="00326F90"/>
    <w:pPr>
      <w:ind w:left="1080" w:hanging="360"/>
      <w:contextualSpacing/>
    </w:pPr>
  </w:style>
  <w:style w:type="paragraph" w:styleId="Lijstopsomteken">
    <w:name w:val="List Bullet"/>
    <w:basedOn w:val="Standaard"/>
    <w:uiPriority w:val="99"/>
    <w:unhideWhenUsed/>
    <w:rsid w:val="00326F90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unhideWhenUsed/>
    <w:rsid w:val="00326F90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unhideWhenUsed/>
    <w:rsid w:val="00326F90"/>
    <w:pPr>
      <w:numPr>
        <w:numId w:val="3"/>
      </w:numPr>
      <w:contextualSpacing/>
    </w:pPr>
  </w:style>
  <w:style w:type="paragraph" w:styleId="Lijstnummering">
    <w:name w:val="List Number"/>
    <w:basedOn w:val="Standaard"/>
    <w:uiPriority w:val="99"/>
    <w:unhideWhenUsed/>
    <w:rsid w:val="00326F90"/>
    <w:pPr>
      <w:numPr>
        <w:numId w:val="5"/>
      </w:numPr>
      <w:contextualSpacing/>
    </w:pPr>
  </w:style>
  <w:style w:type="paragraph" w:styleId="Lijstnummering2">
    <w:name w:val="List Number 2"/>
    <w:basedOn w:val="Standaard"/>
    <w:uiPriority w:val="99"/>
    <w:unhideWhenUsed/>
    <w:rsid w:val="0029639D"/>
    <w:pPr>
      <w:numPr>
        <w:numId w:val="6"/>
      </w:numPr>
      <w:contextualSpacing/>
    </w:pPr>
  </w:style>
  <w:style w:type="paragraph" w:styleId="Lijstnummering3">
    <w:name w:val="List Number 3"/>
    <w:basedOn w:val="Standaard"/>
    <w:uiPriority w:val="99"/>
    <w:unhideWhenUsed/>
    <w:rsid w:val="0029639D"/>
    <w:pPr>
      <w:numPr>
        <w:numId w:val="7"/>
      </w:numPr>
      <w:contextualSpacing/>
    </w:pPr>
  </w:style>
  <w:style w:type="paragraph" w:styleId="Lijstvoortzetting">
    <w:name w:val="List Continue"/>
    <w:basedOn w:val="Standaard"/>
    <w:uiPriority w:val="99"/>
    <w:unhideWhenUsed/>
    <w:rsid w:val="0029639D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unhideWhenUsed/>
    <w:rsid w:val="0029639D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unhideWhenUsed/>
    <w:rsid w:val="0029639D"/>
    <w:pPr>
      <w:spacing w:after="120"/>
      <w:ind w:left="1080"/>
      <w:contextualSpacing/>
    </w:pPr>
  </w:style>
  <w:style w:type="paragraph" w:styleId="Macrotekst">
    <w:name w:val="macro"/>
    <w:link w:val="Macroteks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rsid w:val="0029639D"/>
    <w:rPr>
      <w:rFonts w:ascii="Courier" w:hAnsi="Courier"/>
      <w:sz w:val="2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FC693F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FC693F"/>
    <w:rPr>
      <w:i/>
      <w:iCs/>
      <w:color w:val="000000" w:themeColor="tex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Zwaar">
    <w:name w:val="Strong"/>
    <w:basedOn w:val="Standaardalinea-lettertype"/>
    <w:uiPriority w:val="22"/>
    <w:qFormat/>
    <w:rsid w:val="00FC693F"/>
    <w:rPr>
      <w:b/>
      <w:bCs/>
    </w:rPr>
  </w:style>
  <w:style w:type="character" w:styleId="Nadruk">
    <w:name w:val="Emphasis"/>
    <w:basedOn w:val="Standaardalinea-lettertype"/>
    <w:uiPriority w:val="20"/>
    <w:qFormat/>
    <w:rsid w:val="00FC693F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C693F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FC693F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FC693F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FC693F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FC693F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C693F"/>
    <w:pPr>
      <w:outlineLvl w:val="9"/>
    </w:pPr>
  </w:style>
  <w:style w:type="table" w:styleId="Tabelraster">
    <w:name w:val="Table Grid"/>
    <w:basedOn w:val="Standaardtabe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arcering">
    <w:name w:val="Light Shading"/>
    <w:basedOn w:val="Standaardtabe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chtelijst">
    <w:name w:val="Light List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chtelijst-accent2">
    <w:name w:val="Light List Accent 2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chtelijst-accent3">
    <w:name w:val="Light List Accent 3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chtelijst-accent4">
    <w:name w:val="Light List Accent 4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chtelijst-accent5">
    <w:name w:val="Light List Accent 5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chtelijst-accent6">
    <w:name w:val="Light List Accent 6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chtraster">
    <w:name w:val="Light Grid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chtraster-accent2">
    <w:name w:val="Light Grid Accent 2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chtraster-accent3">
    <w:name w:val="Light Grid Accent 3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chtraster-accent4">
    <w:name w:val="Light Grid Accent 4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chtraster-accent5">
    <w:name w:val="Light Grid Accent 5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chtraster-accent6">
    <w:name w:val="Light Grid Accent 6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emiddeldearcering1">
    <w:name w:val="Medium Shading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Gemiddeldelijst2">
    <w:name w:val="Medium Lis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raster1">
    <w:name w:val="Medium Grid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emiddeldraster2">
    <w:name w:val="Medium Grid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onkerelijst">
    <w:name w:val="Dark List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onkerelijst-accent2">
    <w:name w:val="Dark List Accent 2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onkerelijst-accent3">
    <w:name w:val="Dark List Accent 3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onkerelijst-accent4">
    <w:name w:val="Dark List Accent 4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onkerelijst-accent5">
    <w:name w:val="Dark List Accent 5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leurrijkearcering">
    <w:name w:val="Colorful Shading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lijst">
    <w:name w:val="Colorful List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eurrijkraster">
    <w:name w:val="Colorful Grid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1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6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76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97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217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5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48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22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3300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28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6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2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9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3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903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6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388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59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696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591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47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75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45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05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96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796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37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36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18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25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79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60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5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35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17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5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637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3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71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443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06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29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7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80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60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85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5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48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3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35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4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852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42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414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8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154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6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5705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700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70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34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3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46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49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39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784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140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70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036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2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63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4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55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89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826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99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6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336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15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964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9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61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74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18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67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52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14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65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98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85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05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0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3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314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12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03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7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62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77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4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127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2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38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8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18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62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13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46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68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2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415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7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25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66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68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46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55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20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42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80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62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04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97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34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58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66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5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38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239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45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22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81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6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23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32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2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40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583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5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061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181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713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6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3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07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9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0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36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22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30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619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21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3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80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422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29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5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0399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211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9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13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13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19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715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52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9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50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987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4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95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57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823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08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39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9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7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315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3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39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34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205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7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84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48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15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4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56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6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18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91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54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2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429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5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37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68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07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2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038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29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305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887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2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27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37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6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5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51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6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164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3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1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21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5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5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553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9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82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995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63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15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70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45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9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925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85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5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74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649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806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0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606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3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3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878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17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7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95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422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403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7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71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3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66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303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53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619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99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836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92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89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885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1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329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52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9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00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5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566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676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96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47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85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91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626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730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0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5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252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59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34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29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40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100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88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42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304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3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8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48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76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43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82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47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91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100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78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53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50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10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0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06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4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513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20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5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783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52</Pages>
  <Words>7902</Words>
  <Characters>43461</Characters>
  <Application>Microsoft Office Word</Application>
  <DocSecurity>0</DocSecurity>
  <Lines>362</Lines>
  <Paragraphs>102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51261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Jan Olav Smit</cp:lastModifiedBy>
  <cp:revision>9</cp:revision>
  <dcterms:created xsi:type="dcterms:W3CDTF">2026-06-27T10:59:00Z</dcterms:created>
  <dcterms:modified xsi:type="dcterms:W3CDTF">2026-06-27T15:48:00Z</dcterms:modified>
  <cp:category/>
</cp:coreProperties>
</file>