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A4BA2" w14:textId="77777777" w:rsidR="00E52D8B" w:rsidRPr="00E52D8B" w:rsidRDefault="00E52D8B" w:rsidP="00E52D8B">
      <w:pPr>
        <w:jc w:val="center"/>
        <w:rPr>
          <w:rFonts w:ascii="4990810" w:hAnsi="4990810"/>
          <w:color w:val="C0504D" w:themeColor="accent2"/>
          <w:sz w:val="160"/>
          <w:szCs w:val="160"/>
          <w:lang w:val="nl-NL"/>
        </w:rPr>
      </w:pPr>
      <w:r w:rsidRPr="00E52D8B">
        <w:rPr>
          <w:rFonts w:ascii="4990810" w:hAnsi="4990810"/>
          <w:color w:val="C0504D" w:themeColor="accent2"/>
          <w:sz w:val="160"/>
          <w:szCs w:val="160"/>
          <w:lang w:val="nl-NL"/>
        </w:rPr>
        <w:t>Handleiding</w:t>
      </w:r>
    </w:p>
    <w:p w14:paraId="0F57DF21" w14:textId="5733225E" w:rsidR="00E52D8B" w:rsidRPr="00E52D8B" w:rsidRDefault="00E52D8B" w:rsidP="00E52D8B">
      <w:pPr>
        <w:rPr>
          <w:lang w:val="nl-NL"/>
        </w:rPr>
      </w:pPr>
      <w:r w:rsidRPr="00E52D8B">
        <w:rPr>
          <w:lang w:val="nl-NL"/>
        </w:rPr>
        <w:drawing>
          <wp:inline distT="0" distB="0" distL="0" distR="0" wp14:anchorId="2692979D" wp14:editId="11E1D110">
            <wp:extent cx="5486400" cy="3651885"/>
            <wp:effectExtent l="0" t="0" r="0" b="571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E51F3" w14:textId="77777777" w:rsidR="00E52D8B" w:rsidRDefault="00E52D8B">
      <w:pPr>
        <w:rPr>
          <w:rFonts w:ascii="Kozuka Gothic Pro H" w:eastAsiaTheme="majorEastAsia" w:hAnsi="Kozuka Gothic Pro H" w:cstheme="majorBidi"/>
          <w:color w:val="00B050"/>
          <w:spacing w:val="5"/>
          <w:kern w:val="28"/>
          <w:sz w:val="52"/>
          <w:szCs w:val="52"/>
          <w:lang w:val="nl-NL"/>
        </w:rPr>
      </w:pPr>
      <w:r>
        <w:br w:type="page"/>
      </w:r>
    </w:p>
    <w:p w14:paraId="45F74076" w14:textId="32876C9B" w:rsidR="000A63D8" w:rsidRPr="000A63D8" w:rsidRDefault="00E52D8B" w:rsidP="00E52D8B">
      <w:pPr>
        <w:pStyle w:val="Titel"/>
      </w:pPr>
      <w:r>
        <w:lastRenderedPageBreak/>
        <w:t xml:space="preserve">1. </w:t>
      </w:r>
      <w:proofErr w:type="spellStart"/>
      <w:r w:rsidR="000A63D8" w:rsidRPr="000A63D8">
        <w:t>kennismaking</w:t>
      </w:r>
      <w:proofErr w:type="spellEnd"/>
    </w:p>
    <w:p w14:paraId="59E5579D" w14:textId="77777777" w:rsidR="000A63D8" w:rsidRPr="000A63D8" w:rsidRDefault="000A63D8" w:rsidP="00E52D8B">
      <w:pPr>
        <w:pStyle w:val="Kop1"/>
        <w:rPr>
          <w:lang w:val="nl-NL"/>
        </w:rPr>
      </w:pPr>
      <w:r w:rsidRPr="000A63D8">
        <w:rPr>
          <w:lang w:val="nl-NL"/>
        </w:rPr>
        <w:t xml:space="preserve">1.1 Wat is Apple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>?</w:t>
      </w:r>
    </w:p>
    <w:p w14:paraId="4E5F119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Stel je voor dat het grote scherm van je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eigenlijk een </w:t>
      </w:r>
      <w:r w:rsidRPr="000A63D8">
        <w:rPr>
          <w:b/>
          <w:bCs/>
          <w:lang w:val="nl-NL"/>
        </w:rPr>
        <w:t>tweede scherm van je iPhone</w:t>
      </w:r>
      <w:r w:rsidRPr="000A63D8">
        <w:rPr>
          <w:lang w:val="nl-NL"/>
        </w:rPr>
        <w:t xml:space="preserve"> is.</w:t>
      </w:r>
    </w:p>
    <w:p w14:paraId="30332C8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is dus geen navigatiesysteem op zichzelf.</w:t>
      </w:r>
    </w:p>
    <w:p w14:paraId="3640A40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Hij gebruikt de iPhone voor:</w:t>
      </w:r>
    </w:p>
    <w:p w14:paraId="68E201C6" w14:textId="77777777" w:rsidR="000A63D8" w:rsidRPr="000A63D8" w:rsidRDefault="000A63D8" w:rsidP="00A248D5">
      <w:pPr>
        <w:numPr>
          <w:ilvl w:val="0"/>
          <w:numId w:val="11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navigatie</w:t>
      </w:r>
      <w:proofErr w:type="gramEnd"/>
      <w:r w:rsidRPr="000A63D8">
        <w:rPr>
          <w:lang w:val="nl-NL"/>
        </w:rPr>
        <w:t xml:space="preserve">; </w:t>
      </w:r>
    </w:p>
    <w:p w14:paraId="416B0995" w14:textId="77777777" w:rsidR="000A63D8" w:rsidRPr="000A63D8" w:rsidRDefault="000A63D8" w:rsidP="00A248D5">
      <w:pPr>
        <w:numPr>
          <w:ilvl w:val="0"/>
          <w:numId w:val="11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telefoneren</w:t>
      </w:r>
      <w:proofErr w:type="gramEnd"/>
      <w:r w:rsidRPr="000A63D8">
        <w:rPr>
          <w:lang w:val="nl-NL"/>
        </w:rPr>
        <w:t xml:space="preserve">; </w:t>
      </w:r>
    </w:p>
    <w:p w14:paraId="425B6E3F" w14:textId="77777777" w:rsidR="000A63D8" w:rsidRPr="000A63D8" w:rsidRDefault="000A63D8" w:rsidP="00A248D5">
      <w:pPr>
        <w:numPr>
          <w:ilvl w:val="0"/>
          <w:numId w:val="11"/>
        </w:numPr>
        <w:spacing w:after="0"/>
        <w:rPr>
          <w:lang w:val="nl-NL"/>
        </w:rPr>
      </w:pPr>
      <w:r w:rsidRPr="000A63D8">
        <w:rPr>
          <w:lang w:val="nl-NL"/>
        </w:rPr>
        <w:t xml:space="preserve">WhatsApp; </w:t>
      </w:r>
    </w:p>
    <w:p w14:paraId="48A14DEA" w14:textId="77777777" w:rsidR="000A63D8" w:rsidRPr="000A63D8" w:rsidRDefault="000A63D8" w:rsidP="00A248D5">
      <w:pPr>
        <w:numPr>
          <w:ilvl w:val="0"/>
          <w:numId w:val="11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muziek</w:t>
      </w:r>
      <w:proofErr w:type="gramEnd"/>
      <w:r w:rsidRPr="000A63D8">
        <w:rPr>
          <w:lang w:val="nl-NL"/>
        </w:rPr>
        <w:t xml:space="preserve">; </w:t>
      </w:r>
    </w:p>
    <w:p w14:paraId="6F36DA7A" w14:textId="77777777" w:rsidR="000A63D8" w:rsidRPr="000A63D8" w:rsidRDefault="000A63D8" w:rsidP="00A248D5">
      <w:pPr>
        <w:numPr>
          <w:ilvl w:val="0"/>
          <w:numId w:val="11"/>
        </w:numPr>
        <w:spacing w:after="0"/>
        <w:rPr>
          <w:lang w:val="nl-NL"/>
        </w:rPr>
      </w:pP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; </w:t>
      </w:r>
    </w:p>
    <w:p w14:paraId="26687DAC" w14:textId="77777777" w:rsidR="000A63D8" w:rsidRPr="000A63D8" w:rsidRDefault="000A63D8" w:rsidP="00A248D5">
      <w:pPr>
        <w:numPr>
          <w:ilvl w:val="0"/>
          <w:numId w:val="11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agenda</w:t>
      </w:r>
      <w:proofErr w:type="gramEnd"/>
      <w:r w:rsidRPr="000A63D8">
        <w:rPr>
          <w:lang w:val="nl-NL"/>
        </w:rPr>
        <w:t xml:space="preserve">; </w:t>
      </w:r>
    </w:p>
    <w:p w14:paraId="11A9F2FF" w14:textId="77777777" w:rsidR="000A63D8" w:rsidRPr="000A63D8" w:rsidRDefault="000A63D8" w:rsidP="00A248D5">
      <w:pPr>
        <w:numPr>
          <w:ilvl w:val="0"/>
          <w:numId w:val="11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podcasts</w:t>
      </w:r>
      <w:proofErr w:type="gramEnd"/>
      <w:r w:rsidRPr="000A63D8">
        <w:rPr>
          <w:lang w:val="nl-NL"/>
        </w:rPr>
        <w:t xml:space="preserve">. </w:t>
      </w:r>
    </w:p>
    <w:p w14:paraId="3FDBED5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Eigenlijk blijft je iPhone "het brein" en is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alleen het bedieningsscherm.</w:t>
      </w:r>
    </w:p>
    <w:p w14:paraId="732DE29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Dat heeft een groot voordeel:</w:t>
      </w:r>
    </w:p>
    <w:p w14:paraId="425BE5C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Als Apple morgen een betere versie van Kaarten of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uitbrengt, heb jij die automatisch ook in je camper.</w:t>
      </w:r>
    </w:p>
    <w:p w14:paraId="39056878" w14:textId="77777777" w:rsidR="000A63D8" w:rsidRPr="000A63D8" w:rsidRDefault="000A63D8" w:rsidP="00E52D8B">
      <w:pPr>
        <w:pStyle w:val="Kop1"/>
        <w:rPr>
          <w:lang w:val="nl-NL"/>
        </w:rPr>
      </w:pPr>
      <w:r w:rsidRPr="000A63D8">
        <w:rPr>
          <w:lang w:val="nl-NL"/>
        </w:rPr>
        <w:t>1.2 Wat zie je als je instapt?</w:t>
      </w:r>
    </w:p>
    <w:p w14:paraId="1F85871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Wanneer je de camper start, gebeurt ongeveer het volgende:</w:t>
      </w:r>
    </w:p>
    <w:p w14:paraId="609CE389" w14:textId="77777777" w:rsidR="000A63D8" w:rsidRPr="000A63D8" w:rsidRDefault="000A63D8" w:rsidP="00A248D5">
      <w:pPr>
        <w:numPr>
          <w:ilvl w:val="0"/>
          <w:numId w:val="12"/>
        </w:numPr>
        <w:spacing w:after="0"/>
        <w:rPr>
          <w:lang w:val="nl-NL"/>
        </w:rPr>
      </w:pP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start op. </w:t>
      </w:r>
    </w:p>
    <w:p w14:paraId="7DD1D89B" w14:textId="77777777" w:rsidR="000A63D8" w:rsidRPr="000A63D8" w:rsidRDefault="000A63D8" w:rsidP="00A248D5">
      <w:pPr>
        <w:numPr>
          <w:ilvl w:val="0"/>
          <w:numId w:val="12"/>
        </w:numPr>
        <w:spacing w:after="0"/>
        <w:rPr>
          <w:lang w:val="nl-NL"/>
        </w:rPr>
      </w:pPr>
      <w:r w:rsidRPr="000A63D8">
        <w:rPr>
          <w:lang w:val="nl-NL"/>
        </w:rPr>
        <w:t xml:space="preserve">Hij zoekt je iPhone. </w:t>
      </w:r>
    </w:p>
    <w:p w14:paraId="766FAA57" w14:textId="77777777" w:rsidR="000A63D8" w:rsidRPr="000A63D8" w:rsidRDefault="000A63D8" w:rsidP="00A248D5">
      <w:pPr>
        <w:numPr>
          <w:ilvl w:val="0"/>
          <w:numId w:val="12"/>
        </w:numPr>
        <w:spacing w:after="0"/>
        <w:rPr>
          <w:lang w:val="nl-NL"/>
        </w:rPr>
      </w:pPr>
      <w:r w:rsidRPr="000A63D8">
        <w:rPr>
          <w:lang w:val="nl-NL"/>
        </w:rPr>
        <w:t xml:space="preserve">Binnen enkele seconden verschijnt Apple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. </w:t>
      </w:r>
    </w:p>
    <w:p w14:paraId="34E6CB82" w14:textId="77777777" w:rsidR="000A63D8" w:rsidRPr="000A63D8" w:rsidRDefault="000A63D8" w:rsidP="00A248D5">
      <w:pPr>
        <w:numPr>
          <w:ilvl w:val="0"/>
          <w:numId w:val="12"/>
        </w:numPr>
        <w:spacing w:after="0"/>
        <w:rPr>
          <w:lang w:val="nl-NL"/>
        </w:rPr>
      </w:pPr>
      <w:r w:rsidRPr="000A63D8">
        <w:rPr>
          <w:lang w:val="nl-NL"/>
        </w:rPr>
        <w:t xml:space="preserve">Je ziet grote pictogrammen. </w:t>
      </w:r>
    </w:p>
    <w:p w14:paraId="151A167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Bijvoorbeeld:</w:t>
      </w:r>
    </w:p>
    <w:p w14:paraId="24DC9DB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📞</w:t>
      </w:r>
      <w:r w:rsidRPr="000A63D8">
        <w:rPr>
          <w:lang w:val="nl-NL"/>
        </w:rPr>
        <w:t xml:space="preserve"> Telefoon</w:t>
      </w:r>
    </w:p>
    <w:p w14:paraId="3E9B17B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Symbol" w:hAnsi="Segoe UI Symbol" w:cs="Segoe UI Symbol"/>
          <w:lang w:val="nl-NL"/>
        </w:rPr>
        <w:t>🗺</w:t>
      </w:r>
      <w:r w:rsidRPr="000A63D8">
        <w:rPr>
          <w:lang w:val="nl-NL"/>
        </w:rPr>
        <w:t>️ Kaarten</w:t>
      </w:r>
    </w:p>
    <w:p w14:paraId="5EE9EE6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🎵</w:t>
      </w:r>
      <w:r w:rsidRPr="000A63D8">
        <w:rPr>
          <w:lang w:val="nl-NL"/>
        </w:rPr>
        <w:t xml:space="preserve"> Muziek</w:t>
      </w:r>
    </w:p>
    <w:p w14:paraId="4F6C736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💬</w:t>
      </w:r>
      <w:r w:rsidRPr="000A63D8">
        <w:rPr>
          <w:lang w:val="nl-NL"/>
        </w:rPr>
        <w:t xml:space="preserve"> Berichten</w:t>
      </w:r>
    </w:p>
    <w:p w14:paraId="0E9361C1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🎧</w:t>
      </w:r>
      <w:r w:rsidRPr="000A63D8">
        <w:rPr>
          <w:lang w:val="nl-NL"/>
        </w:rPr>
        <w:t xml:space="preserve"> Podcasts</w:t>
      </w:r>
    </w:p>
    <w:p w14:paraId="4719D2D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📅</w:t>
      </w:r>
      <w:r w:rsidRPr="000A63D8">
        <w:rPr>
          <w:lang w:val="nl-NL"/>
        </w:rPr>
        <w:t xml:space="preserve"> Agenda</w:t>
      </w:r>
    </w:p>
    <w:p w14:paraId="44BAAF5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Symbol" w:hAnsi="Segoe UI Symbol" w:cs="Segoe UI Symbol"/>
          <w:lang w:val="nl-NL"/>
        </w:rPr>
        <w:t>⚙</w:t>
      </w:r>
      <w:r w:rsidRPr="000A63D8">
        <w:rPr>
          <w:lang w:val="nl-NL"/>
        </w:rPr>
        <w:t>️ Instellingen</w:t>
      </w:r>
    </w:p>
    <w:p w14:paraId="48E574A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Meer hoef je de eerste weken eigenlijk niet te weten.</w:t>
      </w:r>
    </w:p>
    <w:p w14:paraId="25B8C831" w14:textId="5C532724" w:rsidR="000A63D8" w:rsidRPr="000A63D8" w:rsidRDefault="000A63D8" w:rsidP="00A248D5">
      <w:pPr>
        <w:spacing w:after="0"/>
        <w:rPr>
          <w:lang w:val="nl-NL"/>
        </w:rPr>
      </w:pPr>
    </w:p>
    <w:p w14:paraId="3CE4C902" w14:textId="77777777" w:rsidR="000A63D8" w:rsidRPr="000A63D8" w:rsidRDefault="000A63D8" w:rsidP="00E52D8B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1.3 De gouden regel</w:t>
      </w:r>
    </w:p>
    <w:p w14:paraId="300016F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Veel beginners denken:</w:t>
      </w:r>
    </w:p>
    <w:p w14:paraId="0E7DAEE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i/>
          <w:iCs/>
          <w:lang w:val="nl-NL"/>
        </w:rPr>
        <w:t>"Ik moet alles met mijn vingers bedienen."</w:t>
      </w:r>
    </w:p>
    <w:p w14:paraId="06AC0EC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Dat is niet zo.</w:t>
      </w:r>
    </w:p>
    <w:p w14:paraId="11C035A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De gouden regel is:</w:t>
      </w:r>
    </w:p>
    <w:p w14:paraId="15D7DC9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Gebruik je stem zoveel mogelijk.</w:t>
      </w:r>
    </w:p>
    <w:p w14:paraId="1536E6F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Apple heeft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juist ontworpen zodat je bijna niets hoeft aan te raken.</w:t>
      </w:r>
    </w:p>
    <w:p w14:paraId="7647AEED" w14:textId="7D117EBE" w:rsidR="000A63D8" w:rsidRPr="000A63D8" w:rsidRDefault="000A63D8" w:rsidP="00A248D5">
      <w:pPr>
        <w:spacing w:after="0"/>
        <w:rPr>
          <w:lang w:val="nl-NL"/>
        </w:rPr>
      </w:pPr>
    </w:p>
    <w:p w14:paraId="370EBD73" w14:textId="77777777" w:rsidR="000A63D8" w:rsidRPr="000A63D8" w:rsidRDefault="000A63D8" w:rsidP="00E52D8B">
      <w:pPr>
        <w:pStyle w:val="Kop1"/>
        <w:rPr>
          <w:lang w:val="nl-NL"/>
        </w:rPr>
      </w:pPr>
      <w:r w:rsidRPr="000A63D8">
        <w:rPr>
          <w:lang w:val="nl-NL"/>
        </w:rPr>
        <w:t xml:space="preserve">1.4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is jouw chauffeur</w:t>
      </w:r>
    </w:p>
    <w:p w14:paraId="4B86A84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Zie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als een vriendelijke passagier.</w:t>
      </w:r>
    </w:p>
    <w:p w14:paraId="07F2EB9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hoeft alleen maar iets te vragen.</w:t>
      </w:r>
    </w:p>
    <w:p w14:paraId="0D45998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Bijvoorbeeld:</w:t>
      </w:r>
    </w:p>
    <w:p w14:paraId="421F084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"Navigeer naar huis."</w:t>
      </w:r>
    </w:p>
    <w:p w14:paraId="3B8CCBBB" w14:textId="77777777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opent automatisch de navigatie.</w:t>
      </w:r>
    </w:p>
    <w:p w14:paraId="2370932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Of:</w:t>
      </w:r>
    </w:p>
    <w:p w14:paraId="30CA57A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"Bel Janneke."</w:t>
      </w:r>
    </w:p>
    <w:p w14:paraId="5D91474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telefoon begint te bellen.</w:t>
      </w:r>
    </w:p>
    <w:p w14:paraId="2968760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Of:</w:t>
      </w:r>
    </w:p>
    <w:p w14:paraId="2785322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Lidl."</w:t>
      </w:r>
    </w:p>
    <w:p w14:paraId="3BE1D7D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kaart verschijnt direct.</w:t>
      </w:r>
    </w:p>
    <w:p w14:paraId="622111A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hoeft dus niet eerst een app te openen.</w:t>
      </w:r>
    </w:p>
    <w:p w14:paraId="29AE9A92" w14:textId="23384A18" w:rsidR="000A63D8" w:rsidRPr="000A63D8" w:rsidRDefault="000A63D8" w:rsidP="00A248D5">
      <w:pPr>
        <w:spacing w:after="0"/>
        <w:rPr>
          <w:lang w:val="nl-NL"/>
        </w:rPr>
      </w:pPr>
    </w:p>
    <w:p w14:paraId="2A6C8C49" w14:textId="77777777" w:rsidR="000A63D8" w:rsidRPr="000A63D8" w:rsidRDefault="000A63D8" w:rsidP="00E52D8B">
      <w:pPr>
        <w:pStyle w:val="Kop1"/>
        <w:rPr>
          <w:lang w:val="nl-NL"/>
        </w:rPr>
      </w:pPr>
      <w:r w:rsidRPr="000A63D8">
        <w:rPr>
          <w:lang w:val="nl-NL"/>
        </w:rPr>
        <w:t>1.5 De vijf functies die je 95% van de tijd gebruikt</w:t>
      </w:r>
    </w:p>
    <w:p w14:paraId="214E9DA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Na jarenlang gebruik merk ik dat vrijwel iedereen steeds dezelfde vijf functies gebruikt.</w:t>
      </w:r>
    </w:p>
    <w:p w14:paraId="60037818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1. Navigeren</w:t>
      </w:r>
    </w:p>
    <w:p w14:paraId="00231BC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"Breng me naar..."</w:t>
      </w:r>
    </w:p>
    <w:p w14:paraId="5DEE03E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Dat zal waarschijnlijk de functie zijn die jij het meest gebruikt tijdens je camperreizen.</w:t>
      </w:r>
    </w:p>
    <w:p w14:paraId="0F178D02" w14:textId="417F32FD" w:rsidR="000A63D8" w:rsidRPr="000A63D8" w:rsidRDefault="000A63D8" w:rsidP="00A248D5">
      <w:pPr>
        <w:spacing w:after="0"/>
        <w:rPr>
          <w:lang w:val="nl-NL"/>
        </w:rPr>
      </w:pPr>
    </w:p>
    <w:p w14:paraId="1589456B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2. Muziek</w:t>
      </w:r>
    </w:p>
    <w:p w14:paraId="4E38DC7B" w14:textId="77777777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Spotify</w:t>
      </w:r>
      <w:proofErr w:type="spellEnd"/>
    </w:p>
    <w:p w14:paraId="766F46E1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Apple Music</w:t>
      </w:r>
    </w:p>
    <w:p w14:paraId="25FF0AA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DAB+</w:t>
      </w:r>
    </w:p>
    <w:p w14:paraId="44490F5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Radio</w:t>
      </w:r>
    </w:p>
    <w:p w14:paraId="41DF93C4" w14:textId="47D3FD8F" w:rsidR="000A63D8" w:rsidRPr="000A63D8" w:rsidRDefault="000A63D8" w:rsidP="00A248D5">
      <w:pPr>
        <w:spacing w:after="0"/>
        <w:rPr>
          <w:lang w:val="nl-NL"/>
        </w:rPr>
      </w:pPr>
    </w:p>
    <w:p w14:paraId="3934A164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3. Telefoneren</w:t>
      </w:r>
    </w:p>
    <w:p w14:paraId="3320555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lastRenderedPageBreak/>
        <w:t>Handsfree.</w:t>
      </w:r>
    </w:p>
    <w:p w14:paraId="7A76C68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Veel veiliger.</w:t>
      </w:r>
    </w:p>
    <w:p w14:paraId="39AB9777" w14:textId="2AB33523" w:rsidR="000A63D8" w:rsidRPr="000A63D8" w:rsidRDefault="000A63D8" w:rsidP="00A248D5">
      <w:pPr>
        <w:spacing w:after="0"/>
        <w:rPr>
          <w:lang w:val="nl-NL"/>
        </w:rPr>
      </w:pPr>
    </w:p>
    <w:p w14:paraId="06DE8979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4. Berichten</w:t>
      </w:r>
    </w:p>
    <w:p w14:paraId="224CA73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WhatsApp</w:t>
      </w:r>
    </w:p>
    <w:p w14:paraId="71B8EFE1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SMS</w:t>
      </w:r>
    </w:p>
    <w:p w14:paraId="5ED77C54" w14:textId="77777777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leest alles voor.</w:t>
      </w:r>
    </w:p>
    <w:p w14:paraId="0BC98A72" w14:textId="380A3F8E" w:rsidR="000A63D8" w:rsidRPr="000A63D8" w:rsidRDefault="000A63D8" w:rsidP="00A248D5">
      <w:pPr>
        <w:spacing w:after="0"/>
        <w:rPr>
          <w:lang w:val="nl-NL"/>
        </w:rPr>
      </w:pPr>
    </w:p>
    <w:p w14:paraId="4DD0E86B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5. Zoeken</w:t>
      </w:r>
    </w:p>
    <w:p w14:paraId="627122C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is misschien wel de meest onderschatte functie.</w:t>
      </w:r>
    </w:p>
    <w:p w14:paraId="294FA78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kunt zeggen:</w:t>
      </w:r>
    </w:p>
    <w:p w14:paraId="6FD99B5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bakker."</w:t>
      </w:r>
    </w:p>
    <w:p w14:paraId="0A2A0BA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camping."</w:t>
      </w:r>
    </w:p>
    <w:p w14:paraId="0A0E3A5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apotheek."</w:t>
      </w:r>
    </w:p>
    <w:p w14:paraId="5EE0332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ziekenhuis."</w:t>
      </w:r>
    </w:p>
    <w:p w14:paraId="5A17576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camperplaats."</w:t>
      </w:r>
    </w:p>
    <w:p w14:paraId="4C81DEE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Dat is ideaal wanneer je onderweg bent.</w:t>
      </w:r>
    </w:p>
    <w:p w14:paraId="2D50B90E" w14:textId="7C34FB21" w:rsidR="000A63D8" w:rsidRPr="000A63D8" w:rsidRDefault="000A63D8" w:rsidP="00A248D5">
      <w:pPr>
        <w:spacing w:after="0"/>
        <w:rPr>
          <w:lang w:val="nl-NL"/>
        </w:rPr>
      </w:pPr>
    </w:p>
    <w:p w14:paraId="0CD81AF7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1.6 Wat moet je vooral niet doen?</w:t>
      </w:r>
    </w:p>
    <w:p w14:paraId="598F372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❌</w:t>
      </w:r>
      <w:r w:rsidRPr="000A63D8">
        <w:rPr>
          <w:lang w:val="nl-NL"/>
        </w:rPr>
        <w:t xml:space="preserve"> Tijdens het rijden typen.</w:t>
      </w:r>
    </w:p>
    <w:p w14:paraId="66434FD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❌</w:t>
      </w:r>
      <w:r w:rsidRPr="000A63D8">
        <w:rPr>
          <w:lang w:val="nl-NL"/>
        </w:rPr>
        <w:t xml:space="preserve"> Tijdens het rijden door menu's bladeren.</w:t>
      </w:r>
    </w:p>
    <w:p w14:paraId="3F5BF82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❌</w:t>
      </w:r>
      <w:r w:rsidRPr="000A63D8">
        <w:rPr>
          <w:lang w:val="nl-NL"/>
        </w:rPr>
        <w:t xml:space="preserve"> Tijdens het rijden instellingen veranderen.</w:t>
      </w:r>
    </w:p>
    <w:p w14:paraId="464BB75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Doe dat altijd voordat je vertrekt of wanneer je stilstaat.</w:t>
      </w:r>
    </w:p>
    <w:p w14:paraId="61C5C099" w14:textId="17932B4F" w:rsidR="000A63D8" w:rsidRPr="000A63D8" w:rsidRDefault="000A63D8" w:rsidP="00A248D5">
      <w:pPr>
        <w:spacing w:after="0"/>
        <w:rPr>
          <w:lang w:val="nl-NL"/>
        </w:rPr>
      </w:pPr>
    </w:p>
    <w:p w14:paraId="7A7AA3AA" w14:textId="77777777" w:rsidR="000A63D8" w:rsidRPr="000A63D8" w:rsidRDefault="000A63D8" w:rsidP="00E52D8B">
      <w:pPr>
        <w:pStyle w:val="Kop1"/>
        <w:rPr>
          <w:lang w:val="nl-NL"/>
        </w:rPr>
      </w:pPr>
      <w:r w:rsidRPr="000A63D8">
        <w:rPr>
          <w:lang w:val="nl-NL"/>
        </w:rPr>
        <w:t>1.7 De drie knoppen die je moet kennen</w:t>
      </w:r>
    </w:p>
    <w:p w14:paraId="4DE5BB2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Voor nu hoef je eigenlijk maar drie onderdelen van het scherm te onthouden:</w:t>
      </w:r>
    </w:p>
    <w:p w14:paraId="01498D88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proofErr w:type="gramStart"/>
      <w:r w:rsidRPr="000A63D8">
        <w:rPr>
          <w:b/>
          <w:bCs/>
          <w:lang w:val="nl-NL"/>
        </w:rPr>
        <w:t>①</w:t>
      </w:r>
      <w:proofErr w:type="gramEnd"/>
      <w:r w:rsidRPr="000A63D8">
        <w:rPr>
          <w:b/>
          <w:bCs/>
          <w:lang w:val="nl-NL"/>
        </w:rPr>
        <w:t xml:space="preserve"> Home</w:t>
      </w:r>
    </w:p>
    <w:p w14:paraId="7DC73D0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Hiermee ga je altijd terug naar het beginscherm.</w:t>
      </w:r>
    </w:p>
    <w:p w14:paraId="5F7CE5D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Denk eraan als de "thuisknop" van je systeem.</w:t>
      </w:r>
    </w:p>
    <w:p w14:paraId="558B8788" w14:textId="03F1352B" w:rsidR="000A63D8" w:rsidRPr="000A63D8" w:rsidRDefault="000A63D8" w:rsidP="00A248D5">
      <w:pPr>
        <w:spacing w:after="0"/>
        <w:rPr>
          <w:lang w:val="nl-NL"/>
        </w:rPr>
      </w:pPr>
    </w:p>
    <w:p w14:paraId="64DB5F58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proofErr w:type="gramStart"/>
      <w:r w:rsidRPr="000A63D8">
        <w:rPr>
          <w:b/>
          <w:bCs/>
          <w:lang w:val="nl-NL"/>
        </w:rPr>
        <w:t>②</w:t>
      </w:r>
      <w:proofErr w:type="gramEnd"/>
      <w:r w:rsidRPr="000A63D8">
        <w:rPr>
          <w:b/>
          <w:bCs/>
          <w:lang w:val="nl-NL"/>
        </w:rPr>
        <w:t xml:space="preserve"> Kaarten</w:t>
      </w:r>
    </w:p>
    <w:p w14:paraId="4EE5A53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Hiermee start je de navigatie.</w:t>
      </w:r>
    </w:p>
    <w:p w14:paraId="5B00C8B6" w14:textId="57916054" w:rsidR="000A63D8" w:rsidRPr="000A63D8" w:rsidRDefault="000A63D8" w:rsidP="00A248D5">
      <w:pPr>
        <w:spacing w:after="0"/>
        <w:rPr>
          <w:lang w:val="nl-NL"/>
        </w:rPr>
      </w:pPr>
    </w:p>
    <w:p w14:paraId="4820C6C2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proofErr w:type="gramStart"/>
      <w:r w:rsidRPr="000A63D8">
        <w:rPr>
          <w:b/>
          <w:bCs/>
          <w:lang w:val="nl-NL"/>
        </w:rPr>
        <w:t>③</w:t>
      </w:r>
      <w:proofErr w:type="gramEnd"/>
      <w:r w:rsidRPr="000A63D8">
        <w:rPr>
          <w:b/>
          <w:bCs/>
          <w:lang w:val="nl-NL"/>
        </w:rPr>
        <w:t xml:space="preserve"> Telefoon</w:t>
      </w:r>
    </w:p>
    <w:p w14:paraId="2C75D5B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Hiermee bel je iemand of bekijk je recente gesprekken.</w:t>
      </w:r>
    </w:p>
    <w:p w14:paraId="3F95CEF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Dat zijn de drie onderdelen die je de eerste dagen het vaakst zult gebruiken.</w:t>
      </w:r>
    </w:p>
    <w:p w14:paraId="71328823" w14:textId="7F2948B5" w:rsidR="000A63D8" w:rsidRPr="000A63D8" w:rsidRDefault="000A63D8" w:rsidP="00A248D5">
      <w:pPr>
        <w:spacing w:after="0"/>
        <w:rPr>
          <w:lang w:val="nl-NL"/>
        </w:rPr>
      </w:pPr>
    </w:p>
    <w:p w14:paraId="3A9DAAD0" w14:textId="77777777" w:rsidR="000A63D8" w:rsidRPr="000A63D8" w:rsidRDefault="000A63D8" w:rsidP="00E52D8B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1.8 De eerste oefening</w:t>
      </w:r>
    </w:p>
    <w:p w14:paraId="4DAED06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Ga in de camper zitten terwijl deze </w:t>
      </w:r>
      <w:r w:rsidRPr="000A63D8">
        <w:rPr>
          <w:b/>
          <w:bCs/>
          <w:lang w:val="nl-NL"/>
        </w:rPr>
        <w:t>stilstaat</w:t>
      </w:r>
      <w:r w:rsidRPr="000A63D8">
        <w:rPr>
          <w:lang w:val="nl-NL"/>
        </w:rPr>
        <w:t>.</w:t>
      </w:r>
    </w:p>
    <w:p w14:paraId="467D7C92" w14:textId="77777777" w:rsidR="000A63D8" w:rsidRPr="000A63D8" w:rsidRDefault="000A63D8" w:rsidP="00A248D5">
      <w:pPr>
        <w:numPr>
          <w:ilvl w:val="0"/>
          <w:numId w:val="13"/>
        </w:numPr>
        <w:spacing w:after="0"/>
        <w:rPr>
          <w:lang w:val="nl-NL"/>
        </w:rPr>
      </w:pPr>
      <w:r w:rsidRPr="000A63D8">
        <w:rPr>
          <w:lang w:val="nl-NL"/>
        </w:rPr>
        <w:t xml:space="preserve">Start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. </w:t>
      </w:r>
    </w:p>
    <w:p w14:paraId="5720CAA0" w14:textId="77777777" w:rsidR="000A63D8" w:rsidRPr="000A63D8" w:rsidRDefault="000A63D8" w:rsidP="00A248D5">
      <w:pPr>
        <w:numPr>
          <w:ilvl w:val="0"/>
          <w:numId w:val="13"/>
        </w:numPr>
        <w:spacing w:after="0"/>
        <w:rPr>
          <w:lang w:val="nl-NL"/>
        </w:rPr>
      </w:pPr>
      <w:r w:rsidRPr="000A63D8">
        <w:rPr>
          <w:lang w:val="nl-NL"/>
        </w:rPr>
        <w:t xml:space="preserve">Verbind je iPhone. </w:t>
      </w:r>
    </w:p>
    <w:p w14:paraId="200A30F2" w14:textId="77777777" w:rsidR="000A63D8" w:rsidRPr="000A63D8" w:rsidRDefault="000A63D8" w:rsidP="00A248D5">
      <w:pPr>
        <w:numPr>
          <w:ilvl w:val="0"/>
          <w:numId w:val="13"/>
        </w:numPr>
        <w:spacing w:after="0"/>
        <w:rPr>
          <w:lang w:val="nl-NL"/>
        </w:rPr>
      </w:pPr>
      <w:r w:rsidRPr="000A63D8">
        <w:rPr>
          <w:lang w:val="nl-NL"/>
        </w:rPr>
        <w:t xml:space="preserve">Wacht tot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verschijnt. </w:t>
      </w:r>
    </w:p>
    <w:p w14:paraId="42047F11" w14:textId="77777777" w:rsidR="000A63D8" w:rsidRPr="000A63D8" w:rsidRDefault="000A63D8" w:rsidP="00A248D5">
      <w:pPr>
        <w:numPr>
          <w:ilvl w:val="0"/>
          <w:numId w:val="13"/>
        </w:numPr>
        <w:spacing w:after="0"/>
        <w:rPr>
          <w:lang w:val="nl-NL"/>
        </w:rPr>
      </w:pPr>
      <w:r w:rsidRPr="000A63D8">
        <w:rPr>
          <w:lang w:val="nl-NL"/>
        </w:rPr>
        <w:t xml:space="preserve">Open </w:t>
      </w:r>
      <w:r w:rsidRPr="000A63D8">
        <w:rPr>
          <w:b/>
          <w:bCs/>
          <w:lang w:val="nl-NL"/>
        </w:rPr>
        <w:t>Kaarten</w:t>
      </w:r>
      <w:r w:rsidRPr="000A63D8">
        <w:rPr>
          <w:lang w:val="nl-NL"/>
        </w:rPr>
        <w:t xml:space="preserve">. </w:t>
      </w:r>
    </w:p>
    <w:p w14:paraId="418B9022" w14:textId="77777777" w:rsidR="000A63D8" w:rsidRPr="000A63D8" w:rsidRDefault="000A63D8" w:rsidP="00A248D5">
      <w:pPr>
        <w:numPr>
          <w:ilvl w:val="0"/>
          <w:numId w:val="13"/>
        </w:numPr>
        <w:spacing w:after="0"/>
        <w:rPr>
          <w:lang w:val="nl-NL"/>
        </w:rPr>
      </w:pPr>
      <w:r w:rsidRPr="000A63D8">
        <w:rPr>
          <w:lang w:val="nl-NL"/>
        </w:rPr>
        <w:t xml:space="preserve">Ga terug naar het beginscherm. </w:t>
      </w:r>
    </w:p>
    <w:p w14:paraId="222543D7" w14:textId="77777777" w:rsidR="000A63D8" w:rsidRPr="000A63D8" w:rsidRDefault="000A63D8" w:rsidP="00A248D5">
      <w:pPr>
        <w:numPr>
          <w:ilvl w:val="0"/>
          <w:numId w:val="13"/>
        </w:numPr>
        <w:spacing w:after="0"/>
        <w:rPr>
          <w:lang w:val="nl-NL"/>
        </w:rPr>
      </w:pPr>
      <w:r w:rsidRPr="000A63D8">
        <w:rPr>
          <w:lang w:val="nl-NL"/>
        </w:rPr>
        <w:t xml:space="preserve">Open </w:t>
      </w:r>
      <w:r w:rsidRPr="000A63D8">
        <w:rPr>
          <w:b/>
          <w:bCs/>
          <w:lang w:val="nl-NL"/>
        </w:rPr>
        <w:t>Telefoon</w:t>
      </w:r>
      <w:r w:rsidRPr="000A63D8">
        <w:rPr>
          <w:lang w:val="nl-NL"/>
        </w:rPr>
        <w:t xml:space="preserve">. </w:t>
      </w:r>
    </w:p>
    <w:p w14:paraId="0AA860A2" w14:textId="77777777" w:rsidR="000A63D8" w:rsidRPr="000A63D8" w:rsidRDefault="000A63D8" w:rsidP="00A248D5">
      <w:pPr>
        <w:numPr>
          <w:ilvl w:val="0"/>
          <w:numId w:val="13"/>
        </w:numPr>
        <w:spacing w:after="0"/>
        <w:rPr>
          <w:lang w:val="nl-NL"/>
        </w:rPr>
      </w:pPr>
      <w:r w:rsidRPr="000A63D8">
        <w:rPr>
          <w:lang w:val="nl-NL"/>
        </w:rPr>
        <w:t xml:space="preserve">Ga weer terug. </w:t>
      </w:r>
    </w:p>
    <w:p w14:paraId="788FCBF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hoeft verder nog niets te doen.</w:t>
      </w:r>
    </w:p>
    <w:p w14:paraId="3F8FB30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Het doel is alleen dat je vertrouwd raakt met de bediening.</w:t>
      </w:r>
    </w:p>
    <w:p w14:paraId="06D391F9" w14:textId="6DD751EB" w:rsidR="000A63D8" w:rsidRPr="000A63D8" w:rsidRDefault="000A63D8" w:rsidP="00A248D5">
      <w:pPr>
        <w:spacing w:after="0"/>
        <w:rPr>
          <w:lang w:val="nl-NL"/>
        </w:rPr>
      </w:pPr>
    </w:p>
    <w:p w14:paraId="5F8F62ED" w14:textId="70950D7D" w:rsidR="00CC2383" w:rsidRDefault="00CC2383" w:rsidP="00A248D5">
      <w:pPr>
        <w:spacing w:after="0"/>
      </w:pPr>
    </w:p>
    <w:p w14:paraId="31F0D633" w14:textId="77777777" w:rsidR="00E52D8B" w:rsidRDefault="00E52D8B">
      <w:pPr>
        <w:rPr>
          <w:rFonts w:ascii="Kozuka Gothic Pro H" w:eastAsiaTheme="majorEastAsia" w:hAnsi="Kozuka Gothic Pro H" w:cstheme="majorBidi"/>
          <w:color w:val="00B050"/>
          <w:spacing w:val="5"/>
          <w:kern w:val="28"/>
          <w:sz w:val="52"/>
          <w:szCs w:val="52"/>
          <w:lang w:val="nl-NL"/>
        </w:rPr>
      </w:pPr>
      <w:r>
        <w:br w:type="page"/>
      </w:r>
    </w:p>
    <w:p w14:paraId="505FB6CC" w14:textId="4F87DDBC" w:rsidR="000A63D8" w:rsidRPr="000A63D8" w:rsidRDefault="000A63D8" w:rsidP="00E52D8B">
      <w:pPr>
        <w:pStyle w:val="Titel"/>
      </w:pPr>
      <w:r w:rsidRPr="000A63D8">
        <w:lastRenderedPageBreak/>
        <w:t>2 – De SPH-DA77DAB leren kennen</w:t>
      </w:r>
    </w:p>
    <w:p w14:paraId="47C8C2F7" w14:textId="1B9E6B9D" w:rsidR="000A63D8" w:rsidRPr="000A63D8" w:rsidRDefault="000A63D8" w:rsidP="00E52D8B">
      <w:pPr>
        <w:pStyle w:val="Kop1"/>
        <w:rPr>
          <w:lang w:val="nl-NL"/>
        </w:rPr>
      </w:pPr>
      <w:r w:rsidRPr="000A63D8">
        <w:rPr>
          <w:lang w:val="nl-NL"/>
        </w:rPr>
        <w:t xml:space="preserve">2.1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is een computer</w:t>
      </w:r>
    </w:p>
    <w:p w14:paraId="7BEC502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Veel mensen noemen het een "autoradio".</w:t>
      </w:r>
    </w:p>
    <w:p w14:paraId="33CBBA8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Dat klopt eigenlijk niet meer.</w:t>
      </w:r>
    </w:p>
    <w:p w14:paraId="29BF256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SPH-DA77DAB is een kleine computer met:</w:t>
      </w:r>
    </w:p>
    <w:p w14:paraId="250ADD40" w14:textId="77777777" w:rsidR="000A63D8" w:rsidRPr="000A63D8" w:rsidRDefault="000A63D8" w:rsidP="00A248D5">
      <w:pPr>
        <w:numPr>
          <w:ilvl w:val="0"/>
          <w:numId w:val="15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radio</w:t>
      </w:r>
      <w:proofErr w:type="gramEnd"/>
      <w:r w:rsidRPr="000A63D8">
        <w:rPr>
          <w:lang w:val="nl-NL"/>
        </w:rPr>
        <w:t xml:space="preserve"> (FM/DAB+)</w:t>
      </w:r>
    </w:p>
    <w:p w14:paraId="2CD6AB41" w14:textId="77777777" w:rsidR="000A63D8" w:rsidRPr="000A63D8" w:rsidRDefault="000A63D8" w:rsidP="00A248D5">
      <w:pPr>
        <w:numPr>
          <w:ilvl w:val="0"/>
          <w:numId w:val="15"/>
        </w:numPr>
        <w:spacing w:after="0"/>
        <w:rPr>
          <w:lang w:val="nl-NL"/>
        </w:rPr>
      </w:pPr>
      <w:r w:rsidRPr="000A63D8">
        <w:rPr>
          <w:lang w:val="nl-NL"/>
        </w:rPr>
        <w:t>Bluetooth</w:t>
      </w:r>
    </w:p>
    <w:p w14:paraId="4274AFA2" w14:textId="77777777" w:rsidR="000A63D8" w:rsidRPr="000A63D8" w:rsidRDefault="000A63D8" w:rsidP="00A248D5">
      <w:pPr>
        <w:numPr>
          <w:ilvl w:val="0"/>
          <w:numId w:val="15"/>
        </w:numPr>
        <w:spacing w:after="0"/>
        <w:rPr>
          <w:lang w:val="nl-NL"/>
        </w:rPr>
      </w:pPr>
      <w:r w:rsidRPr="000A63D8">
        <w:rPr>
          <w:lang w:val="nl-NL"/>
        </w:rPr>
        <w:t>Wi-Fi</w:t>
      </w:r>
    </w:p>
    <w:p w14:paraId="1182BD96" w14:textId="77777777" w:rsidR="000A63D8" w:rsidRPr="000A63D8" w:rsidRDefault="000A63D8" w:rsidP="00A248D5">
      <w:pPr>
        <w:numPr>
          <w:ilvl w:val="0"/>
          <w:numId w:val="15"/>
        </w:numPr>
        <w:spacing w:after="0"/>
        <w:rPr>
          <w:lang w:val="nl-NL"/>
        </w:rPr>
      </w:pPr>
      <w:r w:rsidRPr="000A63D8">
        <w:rPr>
          <w:lang w:val="nl-NL"/>
        </w:rPr>
        <w:t xml:space="preserve">Apple </w:t>
      </w:r>
      <w:proofErr w:type="spellStart"/>
      <w:r w:rsidRPr="000A63D8">
        <w:rPr>
          <w:lang w:val="nl-NL"/>
        </w:rPr>
        <w:t>CarPlay</w:t>
      </w:r>
      <w:proofErr w:type="spellEnd"/>
    </w:p>
    <w:p w14:paraId="5FAFCDE6" w14:textId="77777777" w:rsidR="000A63D8" w:rsidRPr="000A63D8" w:rsidRDefault="000A63D8" w:rsidP="00A248D5">
      <w:pPr>
        <w:numPr>
          <w:ilvl w:val="0"/>
          <w:numId w:val="15"/>
        </w:numPr>
        <w:spacing w:after="0"/>
        <w:rPr>
          <w:lang w:val="nl-NL"/>
        </w:rPr>
      </w:pPr>
      <w:r w:rsidRPr="000A63D8">
        <w:rPr>
          <w:lang w:val="nl-NL"/>
        </w:rPr>
        <w:t>Android Auto</w:t>
      </w:r>
    </w:p>
    <w:p w14:paraId="767AE969" w14:textId="77777777" w:rsidR="000A63D8" w:rsidRPr="000A63D8" w:rsidRDefault="000A63D8" w:rsidP="00A248D5">
      <w:pPr>
        <w:numPr>
          <w:ilvl w:val="0"/>
          <w:numId w:val="15"/>
        </w:numPr>
        <w:spacing w:after="0"/>
        <w:rPr>
          <w:lang w:val="nl-NL"/>
        </w:rPr>
      </w:pPr>
      <w:r w:rsidRPr="000A63D8">
        <w:rPr>
          <w:lang w:val="nl-NL"/>
        </w:rPr>
        <w:t>USB</w:t>
      </w:r>
    </w:p>
    <w:p w14:paraId="645960D2" w14:textId="77777777" w:rsidR="000A63D8" w:rsidRPr="000A63D8" w:rsidRDefault="000A63D8" w:rsidP="00A248D5">
      <w:pPr>
        <w:numPr>
          <w:ilvl w:val="0"/>
          <w:numId w:val="15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camera</w:t>
      </w:r>
      <w:proofErr w:type="gramEnd"/>
      <w:r w:rsidRPr="000A63D8">
        <w:rPr>
          <w:lang w:val="nl-NL"/>
        </w:rPr>
        <w:t>-aansluiting</w:t>
      </w:r>
    </w:p>
    <w:p w14:paraId="53E445E9" w14:textId="77777777" w:rsidR="000A63D8" w:rsidRPr="000A63D8" w:rsidRDefault="000A63D8" w:rsidP="00A248D5">
      <w:pPr>
        <w:numPr>
          <w:ilvl w:val="0"/>
          <w:numId w:val="15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microfoon</w:t>
      </w:r>
      <w:proofErr w:type="gramEnd"/>
    </w:p>
    <w:p w14:paraId="775ACB84" w14:textId="77777777" w:rsidR="000A63D8" w:rsidRPr="000A63D8" w:rsidRDefault="000A63D8" w:rsidP="00A248D5">
      <w:pPr>
        <w:numPr>
          <w:ilvl w:val="0"/>
          <w:numId w:val="15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geluidsversterker</w:t>
      </w:r>
      <w:proofErr w:type="gramEnd"/>
    </w:p>
    <w:p w14:paraId="713E78E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Zie hem als een iPad die speciaal is gemaakt voor in de camper.</w:t>
      </w:r>
    </w:p>
    <w:p w14:paraId="2012892B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2.5 De Home-knop</w:t>
      </w:r>
    </w:p>
    <w:p w14:paraId="0224EB2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is waarschijnlijk de knop die je het vaakst gebruikt.</w:t>
      </w:r>
    </w:p>
    <w:p w14:paraId="5D5DD0F1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Wanneer je ergens "verdwaald" bent in een menu:</w:t>
      </w:r>
    </w:p>
    <w:p w14:paraId="4285BBA5" w14:textId="46F7345C" w:rsidR="000A63D8" w:rsidRPr="000A63D8" w:rsidRDefault="000A63D8" w:rsidP="00A248D5">
      <w:pPr>
        <w:spacing w:after="0"/>
        <w:rPr>
          <w:lang w:val="nl-NL"/>
        </w:rPr>
      </w:pPr>
      <w:proofErr w:type="gramStart"/>
      <w:r w:rsidRPr="000A63D8">
        <w:rPr>
          <w:lang w:val="nl-NL"/>
        </w:rPr>
        <w:t>druk</w:t>
      </w:r>
      <w:proofErr w:type="gramEnd"/>
      <w:r w:rsidRPr="000A63D8">
        <w:rPr>
          <w:lang w:val="nl-NL"/>
        </w:rPr>
        <w:t xml:space="preserve"> op</w:t>
      </w:r>
      <w:r w:rsidR="00D97FB6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🏠</w:t>
      </w:r>
      <w:r w:rsidRPr="000A63D8">
        <w:rPr>
          <w:lang w:val="nl-NL"/>
        </w:rPr>
        <w:t xml:space="preserve"> Home</w:t>
      </w:r>
      <w:r w:rsidR="00D97FB6">
        <w:rPr>
          <w:lang w:val="nl-NL"/>
        </w:rPr>
        <w:t xml:space="preserve"> </w:t>
      </w:r>
      <w:r w:rsidR="00D97FB6" w:rsidRPr="00D97FB6">
        <w:rPr>
          <w:lang w:val="nl-NL"/>
        </w:rPr>
        <w:sym w:font="Wingdings" w:char="F0E0"/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Je bent meteen weer terug.</w:t>
      </w:r>
    </w:p>
    <w:p w14:paraId="04CFBAF7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2.6 Volume</w:t>
      </w:r>
    </w:p>
    <w:p w14:paraId="0F862744" w14:textId="68D6665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Methode 1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Met de volumeknop van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.</w:t>
      </w:r>
    </w:p>
    <w:p w14:paraId="54D3BAC6" w14:textId="45974A6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Methode 2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>Met de knoppen op het stuur (als die zijn aangesloten).</w:t>
      </w:r>
    </w:p>
    <w:p w14:paraId="758C332D" w14:textId="116133E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Methode 3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Via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Bijvoorbeeld: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"Zet het volume iets harder."</w:t>
      </w:r>
    </w:p>
    <w:p w14:paraId="1E943EE2" w14:textId="59112CFD" w:rsidR="000A63D8" w:rsidRPr="000A63D8" w:rsidRDefault="000A63D8" w:rsidP="00A248D5">
      <w:pPr>
        <w:spacing w:after="0"/>
        <w:rPr>
          <w:lang w:val="nl-NL"/>
        </w:rPr>
      </w:pPr>
    </w:p>
    <w:p w14:paraId="383D2F8E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2.7 De bronnen (Sources)</w:t>
      </w:r>
    </w:p>
    <w:p w14:paraId="1E56310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kent verschillende geluidsbronnen.</w:t>
      </w:r>
    </w:p>
    <w:p w14:paraId="22D1EFF1" w14:textId="3EB268B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Bijvoorbeeld:</w:t>
      </w:r>
      <w:r w:rsidR="00D97FB6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📻</w:t>
      </w:r>
      <w:r w:rsidRPr="000A63D8">
        <w:rPr>
          <w:lang w:val="nl-NL"/>
        </w:rPr>
        <w:t xml:space="preserve"> DAB+</w:t>
      </w:r>
      <w:r w:rsidR="00D97FB6">
        <w:rPr>
          <w:lang w:val="nl-NL"/>
        </w:rPr>
        <w:t xml:space="preserve"> | </w:t>
      </w:r>
      <w:r w:rsidRPr="000A63D8">
        <w:rPr>
          <w:rFonts w:ascii="Segoe UI Emoji" w:hAnsi="Segoe UI Emoji" w:cs="Segoe UI Emoji"/>
          <w:lang w:val="nl-NL"/>
        </w:rPr>
        <w:t>📻</w:t>
      </w:r>
      <w:r w:rsidRPr="000A63D8">
        <w:rPr>
          <w:lang w:val="nl-NL"/>
        </w:rPr>
        <w:t xml:space="preserve"> FM</w:t>
      </w:r>
      <w:r w:rsidR="00D97FB6">
        <w:rPr>
          <w:lang w:val="nl-NL"/>
        </w:rPr>
        <w:t xml:space="preserve"> | </w:t>
      </w:r>
      <w:r w:rsidRPr="000A63D8">
        <w:rPr>
          <w:rFonts w:ascii="Segoe UI Emoji" w:hAnsi="Segoe UI Emoji" w:cs="Segoe UI Emoji"/>
          <w:lang w:val="nl-NL"/>
        </w:rPr>
        <w:t>📱</w:t>
      </w:r>
      <w:r w:rsidRPr="000A63D8">
        <w:rPr>
          <w:lang w:val="nl-NL"/>
        </w:rPr>
        <w:t xml:space="preserve"> Apple </w:t>
      </w:r>
      <w:proofErr w:type="spellStart"/>
      <w:r w:rsidRPr="000A63D8">
        <w:rPr>
          <w:lang w:val="nl-NL"/>
        </w:rPr>
        <w:t>CarPlay</w:t>
      </w:r>
      <w:proofErr w:type="spellEnd"/>
      <w:r w:rsidR="00D97FB6">
        <w:rPr>
          <w:lang w:val="nl-NL"/>
        </w:rPr>
        <w:t xml:space="preserve"> | </w:t>
      </w:r>
      <w:r w:rsidRPr="000A63D8">
        <w:rPr>
          <w:rFonts w:ascii="Segoe UI Emoji" w:hAnsi="Segoe UI Emoji" w:cs="Segoe UI Emoji"/>
          <w:lang w:val="nl-NL"/>
        </w:rPr>
        <w:t>🎵</w:t>
      </w:r>
      <w:r w:rsidRPr="000A63D8">
        <w:rPr>
          <w:lang w:val="nl-NL"/>
        </w:rPr>
        <w:t xml:space="preserve"> Bluetooth</w:t>
      </w:r>
      <w:r w:rsidR="00D97FB6">
        <w:rPr>
          <w:lang w:val="nl-NL"/>
        </w:rPr>
        <w:t xml:space="preserve"> | </w:t>
      </w:r>
      <w:r w:rsidRPr="000A63D8">
        <w:rPr>
          <w:rFonts w:ascii="Segoe UI Emoji" w:hAnsi="Segoe UI Emoji" w:cs="Segoe UI Emoji"/>
          <w:lang w:val="nl-NL"/>
        </w:rPr>
        <w:t>💾</w:t>
      </w:r>
      <w:r w:rsidRPr="000A63D8">
        <w:rPr>
          <w:lang w:val="nl-NL"/>
        </w:rPr>
        <w:t xml:space="preserve"> USB</w:t>
      </w:r>
    </w:p>
    <w:p w14:paraId="630E5012" w14:textId="28FB2B2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kiest dus altijd eerst een bron.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Denk eraan als het kiezen van een tv-zender.</w:t>
      </w:r>
    </w:p>
    <w:p w14:paraId="49795D02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lastRenderedPageBreak/>
        <w:t xml:space="preserve">2.8 Wanneer gebruik je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?</w:t>
      </w:r>
    </w:p>
    <w:p w14:paraId="475FCB73" w14:textId="5D282C3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gebruik je voor: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radio luisteren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geluidsinstellingen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achteruitrijcamera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</w:t>
      </w:r>
      <w:r w:rsidR="00D97FB6">
        <w:rPr>
          <w:lang w:val="nl-NL"/>
        </w:rPr>
        <w:t>v</w:t>
      </w:r>
      <w:r w:rsidRPr="000A63D8">
        <w:rPr>
          <w:lang w:val="nl-NL"/>
        </w:rPr>
        <w:t>olume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instellingen</w:t>
      </w:r>
    </w:p>
    <w:p w14:paraId="22F81213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2.9 Wanneer gebruik je de iPhone?</w:t>
      </w:r>
    </w:p>
    <w:p w14:paraId="42498F62" w14:textId="03A00E0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iPhone gebruik je voor: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navigatie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muziek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WhatsApp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telefoneren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agenda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>contacten</w:t>
      </w:r>
    </w:p>
    <w:p w14:paraId="1B0E8309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 xml:space="preserve">2.10 De Direct </w:t>
      </w:r>
      <w:proofErr w:type="spellStart"/>
      <w:r w:rsidRPr="000A63D8">
        <w:rPr>
          <w:lang w:val="nl-NL"/>
        </w:rPr>
        <w:t>Key</w:t>
      </w:r>
      <w:proofErr w:type="spellEnd"/>
    </w:p>
    <w:p w14:paraId="16C5C15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De SPH-DA77DAB heeft een handige </w:t>
      </w:r>
      <w:r w:rsidRPr="000A63D8">
        <w:rPr>
          <w:b/>
          <w:bCs/>
          <w:lang w:val="nl-NL"/>
        </w:rPr>
        <w:t xml:space="preserve">Direct </w:t>
      </w:r>
      <w:proofErr w:type="spellStart"/>
      <w:r w:rsidRPr="000A63D8">
        <w:rPr>
          <w:b/>
          <w:bCs/>
          <w:lang w:val="nl-NL"/>
        </w:rPr>
        <w:t>Key</w:t>
      </w:r>
      <w:proofErr w:type="spellEnd"/>
      <w:r w:rsidRPr="000A63D8">
        <w:rPr>
          <w:lang w:val="nl-NL"/>
        </w:rPr>
        <w:t>.</w:t>
      </w:r>
    </w:p>
    <w:p w14:paraId="17300CE0" w14:textId="097AF51D" w:rsidR="000A63D8" w:rsidRPr="000A63D8" w:rsidRDefault="000A63D8" w:rsidP="00D97FB6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Daarmee kun je snel wisselen tussen: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Apple </w:t>
      </w:r>
      <w:proofErr w:type="spellStart"/>
      <w:r w:rsidRPr="000A63D8">
        <w:rPr>
          <w:lang w:val="nl-NL"/>
        </w:rPr>
        <w:t>CarPlay</w:t>
      </w:r>
      <w:proofErr w:type="spellEnd"/>
      <w:r w:rsidR="00D97FB6">
        <w:rPr>
          <w:lang w:val="nl-NL"/>
        </w:rPr>
        <w:t xml:space="preserve"> | </w:t>
      </w:r>
      <w:r w:rsidRPr="000A63D8">
        <w:rPr>
          <w:lang w:val="nl-NL"/>
        </w:rPr>
        <w:t>Radio</w:t>
      </w:r>
      <w:r w:rsidR="00D97FB6">
        <w:rPr>
          <w:lang w:val="nl-NL"/>
        </w:rPr>
        <w:t xml:space="preserve"> | </w:t>
      </w:r>
      <w:r w:rsidRPr="000A63D8">
        <w:rPr>
          <w:lang w:val="nl-NL"/>
        </w:rPr>
        <w:t>Bluetooth</w:t>
      </w:r>
      <w:r w:rsidR="00D97FB6">
        <w:rPr>
          <w:lang w:val="nl-NL"/>
        </w:rPr>
        <w:t xml:space="preserve"> | </w:t>
      </w:r>
      <w:r w:rsidRPr="000A63D8">
        <w:rPr>
          <w:lang w:val="nl-NL"/>
        </w:rPr>
        <w:t>Instellingen</w:t>
      </w:r>
    </w:p>
    <w:p w14:paraId="283D79B1" w14:textId="6A6B3681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hoeft dus niet telkens terug naar het hoofdmenu.</w:t>
      </w:r>
    </w:p>
    <w:p w14:paraId="597230E0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2.11 De microfoon</w:t>
      </w:r>
    </w:p>
    <w:p w14:paraId="0CC9D65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Veel mensen vergeten dat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een losse microfoon heeft.</w:t>
      </w:r>
    </w:p>
    <w:p w14:paraId="43DCB89E" w14:textId="18373E51" w:rsidR="000A63D8" w:rsidRPr="000A63D8" w:rsidRDefault="000A63D8" w:rsidP="00D97FB6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Die zit meestal: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boven de bestuurder</w:t>
      </w:r>
      <w:r w:rsidR="00D97FB6">
        <w:rPr>
          <w:lang w:val="nl-NL"/>
        </w:rPr>
        <w:t>.</w:t>
      </w:r>
    </w:p>
    <w:p w14:paraId="0CAA39EB" w14:textId="0F4944F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Die microfoon luistert naar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Dus spreek normaal.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Je hoeft niet te schreeuwen.</w:t>
      </w:r>
    </w:p>
    <w:p w14:paraId="3FA51BA1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2.12 De USB-aansluiting</w:t>
      </w:r>
    </w:p>
    <w:p w14:paraId="3C21D01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USB-poort heeft meerdere functies.</w:t>
      </w:r>
    </w:p>
    <w:p w14:paraId="65CEF763" w14:textId="5E31656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Hij kan: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de iPhone opladen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Apple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starten (bekabeld)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muziek vanaf een USB-stick afspelen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firmware-updates installeren</w:t>
      </w:r>
    </w:p>
    <w:p w14:paraId="4B04EF5E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2.13 Draadloze verbinding</w:t>
      </w:r>
    </w:p>
    <w:p w14:paraId="175FD46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Wanneer jouw iPhone eenmaal gekoppeld is, gaat het meestal zo:</w:t>
      </w:r>
    </w:p>
    <w:p w14:paraId="66771081" w14:textId="26B602B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stapt in.</w:t>
      </w:r>
      <w:r w:rsidR="00D97FB6">
        <w:rPr>
          <w:lang w:val="nl-NL"/>
        </w:rPr>
        <w:t xml:space="preserve"> </w:t>
      </w:r>
      <w:r w:rsidR="00D97FB6" w:rsidRPr="00D97FB6">
        <w:rPr>
          <w:lang w:val="nl-NL"/>
        </w:rPr>
        <w:sym w:font="Wingdings" w:char="F0E0"/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Je start de </w:t>
      </w:r>
      <w:proofErr w:type="gramStart"/>
      <w:r w:rsidRPr="000A63D8">
        <w:rPr>
          <w:lang w:val="nl-NL"/>
        </w:rPr>
        <w:t>camper.</w:t>
      </w:r>
      <w:r w:rsidR="00D97FB6">
        <w:rPr>
          <w:lang w:val="nl-NL"/>
        </w:rPr>
        <w:t>--</w:t>
      </w:r>
      <w:proofErr w:type="gramEnd"/>
      <w:r w:rsidR="00D97FB6">
        <w:rPr>
          <w:lang w:val="nl-NL"/>
        </w:rPr>
        <w:t xml:space="preserve">&gt;  </w:t>
      </w: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start.</w:t>
      </w:r>
      <w:r w:rsidR="00D97FB6">
        <w:rPr>
          <w:lang w:val="nl-NL"/>
        </w:rPr>
        <w:t xml:space="preserve"> </w:t>
      </w:r>
      <w:r w:rsidR="00D97FB6" w:rsidRPr="00D97FB6">
        <w:rPr>
          <w:lang w:val="nl-NL"/>
        </w:rPr>
        <w:sym w:font="Wingdings" w:char="F0E0"/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Na ongeveer 10–20 seconden maakt hij automatisch verbinding.</w:t>
      </w:r>
      <w:r w:rsidR="00D97FB6">
        <w:rPr>
          <w:lang w:val="nl-NL"/>
        </w:rPr>
        <w:t xml:space="preserve"> </w:t>
      </w:r>
      <w:r w:rsidR="00D97FB6" w:rsidRPr="00D97FB6">
        <w:rPr>
          <w:lang w:val="nl-NL"/>
        </w:rPr>
        <w:sym w:font="Wingdings" w:char="F0E0"/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Apple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verschijnt.</w:t>
      </w:r>
    </w:p>
    <w:p w14:paraId="00C1152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hoeft je telefoon niet uit je zak te halen.</w:t>
      </w:r>
    </w:p>
    <w:p w14:paraId="30378367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2.14 Wat zie je rechtsonder?</w:t>
      </w:r>
    </w:p>
    <w:p w14:paraId="4D519B30" w14:textId="465A67DD" w:rsidR="000A63D8" w:rsidRPr="000A63D8" w:rsidRDefault="000A63D8" w:rsidP="00D97FB6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Afhankelijk van de ingestelde weergave kun je daar informatie zien zoals: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de tijd;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de signaalsterkte van de telefoon;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het batterijniveau van de iPhone;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de naam van het afgespeelde nummer.</w:t>
      </w:r>
    </w:p>
    <w:p w14:paraId="0626D496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2.15 Een veelgemaakte fout</w:t>
      </w:r>
    </w:p>
    <w:p w14:paraId="42311FBB" w14:textId="2210318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Veel beginners openen eerst allerlei menu's op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Dat is meestal niet nodig.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Laat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rustig opstarten.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Wacht tot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verschijnt.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Daarna doe je vrijwel alles vanuit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>.</w:t>
      </w:r>
    </w:p>
    <w:p w14:paraId="719B1D00" w14:textId="6248A1BE" w:rsidR="000A63D8" w:rsidRPr="000A63D8" w:rsidRDefault="000A63D8" w:rsidP="00A248D5">
      <w:pPr>
        <w:spacing w:after="0"/>
        <w:rPr>
          <w:lang w:val="nl-NL"/>
        </w:rPr>
      </w:pPr>
    </w:p>
    <w:p w14:paraId="66B4818F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Praktijkoefening</w:t>
      </w:r>
    </w:p>
    <w:p w14:paraId="35DB2ED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Ga naar de camper en voer de volgende stappen uit terwijl je stilstaat:</w:t>
      </w:r>
    </w:p>
    <w:p w14:paraId="34A059BA" w14:textId="77777777" w:rsidR="000A63D8" w:rsidRPr="000A63D8" w:rsidRDefault="000A63D8" w:rsidP="00A248D5">
      <w:pPr>
        <w:numPr>
          <w:ilvl w:val="0"/>
          <w:numId w:val="19"/>
        </w:numPr>
        <w:spacing w:after="0"/>
        <w:rPr>
          <w:lang w:val="nl-NL"/>
        </w:rPr>
      </w:pPr>
      <w:r w:rsidRPr="000A63D8">
        <w:rPr>
          <w:lang w:val="nl-NL"/>
        </w:rPr>
        <w:t xml:space="preserve">Start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.</w:t>
      </w:r>
    </w:p>
    <w:p w14:paraId="069EFED4" w14:textId="77777777" w:rsidR="000A63D8" w:rsidRPr="000A63D8" w:rsidRDefault="000A63D8" w:rsidP="00A248D5">
      <w:pPr>
        <w:numPr>
          <w:ilvl w:val="0"/>
          <w:numId w:val="19"/>
        </w:numPr>
        <w:spacing w:after="0"/>
        <w:rPr>
          <w:lang w:val="nl-NL"/>
        </w:rPr>
      </w:pPr>
      <w:r w:rsidRPr="000A63D8">
        <w:rPr>
          <w:lang w:val="nl-NL"/>
        </w:rPr>
        <w:t xml:space="preserve">Kijk </w:t>
      </w:r>
      <w:proofErr w:type="gramStart"/>
      <w:r w:rsidRPr="000A63D8">
        <w:rPr>
          <w:lang w:val="nl-NL"/>
        </w:rPr>
        <w:t>hoe lang</w:t>
      </w:r>
      <w:proofErr w:type="gramEnd"/>
      <w:r w:rsidRPr="000A63D8">
        <w:rPr>
          <w:lang w:val="nl-NL"/>
        </w:rPr>
        <w:t xml:space="preserve"> het duurt voordat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verschijnt.</w:t>
      </w:r>
    </w:p>
    <w:p w14:paraId="1CA2BEB8" w14:textId="77777777" w:rsidR="000A63D8" w:rsidRPr="000A63D8" w:rsidRDefault="000A63D8" w:rsidP="00A248D5">
      <w:pPr>
        <w:numPr>
          <w:ilvl w:val="0"/>
          <w:numId w:val="19"/>
        </w:numPr>
        <w:spacing w:after="0"/>
        <w:rPr>
          <w:lang w:val="nl-NL"/>
        </w:rPr>
      </w:pPr>
      <w:r w:rsidRPr="000A63D8">
        <w:rPr>
          <w:lang w:val="nl-NL"/>
        </w:rPr>
        <w:t xml:space="preserve">Druk op </w:t>
      </w:r>
      <w:r w:rsidRPr="000A63D8">
        <w:rPr>
          <w:b/>
          <w:bCs/>
          <w:lang w:val="nl-NL"/>
        </w:rPr>
        <w:t>Home</w:t>
      </w:r>
      <w:r w:rsidRPr="000A63D8">
        <w:rPr>
          <w:lang w:val="nl-NL"/>
        </w:rPr>
        <w:t>.</w:t>
      </w:r>
    </w:p>
    <w:p w14:paraId="2A7B590F" w14:textId="77777777" w:rsidR="000A63D8" w:rsidRPr="000A63D8" w:rsidRDefault="000A63D8" w:rsidP="00A248D5">
      <w:pPr>
        <w:numPr>
          <w:ilvl w:val="0"/>
          <w:numId w:val="19"/>
        </w:numPr>
        <w:spacing w:after="0"/>
        <w:rPr>
          <w:lang w:val="nl-NL"/>
        </w:rPr>
      </w:pPr>
      <w:r w:rsidRPr="000A63D8">
        <w:rPr>
          <w:lang w:val="nl-NL"/>
        </w:rPr>
        <w:t>Open de radio (DAB+ of FM).</w:t>
      </w:r>
    </w:p>
    <w:p w14:paraId="59146179" w14:textId="77777777" w:rsidR="000A63D8" w:rsidRPr="000A63D8" w:rsidRDefault="000A63D8" w:rsidP="00A248D5">
      <w:pPr>
        <w:numPr>
          <w:ilvl w:val="0"/>
          <w:numId w:val="19"/>
        </w:numPr>
        <w:spacing w:after="0"/>
        <w:rPr>
          <w:lang w:val="nl-NL"/>
        </w:rPr>
      </w:pPr>
      <w:r w:rsidRPr="000A63D8">
        <w:rPr>
          <w:lang w:val="nl-NL"/>
        </w:rPr>
        <w:t xml:space="preserve">Ga terug naar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>.</w:t>
      </w:r>
    </w:p>
    <w:p w14:paraId="7DEC54AA" w14:textId="77777777" w:rsidR="000A63D8" w:rsidRPr="000A63D8" w:rsidRDefault="000A63D8" w:rsidP="00A248D5">
      <w:pPr>
        <w:numPr>
          <w:ilvl w:val="0"/>
          <w:numId w:val="19"/>
        </w:numPr>
        <w:spacing w:after="0"/>
        <w:rPr>
          <w:lang w:val="nl-NL"/>
        </w:rPr>
      </w:pPr>
      <w:r w:rsidRPr="000A63D8">
        <w:rPr>
          <w:lang w:val="nl-NL"/>
        </w:rPr>
        <w:t>Verhoog en verlaag het volume.</w:t>
      </w:r>
    </w:p>
    <w:p w14:paraId="6E790BAB" w14:textId="77777777" w:rsidR="000A63D8" w:rsidRPr="000A63D8" w:rsidRDefault="000A63D8" w:rsidP="00A248D5">
      <w:pPr>
        <w:numPr>
          <w:ilvl w:val="0"/>
          <w:numId w:val="19"/>
        </w:numPr>
        <w:spacing w:after="0"/>
        <w:rPr>
          <w:lang w:val="nl-NL"/>
        </w:rPr>
      </w:pPr>
      <w:r w:rsidRPr="000A63D8">
        <w:rPr>
          <w:lang w:val="nl-NL"/>
        </w:rPr>
        <w:t>Zoek de microfoon in de cabine.</w:t>
      </w:r>
    </w:p>
    <w:p w14:paraId="34C1A086" w14:textId="77777777" w:rsidR="000A63D8" w:rsidRPr="000A63D8" w:rsidRDefault="000A63D8" w:rsidP="00A248D5">
      <w:pPr>
        <w:numPr>
          <w:ilvl w:val="0"/>
          <w:numId w:val="19"/>
        </w:numPr>
        <w:spacing w:after="0"/>
        <w:rPr>
          <w:lang w:val="nl-NL"/>
        </w:rPr>
      </w:pPr>
      <w:r w:rsidRPr="000A63D8">
        <w:rPr>
          <w:lang w:val="nl-NL"/>
        </w:rPr>
        <w:t>Controleer waar de USB-aansluiting zit.</w:t>
      </w:r>
    </w:p>
    <w:p w14:paraId="033802D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Doe dit een paar keer. Het doel is dat je zonder na te denken weet waar deze functies zitten.</w:t>
      </w:r>
    </w:p>
    <w:p w14:paraId="702C0772" w14:textId="77777777" w:rsidR="00D97FB6" w:rsidRDefault="00D97FB6" w:rsidP="00A248D5">
      <w:pPr>
        <w:spacing w:after="0"/>
        <w:rPr>
          <w:b/>
          <w:bCs/>
          <w:lang w:val="nl-NL"/>
        </w:rPr>
      </w:pPr>
    </w:p>
    <w:p w14:paraId="6DAA0DE0" w14:textId="77777777" w:rsidR="00D97FB6" w:rsidRDefault="00D97FB6">
      <w:pPr>
        <w:rPr>
          <w:rFonts w:ascii="Kozuka Gothic Pro H" w:eastAsiaTheme="majorEastAsia" w:hAnsi="Kozuka Gothic Pro H" w:cstheme="majorBidi"/>
          <w:color w:val="00B050"/>
          <w:spacing w:val="5"/>
          <w:kern w:val="28"/>
          <w:sz w:val="52"/>
          <w:szCs w:val="52"/>
          <w:lang w:val="nl-NL"/>
        </w:rPr>
      </w:pPr>
      <w:r>
        <w:br w:type="page"/>
      </w:r>
    </w:p>
    <w:p w14:paraId="076BF53B" w14:textId="15976FD5" w:rsidR="000A63D8" w:rsidRPr="000A63D8" w:rsidRDefault="000A63D8" w:rsidP="00D97FB6">
      <w:pPr>
        <w:pStyle w:val="Titel"/>
      </w:pPr>
      <w:r w:rsidRPr="000A63D8">
        <w:lastRenderedPageBreak/>
        <w:t xml:space="preserve">3 iPhone verbinden met Apple </w:t>
      </w:r>
      <w:proofErr w:type="spellStart"/>
      <w:r w:rsidRPr="000A63D8">
        <w:t>CarPlay</w:t>
      </w:r>
      <w:proofErr w:type="spellEnd"/>
    </w:p>
    <w:p w14:paraId="53AB81A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is misschien wel het belangrijkste hoofdstuk van de hele handleiding.</w:t>
      </w:r>
    </w:p>
    <w:p w14:paraId="75996D0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Als de verbinding eenmaal goed is ingesteld, hoef je daar meestal nooit meer iets aan te doen. Iedere keer dat je de camper start, maakt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automatisch verbinding met je iPhone.</w:t>
      </w:r>
    </w:p>
    <w:p w14:paraId="13583F0E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3.1 Eerst even controleren</w:t>
      </w:r>
    </w:p>
    <w:p w14:paraId="7B8282DE" w14:textId="2C7038B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Pak je iPhone.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Controleer de volgende drie instellingen.</w:t>
      </w:r>
    </w:p>
    <w:p w14:paraId="1045EE52" w14:textId="28FF19C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Stap 1 – Bluetooth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>Open:</w:t>
      </w:r>
      <w:r w:rsidR="00D97FB6">
        <w:rPr>
          <w:lang w:val="nl-NL"/>
        </w:rPr>
        <w:t xml:space="preserve"> </w:t>
      </w:r>
      <w:r w:rsidRPr="000A63D8">
        <w:rPr>
          <w:b/>
          <w:bCs/>
          <w:lang w:val="nl-NL"/>
        </w:rPr>
        <w:t>Instellingen → Bluetooth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Controleer of Bluetooth </w:t>
      </w:r>
      <w:r w:rsidRPr="000A63D8">
        <w:rPr>
          <w:b/>
          <w:bCs/>
          <w:lang w:val="nl-NL"/>
        </w:rPr>
        <w:t>AAN</w:t>
      </w:r>
      <w:r w:rsidRPr="000A63D8">
        <w:rPr>
          <w:lang w:val="nl-NL"/>
        </w:rPr>
        <w:t xml:space="preserve"> staat.</w:t>
      </w:r>
    </w:p>
    <w:p w14:paraId="3FCD4878" w14:textId="2BDBDAF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Stap 2 – Wi-Fi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o</w:t>
      </w:r>
      <w:r w:rsidRPr="000A63D8">
        <w:rPr>
          <w:lang w:val="nl-NL"/>
        </w:rPr>
        <w:t>pen:</w:t>
      </w:r>
      <w:r w:rsidR="00D97FB6">
        <w:rPr>
          <w:lang w:val="nl-NL"/>
        </w:rPr>
        <w:t xml:space="preserve"> </w:t>
      </w:r>
      <w:r w:rsidRPr="000A63D8">
        <w:rPr>
          <w:b/>
          <w:bCs/>
          <w:lang w:val="nl-NL"/>
        </w:rPr>
        <w:t>Instellingen → Wi-Fi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Controleer of Wi-Fi </w:t>
      </w:r>
      <w:r w:rsidRPr="000A63D8">
        <w:rPr>
          <w:b/>
          <w:bCs/>
          <w:lang w:val="nl-NL"/>
        </w:rPr>
        <w:t>AAN</w:t>
      </w:r>
      <w:r w:rsidRPr="000A63D8">
        <w:rPr>
          <w:lang w:val="nl-NL"/>
        </w:rPr>
        <w:t xml:space="preserve"> staat.</w:t>
      </w:r>
    </w:p>
    <w:p w14:paraId="665007FD" w14:textId="503BC04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Opmerking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Ook al gebruik je geen internet via Wi-Fi, draadloos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gebruikt Wi-Fi voor de snelle verbinding tussen de iPhone en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.</w:t>
      </w:r>
    </w:p>
    <w:p w14:paraId="303F827E" w14:textId="427575A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 xml:space="preserve">Stap 3 – </w:t>
      </w:r>
      <w:proofErr w:type="spellStart"/>
      <w:r w:rsidRPr="000A63D8">
        <w:rPr>
          <w:b/>
          <w:bCs/>
          <w:lang w:val="nl-NL"/>
        </w:rPr>
        <w:t>Siri</w:t>
      </w:r>
      <w:proofErr w:type="spellEnd"/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>Open:</w:t>
      </w:r>
      <w:r w:rsidR="00D97FB6">
        <w:rPr>
          <w:lang w:val="nl-NL"/>
        </w:rPr>
        <w:t xml:space="preserve"> </w:t>
      </w:r>
      <w:r w:rsidRPr="000A63D8">
        <w:rPr>
          <w:b/>
          <w:bCs/>
          <w:lang w:val="nl-NL"/>
        </w:rPr>
        <w:t xml:space="preserve">Instellingen → Apple Intelligence en </w:t>
      </w:r>
      <w:proofErr w:type="spellStart"/>
      <w:r w:rsidRPr="000A63D8">
        <w:rPr>
          <w:b/>
          <w:bCs/>
          <w:lang w:val="nl-NL"/>
        </w:rPr>
        <w:t>Siri</w:t>
      </w:r>
      <w:proofErr w:type="spellEnd"/>
      <w:r w:rsidRPr="000A63D8">
        <w:rPr>
          <w:lang w:val="nl-NL"/>
        </w:rPr>
        <w:t xml:space="preserve"> </w:t>
      </w:r>
      <w:r w:rsidRPr="000A63D8">
        <w:rPr>
          <w:i/>
          <w:iCs/>
          <w:lang w:val="nl-NL"/>
        </w:rPr>
        <w:t>(of "</w:t>
      </w:r>
      <w:proofErr w:type="spellStart"/>
      <w:r w:rsidRPr="000A63D8">
        <w:rPr>
          <w:i/>
          <w:iCs/>
          <w:lang w:val="nl-NL"/>
        </w:rPr>
        <w:t>Siri</w:t>
      </w:r>
      <w:proofErr w:type="spellEnd"/>
      <w:r w:rsidRPr="000A63D8">
        <w:rPr>
          <w:i/>
          <w:iCs/>
          <w:lang w:val="nl-NL"/>
        </w:rPr>
        <w:t>", afhankelijk van je iOS-versie)</w:t>
      </w:r>
      <w:r w:rsidR="00D97FB6">
        <w:rPr>
          <w:i/>
          <w:iCs/>
          <w:lang w:val="nl-NL"/>
        </w:rPr>
        <w:t xml:space="preserve"> </w:t>
      </w:r>
      <w:r w:rsidRPr="000A63D8">
        <w:rPr>
          <w:lang w:val="nl-NL"/>
        </w:rPr>
        <w:t>Controleer:</w:t>
      </w:r>
      <w:r w:rsidR="00D97FB6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is ingeschakeld.</w:t>
      </w:r>
      <w:r w:rsidR="00D97FB6">
        <w:rPr>
          <w:lang w:val="nl-NL"/>
        </w:rPr>
        <w:t xml:space="preserve"> </w:t>
      </w:r>
      <w:r w:rsidR="00D97FB6" w:rsidRPr="00D97FB6">
        <w:rPr>
          <w:lang w:val="nl-NL"/>
        </w:rPr>
        <w:sym w:font="Wingdings" w:char="F0E0"/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Zonder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werkt Apple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niet volledig.</w:t>
      </w:r>
    </w:p>
    <w:p w14:paraId="6E8676BB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3.2 Bekabeld of draadloos?</w:t>
      </w:r>
    </w:p>
    <w:p w14:paraId="3785D1A1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SPH-DA77DAB ondersteunt beide.</w:t>
      </w:r>
    </w:p>
    <w:p w14:paraId="2FF94F84" w14:textId="4E660AD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Bekabeld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>Voordelen: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Altijd stabiel.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Tegelijk opladen.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Ideaal voor lange vakanties.</w:t>
      </w:r>
    </w:p>
    <w:p w14:paraId="79B2D944" w14:textId="25F7FC1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Nadeel: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Je moet de kabel aansluiten.</w:t>
      </w:r>
    </w:p>
    <w:p w14:paraId="7226ED5A" w14:textId="53B59B5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Draadloos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>Voordelen: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Instappen.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Motor starten.</w:t>
      </w:r>
      <w:r w:rsidR="00D97FB6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Klaar.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Geen kabel nodig.</w:t>
      </w:r>
    </w:p>
    <w:p w14:paraId="12B9AA90" w14:textId="67D6E66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Nadelen: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De iPhone-batterij loopt sneller leeg.</w:t>
      </w:r>
    </w:p>
    <w:p w14:paraId="77D1188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Daarom gebruiken veel camperaars onderweg toch een USB-kabel om de telefoon op te laden.</w:t>
      </w:r>
    </w:p>
    <w:p w14:paraId="5914DB02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3.3 Eerste keer koppelen</w:t>
      </w:r>
    </w:p>
    <w:p w14:paraId="7A91A5CE" w14:textId="0DE44AE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Ga in de camper zitten.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Zet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aan.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Pak de iPhone.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Open Bluetooth.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Na enkele seconden zie je een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-apparaat verschijnen.</w:t>
      </w:r>
    </w:p>
    <w:p w14:paraId="6D3D1910" w14:textId="5352C0A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Bijvoorbeeld:</w:t>
      </w:r>
      <w:r w:rsidR="00D97FB6">
        <w:rPr>
          <w:lang w:val="nl-NL"/>
        </w:rPr>
        <w:t xml:space="preserve">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SPH-DA77DAB</w:t>
      </w:r>
      <w:r w:rsidR="00D97FB6">
        <w:rPr>
          <w:lang w:val="nl-NL"/>
        </w:rPr>
        <w:t xml:space="preserve"> </w:t>
      </w:r>
      <w:r w:rsidR="00D97FB6" w:rsidRPr="00D97FB6">
        <w:rPr>
          <w:lang w:val="nl-NL"/>
        </w:rPr>
        <w:sym w:font="Wingdings" w:char="F0E0"/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Tik daarop.</w:t>
      </w:r>
    </w:p>
    <w:p w14:paraId="3FF21D4E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3.4 Bevestigen</w:t>
      </w:r>
    </w:p>
    <w:p w14:paraId="6E96784F" w14:textId="44C8590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Nu verschijnt meestal een code.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Bijvoorbeeld: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458931</w:t>
      </w:r>
    </w:p>
    <w:p w14:paraId="3639D038" w14:textId="4F40798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Dezelfde code verschijnt op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Vergelijk beide codes.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Zijn ze gelijk?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Druk </w:t>
      </w:r>
      <w:proofErr w:type="spellStart"/>
      <w:proofErr w:type="gramStart"/>
      <w:r w:rsidRPr="000A63D8">
        <w:rPr>
          <w:lang w:val="nl-NL"/>
        </w:rPr>
        <w:t>op:</w:t>
      </w:r>
      <w:r w:rsidRPr="000A63D8">
        <w:rPr>
          <w:b/>
          <w:bCs/>
          <w:lang w:val="nl-NL"/>
        </w:rPr>
        <w:t>Koppelen</w:t>
      </w:r>
      <w:proofErr w:type="spellEnd"/>
      <w:proofErr w:type="gramEnd"/>
    </w:p>
    <w:p w14:paraId="0C4CA33B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 xml:space="preserve">3.5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toestaan</w:t>
      </w:r>
    </w:p>
    <w:p w14:paraId="0137B75E" w14:textId="10C3E65C" w:rsidR="000A63D8" w:rsidRPr="000A63D8" w:rsidRDefault="00D97FB6" w:rsidP="00A248D5">
      <w:pPr>
        <w:spacing w:after="0"/>
        <w:rPr>
          <w:lang w:val="nl-NL"/>
        </w:rPr>
      </w:pPr>
      <w:r>
        <w:rPr>
          <w:lang w:val="nl-NL"/>
        </w:rPr>
        <w:t xml:space="preserve"> N</w:t>
      </w:r>
      <w:r w:rsidR="000A63D8" w:rsidRPr="000A63D8">
        <w:rPr>
          <w:lang w:val="nl-NL"/>
        </w:rPr>
        <w:t>u vraagt de iPhone: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 xml:space="preserve">"Wilt u Apple </w:t>
      </w:r>
      <w:proofErr w:type="spellStart"/>
      <w:r w:rsidR="000A63D8" w:rsidRPr="000A63D8">
        <w:rPr>
          <w:lang w:val="nl-NL"/>
        </w:rPr>
        <w:t>CarPlay</w:t>
      </w:r>
      <w:proofErr w:type="spellEnd"/>
      <w:r w:rsidR="000A63D8" w:rsidRPr="000A63D8">
        <w:rPr>
          <w:lang w:val="nl-NL"/>
        </w:rPr>
        <w:t xml:space="preserve"> toestaan?"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Antwoord:</w:t>
      </w:r>
      <w:r>
        <w:rPr>
          <w:lang w:val="nl-NL"/>
        </w:rPr>
        <w:t xml:space="preserve"> </w:t>
      </w:r>
      <w:r w:rsidR="000A63D8" w:rsidRPr="000A63D8">
        <w:rPr>
          <w:b/>
          <w:bCs/>
          <w:lang w:val="nl-NL"/>
        </w:rPr>
        <w:t>Sta toe</w:t>
      </w:r>
    </w:p>
    <w:p w14:paraId="0EDA10EE" w14:textId="491E50D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is belangrijk.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Veel mensen drukken per ongeluk op "Niet toestaan" en vragen zich daarna af waarom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niet werkt.</w:t>
      </w:r>
    </w:p>
    <w:p w14:paraId="40356642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3.6 Daarna gebeurt er automatisch dit</w:t>
      </w:r>
    </w:p>
    <w:p w14:paraId="40A6FA65" w14:textId="07645DC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Binnen enkele seconden zie je: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APPLE CARPLAY</w:t>
      </w:r>
    </w:p>
    <w:p w14:paraId="60E0C51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Daaronder verschijnen de bekende pictogrammen:</w:t>
      </w:r>
    </w:p>
    <w:p w14:paraId="29F5D96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📞</w:t>
      </w:r>
      <w:r w:rsidRPr="000A63D8">
        <w:rPr>
          <w:lang w:val="nl-NL"/>
        </w:rPr>
        <w:t xml:space="preserve"> Telefoon</w:t>
      </w:r>
    </w:p>
    <w:p w14:paraId="57A0FF6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Symbol" w:hAnsi="Segoe UI Symbol" w:cs="Segoe UI Symbol"/>
          <w:lang w:val="nl-NL"/>
        </w:rPr>
        <w:t>🗺</w:t>
      </w:r>
      <w:r w:rsidRPr="000A63D8">
        <w:rPr>
          <w:lang w:val="nl-NL"/>
        </w:rPr>
        <w:t>️ Kaarten</w:t>
      </w:r>
    </w:p>
    <w:p w14:paraId="56740AB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🎵</w:t>
      </w:r>
      <w:r w:rsidRPr="000A63D8">
        <w:rPr>
          <w:lang w:val="nl-NL"/>
        </w:rPr>
        <w:t xml:space="preserve"> Muziek</w:t>
      </w:r>
    </w:p>
    <w:p w14:paraId="3CCBA33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💬</w:t>
      </w:r>
      <w:r w:rsidRPr="000A63D8">
        <w:rPr>
          <w:lang w:val="nl-NL"/>
        </w:rPr>
        <w:t xml:space="preserve"> Berichten</w:t>
      </w:r>
    </w:p>
    <w:p w14:paraId="6B421AB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📅</w:t>
      </w:r>
      <w:r w:rsidRPr="000A63D8">
        <w:rPr>
          <w:lang w:val="nl-NL"/>
        </w:rPr>
        <w:t xml:space="preserve"> Agenda</w:t>
      </w:r>
    </w:p>
    <w:p w14:paraId="6207201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En je bent klaar.</w:t>
      </w:r>
    </w:p>
    <w:p w14:paraId="51412D4D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3.7 De tweede keer</w:t>
      </w:r>
    </w:p>
    <w:p w14:paraId="2293A1B9" w14:textId="629503E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Vanaf nu gaat het veel sneller.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Je loopt naar de camper.</w:t>
      </w:r>
      <w:r w:rsidR="00D97FB6">
        <w:rPr>
          <w:lang w:val="nl-NL"/>
        </w:rPr>
        <w:t xml:space="preserve"> </w:t>
      </w:r>
      <w:r w:rsidR="00D97FB6" w:rsidRPr="00D97FB6">
        <w:rPr>
          <w:lang w:val="nl-NL"/>
        </w:rPr>
        <w:sym w:font="Wingdings" w:char="F0E0"/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Je start de motor.</w:t>
      </w:r>
      <w:r w:rsidR="00D97FB6">
        <w:rPr>
          <w:lang w:val="nl-NL"/>
        </w:rPr>
        <w:t xml:space="preserve"> </w:t>
      </w:r>
      <w:r w:rsidR="00D97FB6" w:rsidRPr="00D97FB6">
        <w:rPr>
          <w:lang w:val="nl-NL"/>
        </w:rPr>
        <w:sym w:font="Wingdings" w:char="F0E0"/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start.</w:t>
      </w:r>
      <w:r w:rsidR="00D97FB6">
        <w:rPr>
          <w:lang w:val="nl-NL"/>
        </w:rPr>
        <w:t xml:space="preserve"> </w:t>
      </w:r>
      <w:r w:rsidR="00D97FB6" w:rsidRPr="00D97FB6">
        <w:rPr>
          <w:lang w:val="nl-NL"/>
        </w:rPr>
        <w:sym w:font="Wingdings" w:char="F0E0"/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Na ongeveer 10–20 seconden verschijnt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automatisch.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Je hoeft niets meer te doen.</w:t>
      </w:r>
    </w:p>
    <w:p w14:paraId="40283C42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>3.8 Hoe weet je dat alles goed werkt?</w:t>
      </w:r>
    </w:p>
    <w:p w14:paraId="629C825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Controleer vier dingen.</w:t>
      </w:r>
    </w:p>
    <w:p w14:paraId="415FC86D" w14:textId="7421560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Test 1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>Open Kaarten.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Verschijnt de kaart?</w:t>
      </w:r>
      <w:r w:rsidR="00D97FB6">
        <w:rPr>
          <w:lang w:val="nl-NL"/>
        </w:rPr>
        <w:t xml:space="preserve"> </w:t>
      </w:r>
      <w:proofErr w:type="gramStart"/>
      <w:r w:rsidRPr="000A63D8">
        <w:rPr>
          <w:lang w:val="nl-NL"/>
        </w:rPr>
        <w:t>Mooi</w:t>
      </w:r>
      <w:proofErr w:type="gramEnd"/>
      <w:r w:rsidRPr="000A63D8">
        <w:rPr>
          <w:lang w:val="nl-NL"/>
        </w:rPr>
        <w:t>.</w:t>
      </w:r>
    </w:p>
    <w:p w14:paraId="1640D830" w14:textId="5A230F9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Test 2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>Open Muziek.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Kun je muziek afspelen?</w:t>
      </w:r>
      <w:r w:rsidR="00D97FB6">
        <w:rPr>
          <w:lang w:val="nl-NL"/>
        </w:rPr>
        <w:t xml:space="preserve"> </w:t>
      </w:r>
      <w:proofErr w:type="gramStart"/>
      <w:r w:rsidRPr="000A63D8">
        <w:rPr>
          <w:lang w:val="nl-NL"/>
        </w:rPr>
        <w:t>Prima</w:t>
      </w:r>
      <w:proofErr w:type="gramEnd"/>
      <w:r w:rsidRPr="000A63D8">
        <w:rPr>
          <w:lang w:val="nl-NL"/>
        </w:rPr>
        <w:t>.</w:t>
      </w:r>
    </w:p>
    <w:p w14:paraId="54E4E254" w14:textId="2BFF842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Test 3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Druk op de microfoonknop (of activeer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).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Zeg: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"Hoe laat is het?"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 xml:space="preserve">Geeft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antwoord?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Perfect.</w:t>
      </w:r>
    </w:p>
    <w:p w14:paraId="1E13B8C8" w14:textId="5E00A0B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Test 4</w:t>
      </w:r>
      <w:r w:rsidR="00D97FB6">
        <w:rPr>
          <w:b/>
          <w:bCs/>
          <w:lang w:val="nl-NL"/>
        </w:rPr>
        <w:t xml:space="preserve"> </w:t>
      </w:r>
      <w:r w:rsidR="00D97FB6" w:rsidRPr="00D97FB6">
        <w:rPr>
          <w:b/>
          <w:bCs/>
          <w:lang w:val="nl-NL"/>
        </w:rPr>
        <w:sym w:font="Wingdings" w:char="F0E0"/>
      </w:r>
      <w:r w:rsidR="00D97FB6">
        <w:rPr>
          <w:b/>
          <w:bCs/>
          <w:lang w:val="nl-NL"/>
        </w:rPr>
        <w:t xml:space="preserve"> </w:t>
      </w:r>
      <w:r w:rsidRPr="000A63D8">
        <w:rPr>
          <w:lang w:val="nl-NL"/>
        </w:rPr>
        <w:t>Bel jezelf of een familielid.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Werkt het geluid goed?</w:t>
      </w:r>
      <w:r w:rsidR="00D97FB6">
        <w:rPr>
          <w:lang w:val="nl-NL"/>
        </w:rPr>
        <w:t xml:space="preserve"> </w:t>
      </w:r>
      <w:proofErr w:type="gramStart"/>
      <w:r w:rsidRPr="000A63D8">
        <w:rPr>
          <w:lang w:val="nl-NL"/>
        </w:rPr>
        <w:t>Dan</w:t>
      </w:r>
      <w:proofErr w:type="gramEnd"/>
      <w:r w:rsidRPr="000A63D8">
        <w:rPr>
          <w:lang w:val="nl-NL"/>
        </w:rPr>
        <w:t xml:space="preserve"> is alles in orde.</w:t>
      </w:r>
    </w:p>
    <w:p w14:paraId="449E9051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3.9 Je iPhone onthouden</w:t>
      </w:r>
    </w:p>
    <w:p w14:paraId="0326F491" w14:textId="2A86DB3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onthoudt je telefoon.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Dat betekent: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Je hoeft hem niet iedere keer opnieuw te koppelen.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De radio herkent jouw iPhone automatisch.</w:t>
      </w:r>
    </w:p>
    <w:p w14:paraId="5CB31C0B" w14:textId="77777777" w:rsidR="000A63D8" w:rsidRPr="000A63D8" w:rsidRDefault="000A63D8" w:rsidP="00D97FB6">
      <w:pPr>
        <w:pStyle w:val="Kop1"/>
        <w:rPr>
          <w:lang w:val="nl-NL"/>
        </w:rPr>
      </w:pPr>
      <w:r w:rsidRPr="000A63D8">
        <w:rPr>
          <w:lang w:val="nl-NL"/>
        </w:rPr>
        <w:t xml:space="preserve">3.10 Twee </w:t>
      </w:r>
      <w:proofErr w:type="spellStart"/>
      <w:r w:rsidRPr="000A63D8">
        <w:rPr>
          <w:lang w:val="nl-NL"/>
        </w:rPr>
        <w:t>iPhones</w:t>
      </w:r>
      <w:proofErr w:type="spellEnd"/>
      <w:r w:rsidRPr="000A63D8">
        <w:rPr>
          <w:lang w:val="nl-NL"/>
        </w:rPr>
        <w:t xml:space="preserve"> gebruiken</w:t>
      </w:r>
    </w:p>
    <w:p w14:paraId="0351CFF6" w14:textId="726ACBA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Stel dat jij en Janneke allebei een iPhone hebben.</w:t>
      </w:r>
      <w:r w:rsidR="00D97FB6">
        <w:rPr>
          <w:lang w:val="nl-NL"/>
        </w:rPr>
        <w:t xml:space="preserve"> </w:t>
      </w:r>
      <w:r w:rsidRPr="000A63D8">
        <w:rPr>
          <w:lang w:val="nl-NL"/>
        </w:rPr>
        <w:t>Dat kan.</w:t>
      </w:r>
    </w:p>
    <w:p w14:paraId="74A3B8A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Maar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kan </w:t>
      </w:r>
      <w:r w:rsidRPr="000A63D8">
        <w:rPr>
          <w:b/>
          <w:bCs/>
          <w:lang w:val="nl-NL"/>
        </w:rPr>
        <w:t xml:space="preserve">maar één </w:t>
      </w:r>
      <w:proofErr w:type="spellStart"/>
      <w:r w:rsidRPr="000A63D8">
        <w:rPr>
          <w:b/>
          <w:bCs/>
          <w:lang w:val="nl-NL"/>
        </w:rPr>
        <w:t>CarPlay</w:t>
      </w:r>
      <w:proofErr w:type="spellEnd"/>
      <w:r w:rsidRPr="000A63D8">
        <w:rPr>
          <w:b/>
          <w:bCs/>
          <w:lang w:val="nl-NL"/>
        </w:rPr>
        <w:t>-verbinding tegelijk actief gebruiken</w:t>
      </w:r>
      <w:r w:rsidRPr="000A63D8">
        <w:rPr>
          <w:lang w:val="nl-NL"/>
        </w:rPr>
        <w:t>.</w:t>
      </w:r>
    </w:p>
    <w:p w14:paraId="47F0BA6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Meestal maakt hij verbinding met de telefoon die hij als eerste ziet of die het laatst actief was.</w:t>
      </w:r>
    </w:p>
    <w:p w14:paraId="792C3EC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Als de "verkeerde" iPhone verbindt, kun je op die telefoon Bluetooth even uitzetten of op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handmatig de gewenste telefoon kiezen.</w:t>
      </w:r>
    </w:p>
    <w:p w14:paraId="47A6BCA5" w14:textId="77777777" w:rsidR="000A63D8" w:rsidRPr="000A63D8" w:rsidRDefault="000A63D8" w:rsidP="00534CB9">
      <w:pPr>
        <w:pStyle w:val="Kop1"/>
        <w:rPr>
          <w:lang w:val="nl-NL"/>
        </w:rPr>
      </w:pPr>
      <w:r w:rsidRPr="000A63D8">
        <w:rPr>
          <w:lang w:val="nl-NL"/>
        </w:rPr>
        <w:t>3.11 Verbinding verwijderen</w:t>
      </w:r>
    </w:p>
    <w:p w14:paraId="2A83EB64" w14:textId="1996AE54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Soms wil je opnieuw beginnen.</w:t>
      </w:r>
      <w:r w:rsidR="00534CB9">
        <w:rPr>
          <w:lang w:val="nl-NL"/>
        </w:rPr>
        <w:t xml:space="preserve"> </w:t>
      </w:r>
      <w:r w:rsidRPr="000A63D8">
        <w:rPr>
          <w:lang w:val="nl-NL"/>
        </w:rPr>
        <w:t xml:space="preserve">Bijvoorbeeld als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vreemd doet.</w:t>
      </w:r>
    </w:p>
    <w:p w14:paraId="2D718D8D" w14:textId="5CB21CC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Ga op de iPhone naar:</w:t>
      </w:r>
      <w:r w:rsidR="00534CB9">
        <w:rPr>
          <w:lang w:val="nl-NL"/>
        </w:rPr>
        <w:t xml:space="preserve"> </w:t>
      </w:r>
      <w:r w:rsidRPr="000A63D8">
        <w:rPr>
          <w:b/>
          <w:bCs/>
          <w:lang w:val="nl-NL"/>
        </w:rPr>
        <w:t xml:space="preserve">Instellingen → Algemeen → </w:t>
      </w:r>
      <w:proofErr w:type="spellStart"/>
      <w:r w:rsidRPr="000A63D8">
        <w:rPr>
          <w:b/>
          <w:bCs/>
          <w:lang w:val="nl-NL"/>
        </w:rPr>
        <w:t>CarPlay</w:t>
      </w:r>
      <w:proofErr w:type="spellEnd"/>
    </w:p>
    <w:p w14:paraId="33A2ECC2" w14:textId="17A1E85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Kies:</w:t>
      </w:r>
      <w:r w:rsidR="00534CB9">
        <w:rPr>
          <w:lang w:val="nl-NL"/>
        </w:rPr>
        <w:t xml:space="preserve"> </w:t>
      </w:r>
      <w:proofErr w:type="spellStart"/>
      <w:r w:rsidRPr="000A63D8">
        <w:rPr>
          <w:b/>
          <w:bCs/>
          <w:lang w:val="nl-NL"/>
        </w:rPr>
        <w:t>Pioneer</w:t>
      </w:r>
      <w:proofErr w:type="spellEnd"/>
      <w:r w:rsidRPr="000A63D8">
        <w:rPr>
          <w:b/>
          <w:bCs/>
          <w:lang w:val="nl-NL"/>
        </w:rPr>
        <w:t xml:space="preserve"> SPH-DA77DAB</w:t>
      </w:r>
    </w:p>
    <w:p w14:paraId="190A4288" w14:textId="3F479D6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Tik o</w:t>
      </w:r>
      <w:r w:rsidR="00534CB9">
        <w:rPr>
          <w:lang w:val="nl-NL"/>
        </w:rPr>
        <w:t>p</w:t>
      </w:r>
      <w:r w:rsidRPr="000A63D8">
        <w:rPr>
          <w:lang w:val="nl-NL"/>
        </w:rPr>
        <w:t>:</w:t>
      </w:r>
      <w:r w:rsidR="00534CB9">
        <w:rPr>
          <w:lang w:val="nl-NL"/>
        </w:rPr>
        <w:t xml:space="preserve"> </w:t>
      </w:r>
      <w:r w:rsidRPr="000A63D8">
        <w:rPr>
          <w:b/>
          <w:bCs/>
          <w:lang w:val="nl-NL"/>
        </w:rPr>
        <w:t>Vergeet deze auto</w:t>
      </w:r>
    </w:p>
    <w:p w14:paraId="39A7221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Verwijder eventueel ook de Bluetooth-koppeling.</w:t>
      </w:r>
    </w:p>
    <w:p w14:paraId="5BD2A4A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Daarna kun je opnieuw koppelen zoals in dit hoofdstuk beschreven.</w:t>
      </w:r>
    </w:p>
    <w:p w14:paraId="22A749ED" w14:textId="77777777" w:rsidR="000A63D8" w:rsidRPr="000A63D8" w:rsidRDefault="000A63D8" w:rsidP="00534CB9">
      <w:pPr>
        <w:pStyle w:val="Kop1"/>
        <w:rPr>
          <w:lang w:val="nl-NL"/>
        </w:rPr>
      </w:pPr>
      <w:r w:rsidRPr="000A63D8">
        <w:rPr>
          <w:lang w:val="nl-NL"/>
        </w:rPr>
        <w:t>3.12 De vijf meest voorkomende problemen</w:t>
      </w:r>
    </w:p>
    <w:p w14:paraId="51D19C47" w14:textId="4BDE4435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Probleem 1</w:t>
      </w:r>
      <w:r w:rsidR="00534CB9">
        <w:rPr>
          <w:b/>
          <w:bCs/>
          <w:lang w:val="nl-NL"/>
        </w:rPr>
        <w:t xml:space="preserve"> </w:t>
      </w:r>
      <w:r w:rsidR="00534CB9" w:rsidRPr="00534CB9">
        <w:rPr>
          <w:b/>
          <w:bCs/>
          <w:lang w:val="nl-NL"/>
        </w:rPr>
        <w:sym w:font="Wingdings" w:char="F0E0"/>
      </w:r>
      <w:r w:rsidR="00534CB9">
        <w:rPr>
          <w:b/>
          <w:bCs/>
          <w:lang w:val="nl-NL"/>
        </w:rPr>
        <w:t xml:space="preserve"> </w:t>
      </w:r>
      <w:proofErr w:type="spellStart"/>
      <w:r w:rsidRPr="000A63D8">
        <w:rPr>
          <w:b/>
          <w:bCs/>
          <w:lang w:val="nl-NL"/>
        </w:rPr>
        <w:t>CarPlay</w:t>
      </w:r>
      <w:proofErr w:type="spellEnd"/>
      <w:r w:rsidRPr="000A63D8">
        <w:rPr>
          <w:b/>
          <w:bCs/>
          <w:lang w:val="nl-NL"/>
        </w:rPr>
        <w:t xml:space="preserve"> verschijnt niet.</w:t>
      </w:r>
    </w:p>
    <w:p w14:paraId="008942BD" w14:textId="3122AA67" w:rsidR="000A63D8" w:rsidRPr="000A63D8" w:rsidRDefault="000A63D8" w:rsidP="00534CB9">
      <w:pPr>
        <w:spacing w:after="0"/>
        <w:rPr>
          <w:lang w:val="nl-NL"/>
        </w:rPr>
      </w:pPr>
      <w:r w:rsidRPr="000A63D8">
        <w:rPr>
          <w:lang w:val="nl-NL"/>
        </w:rPr>
        <w:t>Controleer:</w:t>
      </w:r>
      <w:r w:rsidR="00534CB9">
        <w:rPr>
          <w:lang w:val="nl-NL"/>
        </w:rPr>
        <w:t xml:space="preserve"> </w:t>
      </w:r>
      <w:r w:rsidRPr="000A63D8">
        <w:rPr>
          <w:lang w:val="nl-NL"/>
        </w:rPr>
        <w:t>Bluetooth aan?</w:t>
      </w:r>
      <w:r w:rsidR="00534CB9">
        <w:rPr>
          <w:lang w:val="nl-NL"/>
        </w:rPr>
        <w:t xml:space="preserve"> </w:t>
      </w:r>
      <w:r w:rsidRPr="000A63D8">
        <w:rPr>
          <w:lang w:val="nl-NL"/>
        </w:rPr>
        <w:t>Wi-Fi aan?</w:t>
      </w:r>
      <w:r w:rsidR="00534CB9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aan?</w:t>
      </w:r>
    </w:p>
    <w:p w14:paraId="70107AA0" w14:textId="7A39AA6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Probleem 2</w:t>
      </w:r>
      <w:r w:rsidR="00534CB9">
        <w:rPr>
          <w:b/>
          <w:bCs/>
          <w:lang w:val="nl-NL"/>
        </w:rPr>
        <w:t xml:space="preserve"> </w:t>
      </w:r>
      <w:r w:rsidR="00534CB9" w:rsidRPr="00534CB9">
        <w:rPr>
          <w:b/>
          <w:bCs/>
          <w:lang w:val="nl-NL"/>
        </w:rPr>
        <w:sym w:font="Wingdings" w:char="F0E0"/>
      </w:r>
      <w:r w:rsidR="00534CB9">
        <w:rPr>
          <w:b/>
          <w:bCs/>
          <w:lang w:val="nl-NL"/>
        </w:rPr>
        <w:t xml:space="preserve">  </w:t>
      </w:r>
      <w:r w:rsidRPr="000A63D8">
        <w:rPr>
          <w:b/>
          <w:bCs/>
          <w:lang w:val="nl-NL"/>
        </w:rPr>
        <w:t>Wel verbonden, maar geen geluid.</w:t>
      </w:r>
    </w:p>
    <w:p w14:paraId="7376EE3A" w14:textId="436783B9" w:rsidR="000A63D8" w:rsidRPr="000A63D8" w:rsidRDefault="000A63D8" w:rsidP="00534CB9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Controleer:</w:t>
      </w:r>
      <w:r w:rsidR="00534CB9">
        <w:rPr>
          <w:lang w:val="nl-NL"/>
        </w:rPr>
        <w:t xml:space="preserve"> </w:t>
      </w:r>
      <w:r w:rsidRPr="000A63D8">
        <w:rPr>
          <w:lang w:val="nl-NL"/>
        </w:rPr>
        <w:t xml:space="preserve">Volume van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.</w:t>
      </w:r>
      <w:r w:rsidR="00534CB9">
        <w:rPr>
          <w:lang w:val="nl-NL"/>
        </w:rPr>
        <w:t xml:space="preserve"> </w:t>
      </w:r>
      <w:r w:rsidRPr="000A63D8">
        <w:rPr>
          <w:lang w:val="nl-NL"/>
        </w:rPr>
        <w:t>Of het geluid misschien nog via een Bluetooth-speaker of oordopjes wordt afgespeeld.</w:t>
      </w:r>
    </w:p>
    <w:p w14:paraId="3B7DE50D" w14:textId="29E2C2D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Probleem 3</w:t>
      </w:r>
      <w:r w:rsidR="00534CB9">
        <w:rPr>
          <w:b/>
          <w:bCs/>
          <w:lang w:val="nl-NL"/>
        </w:rPr>
        <w:t xml:space="preserve"> </w:t>
      </w:r>
      <w:r w:rsidR="00534CB9" w:rsidRPr="00534CB9">
        <w:rPr>
          <w:b/>
          <w:bCs/>
          <w:lang w:val="nl-NL"/>
        </w:rPr>
        <w:sym w:font="Wingdings" w:char="F0E0"/>
      </w:r>
      <w:r w:rsidR="00534CB9">
        <w:rPr>
          <w:b/>
          <w:bCs/>
          <w:lang w:val="nl-NL"/>
        </w:rPr>
        <w:t xml:space="preserve"> </w:t>
      </w:r>
      <w:r w:rsidRPr="000A63D8">
        <w:rPr>
          <w:b/>
          <w:bCs/>
          <w:lang w:val="nl-NL"/>
        </w:rPr>
        <w:t>De verbinding valt steeds weg.</w:t>
      </w:r>
    </w:p>
    <w:p w14:paraId="67C9080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Vaak helpt het om:</w:t>
      </w:r>
    </w:p>
    <w:p w14:paraId="2646BCE1" w14:textId="77777777" w:rsidR="000A63D8" w:rsidRPr="000A63D8" w:rsidRDefault="000A63D8" w:rsidP="00A248D5">
      <w:pPr>
        <w:numPr>
          <w:ilvl w:val="0"/>
          <w:numId w:val="23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de</w:t>
      </w:r>
      <w:proofErr w:type="gramEnd"/>
      <w:r w:rsidRPr="000A63D8">
        <w:rPr>
          <w:lang w:val="nl-NL"/>
        </w:rPr>
        <w:t xml:space="preserve"> iPhone opnieuw op te starten;</w:t>
      </w:r>
    </w:p>
    <w:p w14:paraId="02C8DBA2" w14:textId="77777777" w:rsidR="000A63D8" w:rsidRPr="000A63D8" w:rsidRDefault="000A63D8" w:rsidP="00A248D5">
      <w:pPr>
        <w:numPr>
          <w:ilvl w:val="0"/>
          <w:numId w:val="23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de</w:t>
      </w:r>
      <w:proofErr w:type="gramEnd"/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opnieuw te starten;</w:t>
      </w:r>
    </w:p>
    <w:p w14:paraId="6E9E8BCC" w14:textId="77777777" w:rsidR="000A63D8" w:rsidRPr="000A63D8" w:rsidRDefault="000A63D8" w:rsidP="00A248D5">
      <w:pPr>
        <w:numPr>
          <w:ilvl w:val="0"/>
          <w:numId w:val="23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de</w:t>
      </w:r>
      <w:proofErr w:type="gramEnd"/>
      <w:r w:rsidRPr="000A63D8">
        <w:rPr>
          <w:lang w:val="nl-NL"/>
        </w:rPr>
        <w:t xml:space="preserve"> koppeling te verwijderen en opnieuw aan te maken.</w:t>
      </w:r>
    </w:p>
    <w:p w14:paraId="6B14593A" w14:textId="66228DF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Probleem 4</w:t>
      </w:r>
      <w:r w:rsidR="00534CB9">
        <w:rPr>
          <w:b/>
          <w:bCs/>
          <w:lang w:val="nl-NL"/>
        </w:rPr>
        <w:t xml:space="preserve"> </w:t>
      </w:r>
      <w:r w:rsidR="00534CB9" w:rsidRPr="00534CB9">
        <w:rPr>
          <w:b/>
          <w:bCs/>
          <w:lang w:val="nl-NL"/>
        </w:rPr>
        <w:sym w:font="Wingdings" w:char="F0E0"/>
      </w:r>
      <w:r w:rsidR="00534CB9">
        <w:rPr>
          <w:b/>
          <w:bCs/>
          <w:lang w:val="nl-NL"/>
        </w:rPr>
        <w:t xml:space="preserve"> </w:t>
      </w:r>
      <w:proofErr w:type="spellStart"/>
      <w:r w:rsidRPr="000A63D8">
        <w:rPr>
          <w:b/>
          <w:bCs/>
          <w:lang w:val="nl-NL"/>
        </w:rPr>
        <w:t>CarPlay</w:t>
      </w:r>
      <w:proofErr w:type="spellEnd"/>
      <w:r w:rsidRPr="000A63D8">
        <w:rPr>
          <w:b/>
          <w:bCs/>
          <w:lang w:val="nl-NL"/>
        </w:rPr>
        <w:t xml:space="preserve"> start heel langzaam.</w:t>
      </w:r>
    </w:p>
    <w:p w14:paraId="06AFF7E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Wacht rustig 20 tot 30 seconden na het starten van de camper. Het systeem heeft even tijd nodig om op te starten en verbinding te maken.</w:t>
      </w:r>
    </w:p>
    <w:p w14:paraId="65404DED" w14:textId="3293B51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Probleem 5</w:t>
      </w:r>
      <w:r w:rsidR="00534CB9">
        <w:rPr>
          <w:b/>
          <w:bCs/>
          <w:lang w:val="nl-NL"/>
        </w:rPr>
        <w:t xml:space="preserve"> </w:t>
      </w:r>
      <w:r w:rsidR="00534CB9" w:rsidRPr="00534CB9">
        <w:rPr>
          <w:b/>
          <w:bCs/>
          <w:lang w:val="nl-NL"/>
        </w:rPr>
        <w:sym w:font="Wingdings" w:char="F0E0"/>
      </w:r>
      <w:r w:rsidR="00534CB9">
        <w:rPr>
          <w:b/>
          <w:bCs/>
          <w:lang w:val="nl-NL"/>
        </w:rPr>
        <w:t xml:space="preserve"> </w:t>
      </w:r>
      <w:r w:rsidRPr="000A63D8">
        <w:rPr>
          <w:b/>
          <w:bCs/>
          <w:lang w:val="nl-NL"/>
        </w:rPr>
        <w:t>Er gebeurt helemaal niets.</w:t>
      </w:r>
    </w:p>
    <w:p w14:paraId="6EFA613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Sluit de iPhone met een USB-kabel aan.</w:t>
      </w:r>
    </w:p>
    <w:p w14:paraId="166FD52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lastRenderedPageBreak/>
        <w:t xml:space="preserve">Werkt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dan wel?</w:t>
      </w:r>
    </w:p>
    <w:p w14:paraId="5B50AA6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Dan zit het probleem waarschijnlijk in de draadloze verbinding.</w:t>
      </w:r>
    </w:p>
    <w:p w14:paraId="40A639F0" w14:textId="6796EE06" w:rsidR="000A63D8" w:rsidRPr="000A63D8" w:rsidRDefault="000A63D8" w:rsidP="00A248D5">
      <w:pPr>
        <w:spacing w:after="0"/>
        <w:rPr>
          <w:lang w:val="nl-NL"/>
        </w:rPr>
      </w:pPr>
    </w:p>
    <w:p w14:paraId="44098414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Praktijkoefening</w:t>
      </w:r>
    </w:p>
    <w:p w14:paraId="3C1CCF9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Voer deze oefening uit terwijl de camper stilstaat.</w:t>
      </w:r>
    </w:p>
    <w:p w14:paraId="38543237" w14:textId="77777777" w:rsidR="000A63D8" w:rsidRPr="000A63D8" w:rsidRDefault="000A63D8" w:rsidP="00A248D5">
      <w:pPr>
        <w:numPr>
          <w:ilvl w:val="0"/>
          <w:numId w:val="24"/>
        </w:numPr>
        <w:spacing w:after="0"/>
        <w:rPr>
          <w:lang w:val="nl-NL"/>
        </w:rPr>
      </w:pPr>
      <w:r w:rsidRPr="000A63D8">
        <w:rPr>
          <w:lang w:val="nl-NL"/>
        </w:rPr>
        <w:t xml:space="preserve">Zet Bluetooth, Wi-Fi en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aan.</w:t>
      </w:r>
    </w:p>
    <w:p w14:paraId="11172C78" w14:textId="77777777" w:rsidR="000A63D8" w:rsidRPr="000A63D8" w:rsidRDefault="000A63D8" w:rsidP="00A248D5">
      <w:pPr>
        <w:numPr>
          <w:ilvl w:val="0"/>
          <w:numId w:val="24"/>
        </w:numPr>
        <w:spacing w:after="0"/>
        <w:rPr>
          <w:lang w:val="nl-NL"/>
        </w:rPr>
      </w:pPr>
      <w:r w:rsidRPr="000A63D8">
        <w:rPr>
          <w:lang w:val="nl-NL"/>
        </w:rPr>
        <w:t xml:space="preserve">Start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.</w:t>
      </w:r>
    </w:p>
    <w:p w14:paraId="4111ABD2" w14:textId="77777777" w:rsidR="000A63D8" w:rsidRPr="000A63D8" w:rsidRDefault="000A63D8" w:rsidP="00A248D5">
      <w:pPr>
        <w:numPr>
          <w:ilvl w:val="0"/>
          <w:numId w:val="24"/>
        </w:numPr>
        <w:spacing w:after="0"/>
        <w:rPr>
          <w:lang w:val="nl-NL"/>
        </w:rPr>
      </w:pPr>
      <w:r w:rsidRPr="000A63D8">
        <w:rPr>
          <w:lang w:val="nl-NL"/>
        </w:rPr>
        <w:t xml:space="preserve">Controleer of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automatisch verschijnt.</w:t>
      </w:r>
    </w:p>
    <w:p w14:paraId="5DF961EB" w14:textId="77777777" w:rsidR="000A63D8" w:rsidRPr="000A63D8" w:rsidRDefault="000A63D8" w:rsidP="00A248D5">
      <w:pPr>
        <w:numPr>
          <w:ilvl w:val="0"/>
          <w:numId w:val="24"/>
        </w:numPr>
        <w:spacing w:after="0"/>
        <w:rPr>
          <w:lang w:val="nl-NL"/>
        </w:rPr>
      </w:pPr>
      <w:r w:rsidRPr="000A63D8">
        <w:rPr>
          <w:lang w:val="nl-NL"/>
        </w:rPr>
        <w:t>Open Kaarten.</w:t>
      </w:r>
    </w:p>
    <w:p w14:paraId="432E4AEA" w14:textId="77777777" w:rsidR="000A63D8" w:rsidRPr="000A63D8" w:rsidRDefault="000A63D8" w:rsidP="00A248D5">
      <w:pPr>
        <w:numPr>
          <w:ilvl w:val="0"/>
          <w:numId w:val="24"/>
        </w:numPr>
        <w:spacing w:after="0"/>
        <w:rPr>
          <w:lang w:val="nl-NL"/>
        </w:rPr>
      </w:pPr>
      <w:r w:rsidRPr="000A63D8">
        <w:rPr>
          <w:lang w:val="nl-NL"/>
        </w:rPr>
        <w:t>Open Muziek.</w:t>
      </w:r>
    </w:p>
    <w:p w14:paraId="61FCC4FA" w14:textId="77777777" w:rsidR="000A63D8" w:rsidRPr="000A63D8" w:rsidRDefault="000A63D8" w:rsidP="00A248D5">
      <w:pPr>
        <w:numPr>
          <w:ilvl w:val="0"/>
          <w:numId w:val="24"/>
        </w:numPr>
        <w:spacing w:after="0"/>
        <w:rPr>
          <w:lang w:val="nl-NL"/>
        </w:rPr>
      </w:pPr>
      <w:r w:rsidRPr="000A63D8">
        <w:rPr>
          <w:lang w:val="nl-NL"/>
        </w:rPr>
        <w:t xml:space="preserve">Activeer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en vraag: "Hoe laat is het?"</w:t>
      </w:r>
    </w:p>
    <w:p w14:paraId="391DA015" w14:textId="77777777" w:rsidR="000A63D8" w:rsidRPr="000A63D8" w:rsidRDefault="000A63D8" w:rsidP="00A248D5">
      <w:pPr>
        <w:numPr>
          <w:ilvl w:val="0"/>
          <w:numId w:val="24"/>
        </w:numPr>
        <w:spacing w:after="0"/>
        <w:rPr>
          <w:lang w:val="nl-NL"/>
        </w:rPr>
      </w:pPr>
      <w:r w:rsidRPr="000A63D8">
        <w:rPr>
          <w:lang w:val="nl-NL"/>
        </w:rPr>
        <w:t>Zet de camper uit.</w:t>
      </w:r>
    </w:p>
    <w:p w14:paraId="409329BC" w14:textId="77777777" w:rsidR="000A63D8" w:rsidRPr="000A63D8" w:rsidRDefault="000A63D8" w:rsidP="00A248D5">
      <w:pPr>
        <w:numPr>
          <w:ilvl w:val="0"/>
          <w:numId w:val="24"/>
        </w:numPr>
        <w:spacing w:after="0"/>
        <w:rPr>
          <w:lang w:val="nl-NL"/>
        </w:rPr>
      </w:pPr>
      <w:r w:rsidRPr="000A63D8">
        <w:rPr>
          <w:lang w:val="nl-NL"/>
        </w:rPr>
        <w:t>Wacht een minuut.</w:t>
      </w:r>
    </w:p>
    <w:p w14:paraId="68B4DE8C" w14:textId="77777777" w:rsidR="000A63D8" w:rsidRPr="000A63D8" w:rsidRDefault="000A63D8" w:rsidP="00A248D5">
      <w:pPr>
        <w:numPr>
          <w:ilvl w:val="0"/>
          <w:numId w:val="24"/>
        </w:numPr>
        <w:spacing w:after="0"/>
        <w:rPr>
          <w:lang w:val="nl-NL"/>
        </w:rPr>
      </w:pPr>
      <w:r w:rsidRPr="000A63D8">
        <w:rPr>
          <w:lang w:val="nl-NL"/>
        </w:rPr>
        <w:t xml:space="preserve">Start opnieuw en controleer of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vanzelf terugkomt.</w:t>
      </w:r>
    </w:p>
    <w:p w14:paraId="7DCA851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Als dit lukt, is de basis goed ingesteld.</w:t>
      </w:r>
    </w:p>
    <w:p w14:paraId="5D6184B9" w14:textId="24363EA3" w:rsidR="000A63D8" w:rsidRPr="000A63D8" w:rsidRDefault="000A63D8" w:rsidP="00A248D5">
      <w:pPr>
        <w:spacing w:after="0"/>
        <w:rPr>
          <w:lang w:val="nl-NL"/>
        </w:rPr>
      </w:pPr>
    </w:p>
    <w:p w14:paraId="3FAA789F" w14:textId="77777777" w:rsidR="00534CB9" w:rsidRDefault="00534CB9">
      <w:pPr>
        <w:rPr>
          <w:rFonts w:ascii="Kozuka Gothic Pro H" w:eastAsiaTheme="majorEastAsia" w:hAnsi="Kozuka Gothic Pro H" w:cstheme="majorBidi"/>
          <w:color w:val="00B050"/>
          <w:spacing w:val="5"/>
          <w:kern w:val="28"/>
          <w:sz w:val="52"/>
          <w:szCs w:val="52"/>
          <w:lang w:val="nl-NL"/>
        </w:rPr>
      </w:pPr>
      <w:r>
        <w:br w:type="page"/>
      </w:r>
    </w:p>
    <w:p w14:paraId="188D94D6" w14:textId="0425F812" w:rsidR="000A63D8" w:rsidRPr="000A63D8" w:rsidRDefault="000A63D8" w:rsidP="00534CB9">
      <w:pPr>
        <w:pStyle w:val="Titel"/>
      </w:pPr>
      <w:r w:rsidRPr="000A63D8">
        <w:lastRenderedPageBreak/>
        <w:t xml:space="preserve">4 – Het </w:t>
      </w:r>
      <w:proofErr w:type="spellStart"/>
      <w:r w:rsidRPr="000A63D8">
        <w:t>CarPlay</w:t>
      </w:r>
      <w:proofErr w:type="spellEnd"/>
      <w:r w:rsidRPr="000A63D8">
        <w:t>-scherm gebruiken</w:t>
      </w:r>
    </w:p>
    <w:p w14:paraId="3F5DB913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 xml:space="preserve">4.1 Welkom in </w:t>
      </w:r>
      <w:proofErr w:type="spellStart"/>
      <w:r w:rsidRPr="000A63D8">
        <w:rPr>
          <w:lang w:val="nl-NL"/>
        </w:rPr>
        <w:t>CarPlay</w:t>
      </w:r>
      <w:proofErr w:type="spellEnd"/>
    </w:p>
    <w:p w14:paraId="0991DE8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Wanneer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verbinding heeft gemaakt met je iPhone, zie je ongeveer dit scherm:</w:t>
      </w:r>
    </w:p>
    <w:p w14:paraId="3C12A59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┌──────────────────────────────────────────┐</w:t>
      </w:r>
    </w:p>
    <w:p w14:paraId="3267E681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│                                          │</w:t>
      </w:r>
    </w:p>
    <w:p w14:paraId="5702A95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│   </w:t>
      </w:r>
      <w:r w:rsidRPr="000A63D8">
        <w:rPr>
          <w:rFonts w:ascii="Segoe UI Emoji" w:hAnsi="Segoe UI Emoji" w:cs="Segoe UI Emoji"/>
          <w:lang w:val="nl-NL"/>
        </w:rPr>
        <w:t>📞</w:t>
      </w:r>
      <w:r w:rsidRPr="000A63D8">
        <w:rPr>
          <w:lang w:val="nl-NL"/>
        </w:rPr>
        <w:t xml:space="preserve">     </w:t>
      </w:r>
      <w:r w:rsidRPr="000A63D8">
        <w:rPr>
          <w:rFonts w:ascii="Segoe UI Symbol" w:hAnsi="Segoe UI Symbol" w:cs="Segoe UI Symbol"/>
          <w:lang w:val="nl-NL"/>
        </w:rPr>
        <w:t>🗺</w:t>
      </w:r>
      <w:r w:rsidRPr="000A63D8">
        <w:rPr>
          <w:lang w:val="nl-NL"/>
        </w:rPr>
        <w:t xml:space="preserve">️     </w:t>
      </w:r>
      <w:r w:rsidRPr="000A63D8">
        <w:rPr>
          <w:rFonts w:ascii="Segoe UI Emoji" w:hAnsi="Segoe UI Emoji" w:cs="Segoe UI Emoji"/>
          <w:lang w:val="nl-NL"/>
        </w:rPr>
        <w:t>🎵</w:t>
      </w:r>
      <w:r w:rsidRPr="000A63D8">
        <w:rPr>
          <w:lang w:val="nl-NL"/>
        </w:rPr>
        <w:t xml:space="preserve">     </w:t>
      </w:r>
      <w:r w:rsidRPr="000A63D8">
        <w:rPr>
          <w:rFonts w:ascii="Segoe UI Emoji" w:hAnsi="Segoe UI Emoji" w:cs="Segoe UI Emoji"/>
          <w:lang w:val="nl-NL"/>
        </w:rPr>
        <w:t>💬</w:t>
      </w:r>
      <w:r w:rsidRPr="000A63D8">
        <w:rPr>
          <w:lang w:val="nl-NL"/>
        </w:rPr>
        <w:t xml:space="preserve">      </w:t>
      </w:r>
      <w:r w:rsidRPr="000A63D8">
        <w:rPr>
          <w:rFonts w:ascii="Segoe UI Emoji" w:hAnsi="Segoe UI Emoji" w:cs="Segoe UI Emoji"/>
          <w:lang w:val="nl-NL"/>
        </w:rPr>
        <w:t>📅</w:t>
      </w:r>
      <w:r w:rsidRPr="000A63D8">
        <w:rPr>
          <w:lang w:val="nl-NL"/>
        </w:rPr>
        <w:t xml:space="preserve">        │</w:t>
      </w:r>
    </w:p>
    <w:p w14:paraId="1C28786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│                                          │</w:t>
      </w:r>
    </w:p>
    <w:p w14:paraId="57A0E26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│   </w:t>
      </w:r>
      <w:r w:rsidRPr="000A63D8">
        <w:rPr>
          <w:rFonts w:ascii="Segoe UI Emoji" w:hAnsi="Segoe UI Emoji" w:cs="Segoe UI Emoji"/>
          <w:lang w:val="nl-NL"/>
        </w:rPr>
        <w:t>📻</w:t>
      </w:r>
      <w:r w:rsidRPr="000A63D8">
        <w:rPr>
          <w:lang w:val="nl-NL"/>
        </w:rPr>
        <w:t xml:space="preserve">     </w:t>
      </w:r>
      <w:r w:rsidRPr="000A63D8">
        <w:rPr>
          <w:rFonts w:ascii="Segoe UI Symbol" w:hAnsi="Segoe UI Symbol" w:cs="Segoe UI Symbol"/>
          <w:lang w:val="nl-NL"/>
        </w:rPr>
        <w:t>⚙</w:t>
      </w:r>
      <w:r w:rsidRPr="000A63D8">
        <w:rPr>
          <w:lang w:val="nl-NL"/>
        </w:rPr>
        <w:t xml:space="preserve">️     </w:t>
      </w:r>
      <w:r w:rsidRPr="000A63D8">
        <w:rPr>
          <w:rFonts w:ascii="Segoe UI Emoji" w:hAnsi="Segoe UI Emoji" w:cs="Segoe UI Emoji"/>
          <w:lang w:val="nl-NL"/>
        </w:rPr>
        <w:t>📚</w:t>
      </w:r>
      <w:r w:rsidRPr="000A63D8">
        <w:rPr>
          <w:lang w:val="nl-NL"/>
        </w:rPr>
        <w:t xml:space="preserve">     </w:t>
      </w:r>
      <w:r w:rsidRPr="000A63D8">
        <w:rPr>
          <w:rFonts w:ascii="Segoe UI Emoji" w:hAnsi="Segoe UI Emoji" w:cs="Segoe UI Emoji"/>
          <w:lang w:val="nl-NL"/>
        </w:rPr>
        <w:t>🎧</w:t>
      </w:r>
      <w:r w:rsidRPr="000A63D8">
        <w:rPr>
          <w:lang w:val="nl-NL"/>
        </w:rPr>
        <w:t xml:space="preserve">      </w:t>
      </w:r>
      <w:r w:rsidRPr="000A63D8">
        <w:rPr>
          <w:rFonts w:ascii="Segoe UI Emoji" w:hAnsi="Segoe UI Emoji" w:cs="Segoe UI Emoji"/>
          <w:lang w:val="nl-NL"/>
        </w:rPr>
        <w:t>📍</w:t>
      </w:r>
      <w:r w:rsidRPr="000A63D8">
        <w:rPr>
          <w:lang w:val="nl-NL"/>
        </w:rPr>
        <w:t xml:space="preserve">        │</w:t>
      </w:r>
    </w:p>
    <w:p w14:paraId="521AB6C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│                                          │</w:t>
      </w:r>
    </w:p>
    <w:p w14:paraId="65E3BC7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└──────────────────────────────────────────┘</w:t>
      </w:r>
    </w:p>
    <w:p w14:paraId="5D98EE16" w14:textId="7B5A604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Dit noemen we het </w:t>
      </w:r>
      <w:r w:rsidRPr="000A63D8">
        <w:rPr>
          <w:b/>
          <w:bCs/>
          <w:lang w:val="nl-NL"/>
        </w:rPr>
        <w:t>Beginscherm</w:t>
      </w:r>
      <w:r w:rsidRPr="000A63D8">
        <w:rPr>
          <w:lang w:val="nl-NL"/>
        </w:rPr>
        <w:t>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Zie het als het bureaublad van je computer.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Van hieruit open je alle apps.</w:t>
      </w:r>
    </w:p>
    <w:p w14:paraId="4BFDAFCD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4.2 De apps</w:t>
      </w:r>
    </w:p>
    <w:p w14:paraId="4DFFD4E4" w14:textId="280A083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Niet alle apps van je iPhone verschijnen.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Apple laat alleen apps zien die veilig zijn tijdens het rijden.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Bijvoorbeeld: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8"/>
        <w:gridCol w:w="2504"/>
      </w:tblGrid>
      <w:tr w:rsidR="000A63D8" w:rsidRPr="000A63D8" w14:paraId="1533EDE5" w14:textId="77777777" w:rsidTr="000A63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97110F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App</w:t>
            </w:r>
          </w:p>
        </w:tc>
        <w:tc>
          <w:tcPr>
            <w:tcW w:w="0" w:type="auto"/>
            <w:vAlign w:val="center"/>
            <w:hideMark/>
          </w:tcPr>
          <w:p w14:paraId="40764B4F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Waarvoor gebruik je hem?</w:t>
            </w:r>
          </w:p>
        </w:tc>
      </w:tr>
      <w:tr w:rsidR="000A63D8" w:rsidRPr="000A63D8" w14:paraId="7183D4D5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A15A7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📞</w:t>
            </w:r>
            <w:r w:rsidRPr="000A63D8">
              <w:rPr>
                <w:lang w:val="nl-NL"/>
              </w:rPr>
              <w:t xml:space="preserve"> Telefoon</w:t>
            </w:r>
          </w:p>
        </w:tc>
        <w:tc>
          <w:tcPr>
            <w:tcW w:w="0" w:type="auto"/>
            <w:vAlign w:val="center"/>
            <w:hideMark/>
          </w:tcPr>
          <w:p w14:paraId="435D68A2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Bellen</w:t>
            </w:r>
          </w:p>
        </w:tc>
      </w:tr>
      <w:tr w:rsidR="000A63D8" w:rsidRPr="000A63D8" w14:paraId="4771E932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8E23E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Symbol" w:hAnsi="Segoe UI Symbol" w:cs="Segoe UI Symbol"/>
                <w:lang w:val="nl-NL"/>
              </w:rPr>
              <w:t>🗺</w:t>
            </w:r>
            <w:r w:rsidRPr="000A63D8">
              <w:rPr>
                <w:lang w:val="nl-NL"/>
              </w:rPr>
              <w:t>️ Kaarten</w:t>
            </w:r>
          </w:p>
        </w:tc>
        <w:tc>
          <w:tcPr>
            <w:tcW w:w="0" w:type="auto"/>
            <w:vAlign w:val="center"/>
            <w:hideMark/>
          </w:tcPr>
          <w:p w14:paraId="435C4FE5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Navigatie</w:t>
            </w:r>
          </w:p>
        </w:tc>
      </w:tr>
      <w:tr w:rsidR="000A63D8" w:rsidRPr="000A63D8" w14:paraId="7CDF801D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BF74E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🎵</w:t>
            </w:r>
            <w:r w:rsidRPr="000A63D8">
              <w:rPr>
                <w:lang w:val="nl-NL"/>
              </w:rPr>
              <w:t xml:space="preserve"> Muziek</w:t>
            </w:r>
          </w:p>
        </w:tc>
        <w:tc>
          <w:tcPr>
            <w:tcW w:w="0" w:type="auto"/>
            <w:vAlign w:val="center"/>
            <w:hideMark/>
          </w:tcPr>
          <w:p w14:paraId="7E1B6ADC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Apple Music</w:t>
            </w:r>
          </w:p>
        </w:tc>
      </w:tr>
      <w:tr w:rsidR="000A63D8" w:rsidRPr="000A63D8" w14:paraId="7C75F834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2E507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🎧</w:t>
            </w:r>
            <w:r w:rsidRPr="000A63D8">
              <w:rPr>
                <w:lang w:val="nl-NL"/>
              </w:rPr>
              <w:t xml:space="preserve"> </w:t>
            </w:r>
            <w:proofErr w:type="spellStart"/>
            <w:r w:rsidRPr="000A63D8">
              <w:rPr>
                <w:lang w:val="nl-NL"/>
              </w:rPr>
              <w:t>Spotify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590733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Muziek</w:t>
            </w:r>
          </w:p>
        </w:tc>
      </w:tr>
      <w:tr w:rsidR="000A63D8" w:rsidRPr="000A63D8" w14:paraId="2905FBE0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BFEA6F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💬</w:t>
            </w:r>
            <w:r w:rsidRPr="000A63D8">
              <w:rPr>
                <w:lang w:val="nl-NL"/>
              </w:rPr>
              <w:t xml:space="preserve"> Berichten</w:t>
            </w:r>
          </w:p>
        </w:tc>
        <w:tc>
          <w:tcPr>
            <w:tcW w:w="0" w:type="auto"/>
            <w:vAlign w:val="center"/>
            <w:hideMark/>
          </w:tcPr>
          <w:p w14:paraId="619194CA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 xml:space="preserve">SMS en </w:t>
            </w:r>
            <w:proofErr w:type="spellStart"/>
            <w:r w:rsidRPr="000A63D8">
              <w:rPr>
                <w:lang w:val="nl-NL"/>
              </w:rPr>
              <w:t>iMessage</w:t>
            </w:r>
            <w:proofErr w:type="spellEnd"/>
          </w:p>
        </w:tc>
      </w:tr>
      <w:tr w:rsidR="000A63D8" w:rsidRPr="000A63D8" w14:paraId="6DDD466C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C88D4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📅</w:t>
            </w:r>
            <w:r w:rsidRPr="000A63D8">
              <w:rPr>
                <w:lang w:val="nl-NL"/>
              </w:rPr>
              <w:t xml:space="preserve"> Agenda</w:t>
            </w:r>
          </w:p>
        </w:tc>
        <w:tc>
          <w:tcPr>
            <w:tcW w:w="0" w:type="auto"/>
            <w:vAlign w:val="center"/>
            <w:hideMark/>
          </w:tcPr>
          <w:p w14:paraId="413A1FA8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Afspraken</w:t>
            </w:r>
          </w:p>
        </w:tc>
      </w:tr>
      <w:tr w:rsidR="000A63D8" w:rsidRPr="000A63D8" w14:paraId="1C4C7BA1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387A2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Symbol" w:hAnsi="Segoe UI Symbol" w:cs="Segoe UI Symbol"/>
                <w:lang w:val="nl-NL"/>
              </w:rPr>
              <w:t>🎙</w:t>
            </w:r>
            <w:r w:rsidRPr="000A63D8">
              <w:rPr>
                <w:lang w:val="nl-NL"/>
              </w:rPr>
              <w:t>️ Podcasts</w:t>
            </w:r>
          </w:p>
        </w:tc>
        <w:tc>
          <w:tcPr>
            <w:tcW w:w="0" w:type="auto"/>
            <w:vAlign w:val="center"/>
            <w:hideMark/>
          </w:tcPr>
          <w:p w14:paraId="1FD728FF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Podcasts luisteren</w:t>
            </w:r>
          </w:p>
        </w:tc>
      </w:tr>
      <w:tr w:rsidR="000A63D8" w:rsidRPr="000A63D8" w14:paraId="2994E7EB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2FA3C8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📻</w:t>
            </w:r>
            <w:r w:rsidRPr="000A63D8">
              <w:rPr>
                <w:lang w:val="nl-NL"/>
              </w:rPr>
              <w:t xml:space="preserve"> DAB</w:t>
            </w:r>
          </w:p>
        </w:tc>
        <w:tc>
          <w:tcPr>
            <w:tcW w:w="0" w:type="auto"/>
            <w:vAlign w:val="center"/>
            <w:hideMark/>
          </w:tcPr>
          <w:p w14:paraId="67AB16C1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 xml:space="preserve">Via </w:t>
            </w:r>
            <w:proofErr w:type="spellStart"/>
            <w:r w:rsidRPr="000A63D8">
              <w:rPr>
                <w:lang w:val="nl-NL"/>
              </w:rPr>
              <w:t>Pioneer</w:t>
            </w:r>
            <w:proofErr w:type="spellEnd"/>
            <w:r w:rsidRPr="000A63D8">
              <w:rPr>
                <w:lang w:val="nl-NL"/>
              </w:rPr>
              <w:t>-radio</w:t>
            </w:r>
          </w:p>
        </w:tc>
      </w:tr>
      <w:tr w:rsidR="000A63D8" w:rsidRPr="000A63D8" w14:paraId="005E10B3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1FB3C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📚</w:t>
            </w:r>
            <w:r w:rsidRPr="000A63D8">
              <w:rPr>
                <w:lang w:val="nl-NL"/>
              </w:rPr>
              <w:t xml:space="preserve"> Luisterboeken</w:t>
            </w:r>
          </w:p>
        </w:tc>
        <w:tc>
          <w:tcPr>
            <w:tcW w:w="0" w:type="auto"/>
            <w:vAlign w:val="center"/>
            <w:hideMark/>
          </w:tcPr>
          <w:p w14:paraId="0B6016F9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Audioboeken</w:t>
            </w:r>
          </w:p>
        </w:tc>
      </w:tr>
    </w:tbl>
    <w:p w14:paraId="33B3460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Dat maakt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veilig en overzichtelijk.</w:t>
      </w:r>
    </w:p>
    <w:p w14:paraId="1F3CC39A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4.3 Eén keer tikken is genoeg</w:t>
      </w:r>
    </w:p>
    <w:p w14:paraId="2AB27F50" w14:textId="6FF74ED1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Een veelgemaakte fout: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Mensen tikken drie of vier keer achter elkaar.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Doe dat niet.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Het scherm reageert net als een iPhone.</w:t>
      </w:r>
      <w:r w:rsidR="00D03AEE">
        <w:rPr>
          <w:lang w:val="nl-NL"/>
        </w:rPr>
        <w:t xml:space="preserve"> </w:t>
      </w:r>
      <w:r w:rsidRPr="000A63D8">
        <w:rPr>
          <w:b/>
          <w:bCs/>
          <w:lang w:val="nl-NL"/>
        </w:rPr>
        <w:t>Eén rustige tik is voldoende.</w:t>
      </w:r>
    </w:p>
    <w:p w14:paraId="2F49E277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4.4 Terug naar het beginscherm</w:t>
      </w:r>
    </w:p>
    <w:p w14:paraId="110FED1F" w14:textId="37AF868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Ben je ergens "verdwaald"?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Druk gewoon op:</w:t>
      </w:r>
      <w:r w:rsidR="00D03AEE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🏠</w:t>
      </w:r>
      <w:r w:rsidRPr="000A63D8">
        <w:rPr>
          <w:lang w:val="nl-NL"/>
        </w:rPr>
        <w:t xml:space="preserve"> </w:t>
      </w:r>
      <w:r w:rsidRPr="000A63D8">
        <w:rPr>
          <w:b/>
          <w:bCs/>
          <w:lang w:val="nl-NL"/>
        </w:rPr>
        <w:t>Home</w:t>
      </w:r>
      <w:r w:rsidR="00D03AEE">
        <w:rPr>
          <w:b/>
          <w:bCs/>
          <w:lang w:val="nl-NL"/>
        </w:rPr>
        <w:t xml:space="preserve"> </w:t>
      </w:r>
      <w:r w:rsidRPr="000A63D8">
        <w:rPr>
          <w:lang w:val="nl-NL"/>
        </w:rPr>
        <w:t>Je bent meteen weer terug.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kunt eigenlijk niets "stuk maken".</w:t>
      </w:r>
    </w:p>
    <w:p w14:paraId="2B087B68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4.5 Tussen apps wisselen</w:t>
      </w:r>
    </w:p>
    <w:p w14:paraId="03AEF6EF" w14:textId="6221A17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Stel: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 xml:space="preserve">Je rijdt met 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>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Er komt een telefoontje.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Na het gesprek wil je terug naar de route.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Dat gaat heel eenvoudig.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Tik gewoon op: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🗺</w:t>
      </w:r>
      <w:r w:rsidRPr="000A63D8">
        <w:rPr>
          <w:lang w:val="nl-NL"/>
        </w:rPr>
        <w:t xml:space="preserve">️ Google </w:t>
      </w:r>
      <w:proofErr w:type="spellStart"/>
      <w:r w:rsidRPr="000A63D8">
        <w:rPr>
          <w:lang w:val="nl-NL"/>
        </w:rPr>
        <w:t>Maps</w:t>
      </w:r>
      <w:proofErr w:type="spellEnd"/>
    </w:p>
    <w:p w14:paraId="4AF6E281" w14:textId="5D180E7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route staat er nog steeds.</w:t>
      </w:r>
      <w:r w:rsidR="00D03AEE">
        <w:rPr>
          <w:lang w:val="nl-NL"/>
        </w:rPr>
        <w:t xml:space="preserve">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onthoudt waar je mee bezig was.</w:t>
      </w:r>
    </w:p>
    <w:p w14:paraId="7BE22D1C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4.6 Het Dashboard</w:t>
      </w:r>
    </w:p>
    <w:p w14:paraId="532DE33B" w14:textId="5FA609B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is mijn favoriete scherm.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Veel mensen gebruiken het nooit.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Dat is jammer.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Het Dashboard ziet er ongeveer zo uit:</w:t>
      </w:r>
    </w:p>
    <w:p w14:paraId="3D17EB3C" w14:textId="50ABF012" w:rsidR="000A63D8" w:rsidRPr="000A63D8" w:rsidRDefault="000A63D8" w:rsidP="00D03AEE">
      <w:pPr>
        <w:spacing w:after="0"/>
        <w:rPr>
          <w:lang w:val="nl-NL"/>
        </w:rPr>
      </w:pPr>
      <w:r w:rsidRPr="000A63D8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🗺</w:t>
      </w:r>
      <w:proofErr w:type="gramStart"/>
      <w:r w:rsidRPr="000A63D8">
        <w:rPr>
          <w:lang w:val="nl-NL"/>
        </w:rPr>
        <w:t>️  Kaart</w:t>
      </w:r>
      <w:proofErr w:type="gramEnd"/>
    </w:p>
    <w:p w14:paraId="7B65B9D5" w14:textId="77777777" w:rsidR="000A63D8" w:rsidRPr="000A63D8" w:rsidRDefault="000A63D8" w:rsidP="00D03AEE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🎵</w:t>
      </w:r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Dire</w:t>
      </w:r>
      <w:proofErr w:type="spellEnd"/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Straits</w:t>
      </w:r>
      <w:proofErr w:type="spellEnd"/>
    </w:p>
    <w:p w14:paraId="266E2109" w14:textId="77777777" w:rsidR="000A63D8" w:rsidRPr="000A63D8" w:rsidRDefault="000A63D8" w:rsidP="00D03AEE">
      <w:pPr>
        <w:spacing w:after="0"/>
        <w:rPr>
          <w:lang w:val="nl-NL"/>
        </w:rPr>
      </w:pPr>
      <w:r w:rsidRPr="000A63D8">
        <w:rPr>
          <w:lang w:val="nl-NL"/>
        </w:rPr>
        <w:t xml:space="preserve">Money </w:t>
      </w:r>
      <w:proofErr w:type="spellStart"/>
      <w:r w:rsidRPr="000A63D8">
        <w:rPr>
          <w:lang w:val="nl-NL"/>
        </w:rPr>
        <w:t>for</w:t>
      </w:r>
      <w:proofErr w:type="spellEnd"/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Nothing</w:t>
      </w:r>
      <w:proofErr w:type="spellEnd"/>
    </w:p>
    <w:p w14:paraId="6A367FF6" w14:textId="77777777" w:rsidR="000A63D8" w:rsidRPr="000A63D8" w:rsidRDefault="000A63D8" w:rsidP="00D03AEE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📅</w:t>
      </w:r>
      <w:r w:rsidRPr="000A63D8">
        <w:rPr>
          <w:lang w:val="nl-NL"/>
        </w:rPr>
        <w:t xml:space="preserve"> Volgende afspraak</w:t>
      </w:r>
    </w:p>
    <w:p w14:paraId="4C77DF64" w14:textId="77777777" w:rsidR="000A63D8" w:rsidRPr="000A63D8" w:rsidRDefault="000A63D8" w:rsidP="00D03AEE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📍</w:t>
      </w:r>
      <w:r w:rsidRPr="000A63D8">
        <w:rPr>
          <w:lang w:val="nl-NL"/>
        </w:rPr>
        <w:t xml:space="preserve"> Aankomst 14:42</w:t>
      </w:r>
    </w:p>
    <w:p w14:paraId="3085F83F" w14:textId="65D5562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ziet meerdere dingen tegelijk: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kaart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muziek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aankomsttijd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agenda</w:t>
      </w:r>
    </w:p>
    <w:p w14:paraId="1E91431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hoeft dus niet steeds tussen apps te wisselen.</w:t>
      </w:r>
    </w:p>
    <w:p w14:paraId="2E91D50E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4.7 Waarom het Dashboard ideaal is</w:t>
      </w:r>
    </w:p>
    <w:p w14:paraId="4ABCD157" w14:textId="1A4EAD6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Stel: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rijdt naar Zuid-Frankrijk.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wilt: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de kaart zien;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muziek luisteren;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weten hoe laat je aankomt.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Daarvoor hoef je geen drie apps open te hebben.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Het Dashboard laat alles tegelijk zien.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Tijdens lange camperritten gebruik ik zelf bijna alleen dit scherm.</w:t>
      </w:r>
    </w:p>
    <w:p w14:paraId="4EC756F5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 xml:space="preserve">4.8 De </w:t>
      </w:r>
      <w:proofErr w:type="spellStart"/>
      <w:r w:rsidRPr="000A63D8">
        <w:rPr>
          <w:lang w:val="nl-NL"/>
        </w:rPr>
        <w:t>dock</w:t>
      </w:r>
      <w:proofErr w:type="spellEnd"/>
    </w:p>
    <w:p w14:paraId="71243122" w14:textId="78D68D9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Aan de linkerkant zie je vaak een smalle balk.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 xml:space="preserve">Dat heet de </w:t>
      </w:r>
      <w:proofErr w:type="spellStart"/>
      <w:r w:rsidRPr="000A63D8">
        <w:rPr>
          <w:b/>
          <w:bCs/>
          <w:lang w:val="nl-NL"/>
        </w:rPr>
        <w:t>Dock</w:t>
      </w:r>
      <w:proofErr w:type="spellEnd"/>
      <w:r w:rsidRPr="000A63D8">
        <w:rPr>
          <w:lang w:val="nl-NL"/>
        </w:rPr>
        <w:t>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Bijvoorbeeld:</w:t>
      </w:r>
    </w:p>
    <w:p w14:paraId="3D71C39C" w14:textId="5A0239D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lastRenderedPageBreak/>
        <w:t>🏠</w:t>
      </w:r>
    </w:p>
    <w:p w14:paraId="0DCA5BD0" w14:textId="227297B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Symbol" w:hAnsi="Segoe UI Symbol" w:cs="Segoe UI Symbol"/>
          <w:lang w:val="nl-NL"/>
        </w:rPr>
        <w:t>🗺</w:t>
      </w:r>
      <w:r w:rsidRPr="000A63D8">
        <w:rPr>
          <w:lang w:val="nl-NL"/>
        </w:rPr>
        <w:t>️</w:t>
      </w:r>
    </w:p>
    <w:p w14:paraId="1A682FF9" w14:textId="21325B4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🎵</w:t>
      </w:r>
    </w:p>
    <w:p w14:paraId="2A051E0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📞</w:t>
      </w:r>
    </w:p>
    <w:p w14:paraId="215EB43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Hier staan de laatst gebruikte apps.</w:t>
      </w:r>
    </w:p>
    <w:p w14:paraId="49344D2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Daardoor kun je razendsnel wisselen.</w:t>
      </w:r>
    </w:p>
    <w:p w14:paraId="2DC61CE0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4.9 Meldingen</w:t>
      </w:r>
    </w:p>
    <w:p w14:paraId="6F878726" w14:textId="78C6308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Wanneer iemand belt: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Het scherm verandert automatisch.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ziet:</w:t>
      </w:r>
      <w:r w:rsidR="00D03AEE">
        <w:rPr>
          <w:lang w:val="nl-NL"/>
        </w:rPr>
        <w:t xml:space="preserve"> </w:t>
      </w:r>
      <w:r w:rsidRPr="000A63D8">
        <w:rPr>
          <w:b/>
          <w:bCs/>
          <w:lang w:val="nl-NL"/>
        </w:rPr>
        <w:t>Accepteren</w:t>
      </w:r>
      <w:r w:rsidR="00D03AEE">
        <w:rPr>
          <w:b/>
          <w:bCs/>
          <w:lang w:val="nl-NL"/>
        </w:rPr>
        <w:t xml:space="preserve"> </w:t>
      </w:r>
      <w:r w:rsidRPr="000A63D8">
        <w:rPr>
          <w:lang w:val="nl-NL"/>
        </w:rPr>
        <w:t>of</w:t>
      </w:r>
      <w:r w:rsidR="00D03AEE">
        <w:rPr>
          <w:lang w:val="nl-NL"/>
        </w:rPr>
        <w:t xml:space="preserve"> </w:t>
      </w:r>
      <w:r w:rsidRPr="000A63D8">
        <w:rPr>
          <w:b/>
          <w:bCs/>
          <w:lang w:val="nl-NL"/>
        </w:rPr>
        <w:t>Weigeren</w:t>
      </w:r>
    </w:p>
    <w:p w14:paraId="0E2FE04F" w14:textId="5BF60A9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Na het gesprek gaat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vanzelf terug naar de navigatie.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hoeft niets te doen.</w:t>
      </w:r>
    </w:p>
    <w:p w14:paraId="3242BF9A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4.10 Muziek veranderen</w:t>
      </w:r>
    </w:p>
    <w:p w14:paraId="6518D6F9" w14:textId="2869D03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Tijdens het rijden kun je:</w:t>
      </w:r>
      <w:r w:rsidR="00D03AEE">
        <w:rPr>
          <w:lang w:val="nl-NL"/>
        </w:rPr>
        <w:t xml:space="preserve"> </w:t>
      </w:r>
      <w:r w:rsidRPr="000A63D8">
        <w:rPr>
          <w:rFonts w:ascii="Cambria Math" w:hAnsi="Cambria Math" w:cs="Cambria Math"/>
          <w:lang w:val="nl-NL"/>
        </w:rPr>
        <w:t>▶</w:t>
      </w:r>
      <w:r w:rsidRPr="000A63D8">
        <w:rPr>
          <w:lang w:val="nl-NL"/>
        </w:rPr>
        <w:t xml:space="preserve"> Volgend </w:t>
      </w:r>
      <w:proofErr w:type="gramStart"/>
      <w:r w:rsidRPr="000A63D8">
        <w:rPr>
          <w:lang w:val="nl-NL"/>
        </w:rPr>
        <w:t>nummer</w:t>
      </w:r>
      <w:r w:rsidR="00D03AEE">
        <w:rPr>
          <w:lang w:val="nl-NL"/>
        </w:rPr>
        <w:t xml:space="preserve"> </w:t>
      </w:r>
      <w:r w:rsidRPr="000A63D8">
        <w:rPr>
          <w:rFonts w:cs="Calibri"/>
          <w:lang w:val="nl-NL"/>
        </w:rPr>
        <w:t>⏸</w:t>
      </w:r>
      <w:r w:rsidRPr="000A63D8">
        <w:rPr>
          <w:lang w:val="nl-NL"/>
        </w:rPr>
        <w:t xml:space="preserve"> Pauze</w:t>
      </w:r>
      <w:proofErr w:type="gramEnd"/>
      <w:r w:rsidR="00D03AEE">
        <w:rPr>
          <w:lang w:val="nl-NL"/>
        </w:rPr>
        <w:t xml:space="preserve"> </w:t>
      </w:r>
      <w:r w:rsidRPr="000A63D8">
        <w:rPr>
          <w:rFonts w:cs="Calibri"/>
          <w:lang w:val="nl-NL"/>
        </w:rPr>
        <w:t>⏮</w:t>
      </w:r>
      <w:r w:rsidRPr="000A63D8">
        <w:rPr>
          <w:lang w:val="nl-NL"/>
        </w:rPr>
        <w:t xml:space="preserve"> Vorig nummer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Maar....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 xml:space="preserve">Gebruik liever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Bijvoorbeeld: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 xml:space="preserve">"Speel </w:t>
      </w:r>
      <w:proofErr w:type="spellStart"/>
      <w:r w:rsidRPr="000A63D8">
        <w:rPr>
          <w:lang w:val="nl-NL"/>
        </w:rPr>
        <w:t>Eagles</w:t>
      </w:r>
      <w:proofErr w:type="spellEnd"/>
      <w:r w:rsidRPr="000A63D8">
        <w:rPr>
          <w:lang w:val="nl-NL"/>
        </w:rPr>
        <w:t>."</w:t>
      </w:r>
      <w:r w:rsidR="00D03AEE">
        <w:rPr>
          <w:lang w:val="nl-NL"/>
        </w:rPr>
        <w:t xml:space="preserve"> </w:t>
      </w:r>
      <w:r w:rsidR="00D03AEE" w:rsidRPr="000A63D8">
        <w:rPr>
          <w:lang w:val="nl-NL"/>
        </w:rPr>
        <w:t>O</w:t>
      </w:r>
      <w:r w:rsidRPr="000A63D8">
        <w:rPr>
          <w:lang w:val="nl-NL"/>
        </w:rPr>
        <w:t>f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"Speel mijn afspeellijst Camper."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Dat is veiliger.</w:t>
      </w:r>
    </w:p>
    <w:p w14:paraId="523BD88D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4.11 Berichten</w:t>
      </w:r>
    </w:p>
    <w:p w14:paraId="04F3EFD9" w14:textId="41B3A7E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Wanneer er een bericht binnenkomt: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krijgt niet meteen een groot scherm vol tekst.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Apple doet dat expres.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ziet alleen een melding.</w:t>
      </w:r>
      <w:r w:rsidR="00D03AEE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vraagt vervolgens: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"Wil je het bericht horen?"</w:t>
      </w:r>
    </w:p>
    <w:p w14:paraId="128B5711" w14:textId="7118870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antwoordt: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"Ja."</w:t>
      </w:r>
      <w:r w:rsidR="00D03AEE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leest het voor.</w:t>
      </w:r>
    </w:p>
    <w:p w14:paraId="0DC566A6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4.12 De agenda</w:t>
      </w:r>
    </w:p>
    <w:p w14:paraId="11713D30" w14:textId="6D1FA682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kan ook je agenda tonen.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Bijvoorbeeld:</w:t>
      </w:r>
      <w:r w:rsidR="00D03AEE">
        <w:rPr>
          <w:lang w:val="nl-NL"/>
        </w:rPr>
        <w:t xml:space="preserve"> </w:t>
      </w:r>
      <w:proofErr w:type="gramStart"/>
      <w:r w:rsidRPr="000A63D8">
        <w:rPr>
          <w:lang w:val="nl-NL"/>
        </w:rPr>
        <w:t>15:00</w:t>
      </w:r>
      <w:r w:rsidR="00D03AEE">
        <w:rPr>
          <w:lang w:val="nl-NL"/>
        </w:rPr>
        <w:t xml:space="preserve">  </w:t>
      </w:r>
      <w:r w:rsidRPr="000A63D8">
        <w:rPr>
          <w:lang w:val="nl-NL"/>
        </w:rPr>
        <w:t>Camping</w:t>
      </w:r>
      <w:proofErr w:type="gramEnd"/>
      <w:r w:rsidRPr="000A63D8">
        <w:rPr>
          <w:lang w:val="nl-NL"/>
        </w:rPr>
        <w:t xml:space="preserve"> Les </w:t>
      </w:r>
      <w:proofErr w:type="spellStart"/>
      <w:r w:rsidRPr="000A63D8">
        <w:rPr>
          <w:lang w:val="nl-NL"/>
        </w:rPr>
        <w:t>Trois</w:t>
      </w:r>
      <w:proofErr w:type="spellEnd"/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Lacs</w:t>
      </w:r>
      <w:proofErr w:type="spellEnd"/>
    </w:p>
    <w:p w14:paraId="2CFC7407" w14:textId="43CC868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Tik erop.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kunt direct navigeren.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Dat is ideaal tijdens vakanties.</w:t>
      </w:r>
    </w:p>
    <w:p w14:paraId="3FB3FCF0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4.13 Donkere en lichte weergave</w:t>
      </w:r>
    </w:p>
    <w:p w14:paraId="3CD26817" w14:textId="122E7F4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Overdag gebruikt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meestal een licht scherm.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's Avonds schakelt hij automatisch naar donker.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Dat voorkomt verblinding.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hoeft daar meestal niets voor in te stellen.</w:t>
      </w:r>
    </w:p>
    <w:p w14:paraId="0CD041FE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4.14 Apps verplaatsen</w:t>
      </w:r>
    </w:p>
    <w:p w14:paraId="40D73672" w14:textId="4A9C942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Misschien wil jij: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 xml:space="preserve">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 xml:space="preserve"> bovenaan.</w:t>
      </w:r>
      <w:r w:rsidR="00D03AEE">
        <w:rPr>
          <w:lang w:val="nl-NL"/>
        </w:rPr>
        <w:t xml:space="preserve"> </w:t>
      </w:r>
      <w:proofErr w:type="spellStart"/>
      <w:r w:rsidRPr="000A63D8">
        <w:rPr>
          <w:lang w:val="nl-NL"/>
        </w:rPr>
        <w:t>Spotify</w:t>
      </w:r>
      <w:proofErr w:type="spellEnd"/>
      <w:r w:rsidRPr="000A63D8">
        <w:rPr>
          <w:lang w:val="nl-NL"/>
        </w:rPr>
        <w:t xml:space="preserve"> daarnaast.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WhatsApp iets lager.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Dat kan.</w:t>
      </w:r>
    </w:p>
    <w:p w14:paraId="028234F1" w14:textId="03E85A65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Op de iPhone:</w:t>
      </w:r>
      <w:r w:rsidR="00D03AEE">
        <w:rPr>
          <w:lang w:val="nl-NL"/>
        </w:rPr>
        <w:t xml:space="preserve"> </w:t>
      </w:r>
      <w:r w:rsidRPr="000A63D8">
        <w:rPr>
          <w:b/>
          <w:bCs/>
          <w:lang w:val="nl-NL"/>
        </w:rPr>
        <w:t>Instellingen</w:t>
      </w:r>
      <w:r w:rsidR="00D03AEE">
        <w:rPr>
          <w:b/>
          <w:bCs/>
          <w:lang w:val="nl-NL"/>
        </w:rPr>
        <w:t xml:space="preserve"> </w:t>
      </w:r>
      <w:r w:rsidR="00D03AEE" w:rsidRPr="00D03AEE">
        <w:rPr>
          <w:b/>
          <w:bCs/>
          <w:lang w:val="nl-NL"/>
        </w:rPr>
        <w:sym w:font="Wingdings" w:char="F0E0"/>
      </w:r>
      <w:r w:rsidR="00D03AEE">
        <w:rPr>
          <w:b/>
          <w:bCs/>
          <w:lang w:val="nl-NL"/>
        </w:rPr>
        <w:t xml:space="preserve"> </w:t>
      </w:r>
      <w:r w:rsidRPr="000A63D8">
        <w:rPr>
          <w:b/>
          <w:bCs/>
          <w:lang w:val="nl-NL"/>
        </w:rPr>
        <w:t>Algemeen</w:t>
      </w:r>
      <w:r w:rsidR="00D03AEE">
        <w:rPr>
          <w:b/>
          <w:bCs/>
          <w:lang w:val="nl-NL"/>
        </w:rPr>
        <w:t xml:space="preserve"> </w:t>
      </w:r>
      <w:r w:rsidR="00D03AEE" w:rsidRPr="00D03AEE">
        <w:rPr>
          <w:b/>
          <w:bCs/>
          <w:lang w:val="nl-NL"/>
        </w:rPr>
        <w:sym w:font="Wingdings" w:char="F0E0"/>
      </w:r>
      <w:r w:rsidR="00D03AEE">
        <w:rPr>
          <w:b/>
          <w:bCs/>
          <w:lang w:val="nl-NL"/>
        </w:rPr>
        <w:t xml:space="preserve"> </w:t>
      </w:r>
      <w:proofErr w:type="spellStart"/>
      <w:r w:rsidRPr="000A63D8">
        <w:rPr>
          <w:b/>
          <w:bCs/>
          <w:lang w:val="nl-NL"/>
        </w:rPr>
        <w:t>CarPlay</w:t>
      </w:r>
      <w:proofErr w:type="spellEnd"/>
      <w:r w:rsidR="00D03AEE">
        <w:rPr>
          <w:b/>
          <w:bCs/>
          <w:lang w:val="nl-NL"/>
        </w:rPr>
        <w:t xml:space="preserve"> </w:t>
      </w:r>
      <w:r w:rsidR="00D03AEE" w:rsidRPr="00D03AEE">
        <w:rPr>
          <w:b/>
          <w:bCs/>
          <w:lang w:val="nl-NL"/>
        </w:rPr>
        <w:sym w:font="Wingdings" w:char="F0E0"/>
      </w:r>
      <w:r w:rsidR="00D03AEE">
        <w:rPr>
          <w:b/>
          <w:bCs/>
          <w:lang w:val="nl-NL"/>
        </w:rPr>
        <w:t xml:space="preserve"> </w:t>
      </w:r>
      <w:proofErr w:type="spellStart"/>
      <w:r w:rsidRPr="000A63D8">
        <w:rPr>
          <w:b/>
          <w:bCs/>
          <w:lang w:val="nl-NL"/>
        </w:rPr>
        <w:t>Pioneer</w:t>
      </w:r>
      <w:proofErr w:type="spellEnd"/>
      <w:r w:rsidRPr="000A63D8">
        <w:rPr>
          <w:b/>
          <w:bCs/>
          <w:lang w:val="nl-NL"/>
        </w:rPr>
        <w:t xml:space="preserve"> SPH-DA77DAB</w:t>
      </w:r>
      <w:r w:rsidR="00D03AEE">
        <w:rPr>
          <w:b/>
          <w:bCs/>
          <w:lang w:val="nl-NL"/>
        </w:rPr>
        <w:t xml:space="preserve"> </w:t>
      </w:r>
      <w:r w:rsidR="00D03AEE" w:rsidRPr="00D03AEE">
        <w:rPr>
          <w:b/>
          <w:bCs/>
          <w:lang w:val="nl-NL"/>
        </w:rPr>
        <w:sym w:font="Wingdings" w:char="F0E0"/>
      </w:r>
      <w:r w:rsidR="00D03AEE">
        <w:rPr>
          <w:b/>
          <w:bCs/>
          <w:lang w:val="nl-NL"/>
        </w:rPr>
        <w:t xml:space="preserve"> </w:t>
      </w:r>
      <w:r w:rsidRPr="000A63D8">
        <w:rPr>
          <w:b/>
          <w:bCs/>
          <w:lang w:val="nl-NL"/>
        </w:rPr>
        <w:t>Pas apps aan</w:t>
      </w:r>
    </w:p>
    <w:p w14:paraId="20ECEE05" w14:textId="558485E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lastRenderedPageBreak/>
        <w:t>Je kunt nu apps slepen.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Maak het scherm zoals jij prettig vindt.</w:t>
      </w:r>
    </w:p>
    <w:p w14:paraId="47846000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4.15 Mijn persoonlijke advies</w:t>
      </w:r>
    </w:p>
    <w:p w14:paraId="3C63CAE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Voor jouw gebruik (camperreizen door Europa) zou ik de eerste pagina zo indelen:</w:t>
      </w:r>
    </w:p>
    <w:p w14:paraId="5B6CA14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Symbol" w:hAnsi="Segoe UI Symbol" w:cs="Segoe UI Symbol"/>
          <w:lang w:val="nl-NL"/>
        </w:rPr>
        <w:t>🗺</w:t>
      </w:r>
      <w:r w:rsidRPr="000A63D8">
        <w:rPr>
          <w:lang w:val="nl-NL"/>
        </w:rPr>
        <w:t xml:space="preserve">️ Google </w:t>
      </w:r>
      <w:proofErr w:type="spellStart"/>
      <w:r w:rsidRPr="000A63D8">
        <w:rPr>
          <w:lang w:val="nl-NL"/>
        </w:rPr>
        <w:t>Maps</w:t>
      </w:r>
      <w:proofErr w:type="spellEnd"/>
    </w:p>
    <w:p w14:paraId="1D7C430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🎵</w:t>
      </w:r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Spotify</w:t>
      </w:r>
      <w:proofErr w:type="spellEnd"/>
    </w:p>
    <w:p w14:paraId="645E7BB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📞</w:t>
      </w:r>
      <w:r w:rsidRPr="000A63D8">
        <w:rPr>
          <w:lang w:val="nl-NL"/>
        </w:rPr>
        <w:t xml:space="preserve"> Telefoon</w:t>
      </w:r>
    </w:p>
    <w:p w14:paraId="48EDC78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💬</w:t>
      </w:r>
      <w:r w:rsidRPr="000A63D8">
        <w:rPr>
          <w:lang w:val="nl-NL"/>
        </w:rPr>
        <w:t xml:space="preserve"> Berichten</w:t>
      </w:r>
    </w:p>
    <w:p w14:paraId="0D66D70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Symbol" w:hAnsi="Segoe UI Symbol" w:cs="Segoe UI Symbol"/>
          <w:lang w:val="nl-NL"/>
        </w:rPr>
        <w:t>🏕</w:t>
      </w:r>
      <w:r w:rsidRPr="000A63D8">
        <w:rPr>
          <w:lang w:val="nl-NL"/>
        </w:rPr>
        <w:t>️ Campercontact</w:t>
      </w:r>
    </w:p>
    <w:p w14:paraId="7BE5A0C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🚐</w:t>
      </w:r>
      <w:r w:rsidRPr="000A63D8">
        <w:rPr>
          <w:lang w:val="nl-NL"/>
        </w:rPr>
        <w:t xml:space="preserve"> Park4Night</w:t>
      </w:r>
    </w:p>
    <w:p w14:paraId="671008B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📅</w:t>
      </w:r>
      <w:r w:rsidRPr="000A63D8">
        <w:rPr>
          <w:lang w:val="nl-NL"/>
        </w:rPr>
        <w:t xml:space="preserve"> Agenda</w:t>
      </w:r>
    </w:p>
    <w:p w14:paraId="606E9C9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Symbol" w:hAnsi="Segoe UI Symbol" w:cs="Segoe UI Symbol"/>
          <w:lang w:val="nl-NL"/>
        </w:rPr>
        <w:t>⚙</w:t>
      </w:r>
      <w:r w:rsidRPr="000A63D8">
        <w:rPr>
          <w:lang w:val="nl-NL"/>
        </w:rPr>
        <w:t>️ Instellingen</w:t>
      </w:r>
    </w:p>
    <w:p w14:paraId="2E87EAD7" w14:textId="6EDF78C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Waarom?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Omdat je deze tijdens een reis het vaakst gebruikt.</w:t>
      </w:r>
    </w:p>
    <w:p w14:paraId="20E28459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4.16 Wat gebeurt er als je uitstapt?</w:t>
      </w:r>
    </w:p>
    <w:p w14:paraId="0607919D" w14:textId="595E89FE" w:rsidR="000A63D8" w:rsidRPr="000A63D8" w:rsidRDefault="000A63D8" w:rsidP="00D03AEE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Zet je de camper uit?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 xml:space="preserve">Dan onthoudt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>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route;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muziek;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laatste app.</w:t>
      </w:r>
    </w:p>
    <w:p w14:paraId="6B69F6D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Wanneer je later weer instapt, kun je meestal verder waar je gebleven was.</w:t>
      </w:r>
    </w:p>
    <w:p w14:paraId="051D714E" w14:textId="77777777" w:rsidR="00D03AEE" w:rsidRDefault="00D03AEE" w:rsidP="00A248D5">
      <w:pPr>
        <w:spacing w:after="0"/>
        <w:rPr>
          <w:b/>
          <w:bCs/>
          <w:lang w:val="nl-NL"/>
        </w:rPr>
      </w:pPr>
    </w:p>
    <w:p w14:paraId="7406D563" w14:textId="395175B5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Praktijkoefening</w:t>
      </w:r>
    </w:p>
    <w:p w14:paraId="4535329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Neem 10 minuten de tijd en voer de volgende stappen uit:</w:t>
      </w:r>
    </w:p>
    <w:p w14:paraId="24E2E655" w14:textId="77777777" w:rsidR="000A63D8" w:rsidRPr="000A63D8" w:rsidRDefault="000A63D8" w:rsidP="00A248D5">
      <w:pPr>
        <w:numPr>
          <w:ilvl w:val="0"/>
          <w:numId w:val="28"/>
        </w:numPr>
        <w:spacing w:after="0"/>
        <w:rPr>
          <w:lang w:val="nl-NL"/>
        </w:rPr>
      </w:pPr>
      <w:r w:rsidRPr="000A63D8">
        <w:rPr>
          <w:lang w:val="nl-NL"/>
        </w:rPr>
        <w:t xml:space="preserve">Start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en wacht tot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verschijnt.</w:t>
      </w:r>
    </w:p>
    <w:p w14:paraId="2FAB210C" w14:textId="77777777" w:rsidR="000A63D8" w:rsidRPr="000A63D8" w:rsidRDefault="000A63D8" w:rsidP="00A248D5">
      <w:pPr>
        <w:numPr>
          <w:ilvl w:val="0"/>
          <w:numId w:val="28"/>
        </w:numPr>
        <w:spacing w:after="0"/>
        <w:rPr>
          <w:lang w:val="nl-NL"/>
        </w:rPr>
      </w:pPr>
      <w:r w:rsidRPr="000A63D8">
        <w:rPr>
          <w:lang w:val="nl-NL"/>
        </w:rPr>
        <w:t xml:space="preserve">Open 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>.</w:t>
      </w:r>
    </w:p>
    <w:p w14:paraId="531F9EDA" w14:textId="77777777" w:rsidR="000A63D8" w:rsidRPr="000A63D8" w:rsidRDefault="000A63D8" w:rsidP="00A248D5">
      <w:pPr>
        <w:numPr>
          <w:ilvl w:val="0"/>
          <w:numId w:val="28"/>
        </w:numPr>
        <w:spacing w:after="0"/>
        <w:rPr>
          <w:lang w:val="nl-NL"/>
        </w:rPr>
      </w:pPr>
      <w:r w:rsidRPr="000A63D8">
        <w:rPr>
          <w:lang w:val="nl-NL"/>
        </w:rPr>
        <w:t>Ga terug naar het beginscherm.</w:t>
      </w:r>
    </w:p>
    <w:p w14:paraId="7F1DF4B2" w14:textId="77777777" w:rsidR="000A63D8" w:rsidRPr="000A63D8" w:rsidRDefault="000A63D8" w:rsidP="00A248D5">
      <w:pPr>
        <w:numPr>
          <w:ilvl w:val="0"/>
          <w:numId w:val="28"/>
        </w:numPr>
        <w:spacing w:after="0"/>
        <w:rPr>
          <w:lang w:val="nl-NL"/>
        </w:rPr>
      </w:pPr>
      <w:r w:rsidRPr="000A63D8">
        <w:rPr>
          <w:lang w:val="nl-NL"/>
        </w:rPr>
        <w:t xml:space="preserve">Open </w:t>
      </w:r>
      <w:proofErr w:type="spellStart"/>
      <w:r w:rsidRPr="000A63D8">
        <w:rPr>
          <w:lang w:val="nl-NL"/>
        </w:rPr>
        <w:t>Spotify</w:t>
      </w:r>
      <w:proofErr w:type="spellEnd"/>
      <w:r w:rsidRPr="000A63D8">
        <w:rPr>
          <w:lang w:val="nl-NL"/>
        </w:rPr>
        <w:t xml:space="preserve"> (of Apple Music).</w:t>
      </w:r>
    </w:p>
    <w:p w14:paraId="3B415942" w14:textId="77777777" w:rsidR="000A63D8" w:rsidRPr="000A63D8" w:rsidRDefault="000A63D8" w:rsidP="00A248D5">
      <w:pPr>
        <w:numPr>
          <w:ilvl w:val="0"/>
          <w:numId w:val="28"/>
        </w:numPr>
        <w:spacing w:after="0"/>
        <w:rPr>
          <w:lang w:val="nl-NL"/>
        </w:rPr>
      </w:pPr>
      <w:r w:rsidRPr="000A63D8">
        <w:rPr>
          <w:lang w:val="nl-NL"/>
        </w:rPr>
        <w:t>Ga terug naar het beginscherm.</w:t>
      </w:r>
    </w:p>
    <w:p w14:paraId="550A17E9" w14:textId="77777777" w:rsidR="000A63D8" w:rsidRPr="000A63D8" w:rsidRDefault="000A63D8" w:rsidP="00A248D5">
      <w:pPr>
        <w:numPr>
          <w:ilvl w:val="0"/>
          <w:numId w:val="28"/>
        </w:numPr>
        <w:spacing w:after="0"/>
        <w:rPr>
          <w:lang w:val="nl-NL"/>
        </w:rPr>
      </w:pPr>
      <w:r w:rsidRPr="000A63D8">
        <w:rPr>
          <w:lang w:val="nl-NL"/>
        </w:rPr>
        <w:t>Zoek het Dashboard en bekijk welke informatie erop staat.</w:t>
      </w:r>
    </w:p>
    <w:p w14:paraId="7F4424CD" w14:textId="77777777" w:rsidR="000A63D8" w:rsidRPr="000A63D8" w:rsidRDefault="000A63D8" w:rsidP="00A248D5">
      <w:pPr>
        <w:numPr>
          <w:ilvl w:val="0"/>
          <w:numId w:val="28"/>
        </w:numPr>
        <w:spacing w:after="0"/>
        <w:rPr>
          <w:lang w:val="nl-NL"/>
        </w:rPr>
      </w:pPr>
      <w:r w:rsidRPr="000A63D8">
        <w:rPr>
          <w:lang w:val="nl-NL"/>
        </w:rPr>
        <w:t>Wissel een paar keer tussen Kaarten en Muziek.</w:t>
      </w:r>
    </w:p>
    <w:p w14:paraId="7444C089" w14:textId="77777777" w:rsidR="000A63D8" w:rsidRPr="000A63D8" w:rsidRDefault="000A63D8" w:rsidP="00A248D5">
      <w:pPr>
        <w:numPr>
          <w:ilvl w:val="0"/>
          <w:numId w:val="28"/>
        </w:numPr>
        <w:spacing w:after="0"/>
        <w:rPr>
          <w:lang w:val="nl-NL"/>
        </w:rPr>
      </w:pPr>
      <w:r w:rsidRPr="000A63D8">
        <w:rPr>
          <w:lang w:val="nl-NL"/>
        </w:rPr>
        <w:t>Oefen met de Home-knop totdat je hem automatisch gebruikt.</w:t>
      </w:r>
    </w:p>
    <w:p w14:paraId="0C9B2F8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Het doel is dat je niet meer hoeft na te denken over de bediening.</w:t>
      </w:r>
    </w:p>
    <w:p w14:paraId="5825333E" w14:textId="77777777" w:rsidR="00D03AEE" w:rsidRDefault="00D03AEE">
      <w:pPr>
        <w:rPr>
          <w:b/>
          <w:bCs/>
          <w:lang w:val="nl-NL"/>
        </w:rPr>
      </w:pPr>
      <w:r>
        <w:rPr>
          <w:b/>
          <w:bCs/>
          <w:lang w:val="nl-NL"/>
        </w:rPr>
        <w:br w:type="page"/>
      </w:r>
    </w:p>
    <w:p w14:paraId="268B4542" w14:textId="0053B4C4" w:rsidR="000A63D8" w:rsidRPr="000A63D8" w:rsidRDefault="000A63D8" w:rsidP="00D03AEE">
      <w:pPr>
        <w:pStyle w:val="Titel"/>
      </w:pPr>
      <w:r w:rsidRPr="000A63D8">
        <w:lastRenderedPageBreak/>
        <w:t>5</w:t>
      </w:r>
      <w:r w:rsidR="00D03AEE">
        <w:t>.</w:t>
      </w:r>
      <w:r w:rsidRPr="000A63D8">
        <w:t xml:space="preserve"> Navigeren als een professional</w:t>
      </w:r>
    </w:p>
    <w:p w14:paraId="0C22BA3F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5.1 Welke navigatie-app moet ik gebruiken?</w:t>
      </w:r>
    </w:p>
    <w:p w14:paraId="2B4FB5D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hebt eigenlijk drie uitstekende keuzes.</w:t>
      </w:r>
    </w:p>
    <w:p w14:paraId="2BFFC05D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 xml:space="preserve">1. Apple Kaarten </w:t>
      </w:r>
      <w:r w:rsidRPr="000A63D8">
        <w:rPr>
          <w:rFonts w:ascii="Segoe UI Emoji" w:hAnsi="Segoe UI Emoji" w:cs="Segoe UI Emoji"/>
          <w:b/>
          <w:bCs/>
          <w:lang w:val="nl-NL"/>
        </w:rPr>
        <w:t>🍏</w:t>
      </w:r>
    </w:p>
    <w:p w14:paraId="27872640" w14:textId="5DF5275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Voordelen</w:t>
      </w:r>
      <w:r w:rsidR="00D03AEE">
        <w:rPr>
          <w:b/>
          <w:bCs/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Heel eenvoudig.</w:t>
      </w:r>
      <w:r w:rsidR="00D03AEE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Mooi scherm.</w:t>
      </w:r>
      <w:r w:rsidR="00D03AEE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Werkt perfect met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.</w:t>
      </w:r>
      <w:r w:rsidR="00D03AEE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Rustige aanwijzingen.</w:t>
      </w:r>
    </w:p>
    <w:p w14:paraId="7E0E00C1" w14:textId="0DC7584F" w:rsidR="000A63D8" w:rsidRPr="000A63D8" w:rsidRDefault="000A63D8" w:rsidP="00D03AEE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Nadelen</w:t>
      </w:r>
      <w:r w:rsidR="00D03AEE">
        <w:rPr>
          <w:b/>
          <w:bCs/>
          <w:lang w:val="nl-NL"/>
        </w:rPr>
        <w:t xml:space="preserve"> </w:t>
      </w:r>
      <w:r w:rsidRPr="000A63D8">
        <w:rPr>
          <w:lang w:val="nl-NL"/>
        </w:rPr>
        <w:t>Minder informatie over campings.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 xml:space="preserve">Minder mogelijkheden dan 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>.</w:t>
      </w:r>
    </w:p>
    <w:p w14:paraId="01C12C85" w14:textId="49BD107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Mijn advies</w:t>
      </w:r>
      <w:r w:rsidR="00D03AEE">
        <w:rPr>
          <w:b/>
          <w:bCs/>
          <w:lang w:val="nl-NL"/>
        </w:rPr>
        <w:t xml:space="preserve"> </w:t>
      </w:r>
      <w:r w:rsidR="00D03AEE" w:rsidRPr="00D03AEE">
        <w:rPr>
          <w:b/>
          <w:bCs/>
          <w:lang w:val="nl-NL"/>
        </w:rPr>
        <w:sym w:font="Wingdings" w:char="F0E0"/>
      </w:r>
      <w:r w:rsidR="00D03AEE">
        <w:rPr>
          <w:b/>
          <w:bCs/>
          <w:lang w:val="nl-NL"/>
        </w:rPr>
        <w:t xml:space="preserve"> </w:t>
      </w:r>
      <w:r w:rsidRPr="000A63D8">
        <w:rPr>
          <w:lang w:val="nl-NL"/>
        </w:rPr>
        <w:t>Ideaal voor dagelijks gebruik.</w:t>
      </w:r>
    </w:p>
    <w:p w14:paraId="67F576F0" w14:textId="77777777" w:rsidR="00D03AEE" w:rsidRDefault="00D03AEE" w:rsidP="00A248D5">
      <w:pPr>
        <w:spacing w:after="0"/>
        <w:rPr>
          <w:b/>
          <w:bCs/>
          <w:lang w:val="nl-NL"/>
        </w:rPr>
      </w:pPr>
    </w:p>
    <w:p w14:paraId="21D3B23F" w14:textId="06D9AE04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 xml:space="preserve">2. Google </w:t>
      </w:r>
      <w:proofErr w:type="spellStart"/>
      <w:r w:rsidRPr="000A63D8">
        <w:rPr>
          <w:b/>
          <w:bCs/>
          <w:lang w:val="nl-NL"/>
        </w:rPr>
        <w:t>Maps</w:t>
      </w:r>
      <w:proofErr w:type="spellEnd"/>
      <w:r w:rsidRPr="000A63D8">
        <w:rPr>
          <w:b/>
          <w:bCs/>
          <w:lang w:val="nl-NL"/>
        </w:rPr>
        <w:t xml:space="preserve"> </w:t>
      </w:r>
      <w:r w:rsidRPr="000A63D8">
        <w:rPr>
          <w:rFonts w:ascii="Segoe UI Emoji" w:hAnsi="Segoe UI Emoji" w:cs="Segoe UI Emoji"/>
          <w:b/>
          <w:bCs/>
          <w:lang w:val="nl-NL"/>
        </w:rPr>
        <w:t>⭐⭐⭐⭐⭐</w:t>
      </w:r>
    </w:p>
    <w:p w14:paraId="5169EE4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is mijn favoriet voor camperreizen.</w:t>
      </w:r>
    </w:p>
    <w:p w14:paraId="39AC8121" w14:textId="78DFF81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Voordelen</w:t>
      </w:r>
      <w:r w:rsidR="00D03AEE">
        <w:rPr>
          <w:b/>
          <w:bCs/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Heel veel campings.</w:t>
      </w:r>
      <w:r w:rsidR="00D03AEE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Restaurants.</w:t>
      </w:r>
      <w:r w:rsidR="00D03AEE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Supermarkten.</w:t>
      </w:r>
      <w:r w:rsidR="00D03AEE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</w:t>
      </w:r>
      <w:proofErr w:type="gramStart"/>
      <w:r w:rsidRPr="000A63D8">
        <w:rPr>
          <w:lang w:val="nl-NL"/>
        </w:rPr>
        <w:t xml:space="preserve">Actuele </w:t>
      </w:r>
      <w:r w:rsidR="00D03AEE">
        <w:rPr>
          <w:lang w:val="nl-NL"/>
        </w:rPr>
        <w:t xml:space="preserve"> v</w:t>
      </w:r>
      <w:r w:rsidRPr="000A63D8">
        <w:rPr>
          <w:lang w:val="nl-NL"/>
        </w:rPr>
        <w:t>erkeersinformatie</w:t>
      </w:r>
      <w:proofErr w:type="gramEnd"/>
      <w:r w:rsidRPr="000A63D8">
        <w:rPr>
          <w:lang w:val="nl-NL"/>
        </w:rPr>
        <w:t>.</w:t>
      </w:r>
      <w:r w:rsidR="00D03AEE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Veel foto's en beoordelingen.</w:t>
      </w:r>
    </w:p>
    <w:p w14:paraId="45D0929C" w14:textId="3F143B7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Nadelen</w:t>
      </w:r>
      <w:r w:rsidR="00D03AEE">
        <w:rPr>
          <w:b/>
          <w:bCs/>
          <w:lang w:val="nl-NL"/>
        </w:rPr>
        <w:t xml:space="preserve"> </w:t>
      </w:r>
      <w:r w:rsidRPr="000A63D8">
        <w:rPr>
          <w:lang w:val="nl-NL"/>
        </w:rPr>
        <w:t>Vrijwel geen.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Voor de meeste mensen is dit de beste keuze.</w:t>
      </w:r>
    </w:p>
    <w:p w14:paraId="6D955298" w14:textId="063A3992" w:rsidR="000A63D8" w:rsidRPr="000A63D8" w:rsidRDefault="000A63D8" w:rsidP="00A248D5">
      <w:pPr>
        <w:spacing w:after="0"/>
        <w:rPr>
          <w:lang w:val="nl-NL"/>
        </w:rPr>
      </w:pPr>
    </w:p>
    <w:p w14:paraId="148E8EF4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 xml:space="preserve">3. </w:t>
      </w:r>
      <w:proofErr w:type="spellStart"/>
      <w:r w:rsidRPr="000A63D8">
        <w:rPr>
          <w:b/>
          <w:bCs/>
          <w:lang w:val="nl-NL"/>
        </w:rPr>
        <w:t>Waze</w:t>
      </w:r>
      <w:proofErr w:type="spellEnd"/>
      <w:r w:rsidRPr="000A63D8">
        <w:rPr>
          <w:b/>
          <w:bCs/>
          <w:lang w:val="nl-NL"/>
        </w:rPr>
        <w:t xml:space="preserve"> </w:t>
      </w:r>
      <w:r w:rsidRPr="000A63D8">
        <w:rPr>
          <w:rFonts w:ascii="Segoe UI Emoji" w:hAnsi="Segoe UI Emoji" w:cs="Segoe UI Emoji"/>
          <w:b/>
          <w:bCs/>
          <w:lang w:val="nl-NL"/>
        </w:rPr>
        <w:t>🚗</w:t>
      </w:r>
    </w:p>
    <w:p w14:paraId="3C0ED253" w14:textId="77777777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Waze</w:t>
      </w:r>
      <w:proofErr w:type="spellEnd"/>
      <w:r w:rsidRPr="000A63D8">
        <w:rPr>
          <w:lang w:val="nl-NL"/>
        </w:rPr>
        <w:t xml:space="preserve"> is gemaakt voor automobilisten.</w:t>
      </w:r>
    </w:p>
    <w:p w14:paraId="53A984FB" w14:textId="74EF467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Voordelen: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files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ongelukken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flitsers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politiecontroles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wegwerkzaamheden</w:t>
      </w:r>
    </w:p>
    <w:p w14:paraId="295F7DC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Tijdens lange snelwegritten is </w:t>
      </w:r>
      <w:proofErr w:type="spellStart"/>
      <w:r w:rsidRPr="000A63D8">
        <w:rPr>
          <w:lang w:val="nl-NL"/>
        </w:rPr>
        <w:t>Waze</w:t>
      </w:r>
      <w:proofErr w:type="spellEnd"/>
      <w:r w:rsidRPr="000A63D8">
        <w:rPr>
          <w:lang w:val="nl-NL"/>
        </w:rPr>
        <w:t xml:space="preserve"> uitstekend.</w:t>
      </w:r>
    </w:p>
    <w:p w14:paraId="4F683685" w14:textId="1A6FF5B1" w:rsidR="000A63D8" w:rsidRPr="000A63D8" w:rsidRDefault="000A63D8" w:rsidP="00A248D5">
      <w:pPr>
        <w:spacing w:after="0"/>
        <w:rPr>
          <w:lang w:val="nl-NL"/>
        </w:rPr>
      </w:pPr>
    </w:p>
    <w:p w14:paraId="6C006B40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Mijn advies voor jouw camper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4"/>
        <w:gridCol w:w="1344"/>
      </w:tblGrid>
      <w:tr w:rsidR="000A63D8" w:rsidRPr="000A63D8" w14:paraId="354187E9" w14:textId="77777777" w:rsidTr="000A63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1F5568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Situatie</w:t>
            </w:r>
          </w:p>
        </w:tc>
        <w:tc>
          <w:tcPr>
            <w:tcW w:w="0" w:type="auto"/>
            <w:vAlign w:val="center"/>
            <w:hideMark/>
          </w:tcPr>
          <w:p w14:paraId="381C6AFF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Beste app</w:t>
            </w:r>
          </w:p>
        </w:tc>
      </w:tr>
      <w:tr w:rsidR="000A63D8" w:rsidRPr="000A63D8" w14:paraId="3C6A3B65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07D63B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Dagelijkse rit</w:t>
            </w:r>
          </w:p>
        </w:tc>
        <w:tc>
          <w:tcPr>
            <w:tcW w:w="0" w:type="auto"/>
            <w:vAlign w:val="center"/>
            <w:hideMark/>
          </w:tcPr>
          <w:p w14:paraId="7DB24E13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Apple Kaarten</w:t>
            </w:r>
          </w:p>
        </w:tc>
      </w:tr>
      <w:tr w:rsidR="000A63D8" w:rsidRPr="000A63D8" w14:paraId="1B780A46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55B58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Vakantie</w:t>
            </w:r>
          </w:p>
        </w:tc>
        <w:tc>
          <w:tcPr>
            <w:tcW w:w="0" w:type="auto"/>
            <w:vAlign w:val="center"/>
            <w:hideMark/>
          </w:tcPr>
          <w:p w14:paraId="7B3E2E02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 xml:space="preserve">Google </w:t>
            </w:r>
            <w:proofErr w:type="spellStart"/>
            <w:r w:rsidRPr="000A63D8">
              <w:rPr>
                <w:lang w:val="nl-NL"/>
              </w:rPr>
              <w:t>Maps</w:t>
            </w:r>
            <w:proofErr w:type="spellEnd"/>
          </w:p>
        </w:tc>
      </w:tr>
      <w:tr w:rsidR="000A63D8" w:rsidRPr="000A63D8" w14:paraId="65765802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EE988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Lange snelweg</w:t>
            </w:r>
          </w:p>
        </w:tc>
        <w:tc>
          <w:tcPr>
            <w:tcW w:w="0" w:type="auto"/>
            <w:vAlign w:val="center"/>
            <w:hideMark/>
          </w:tcPr>
          <w:p w14:paraId="0DC1F8E6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proofErr w:type="spellStart"/>
            <w:r w:rsidRPr="000A63D8">
              <w:rPr>
                <w:lang w:val="nl-NL"/>
              </w:rPr>
              <w:t>Waze</w:t>
            </w:r>
            <w:proofErr w:type="spellEnd"/>
          </w:p>
        </w:tc>
      </w:tr>
    </w:tbl>
    <w:p w14:paraId="1727E78B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5.2 Een bestemming invoeren</w:t>
      </w:r>
    </w:p>
    <w:p w14:paraId="614B6F13" w14:textId="6724638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meeste beginners doen dit: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Open Kaarten.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Tik op Zoeken.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Typ: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 xml:space="preserve">Camping </w:t>
      </w:r>
      <w:proofErr w:type="spellStart"/>
      <w:r w:rsidRPr="000A63D8">
        <w:rPr>
          <w:lang w:val="nl-NL"/>
        </w:rPr>
        <w:t>Navarre</w:t>
      </w:r>
      <w:proofErr w:type="spellEnd"/>
      <w:r w:rsidRPr="000A63D8">
        <w:rPr>
          <w:lang w:val="nl-NL"/>
        </w:rPr>
        <w:t>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Dat werkt prima.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Maar...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Er is een veel eenvoudigere manier.</w:t>
      </w:r>
    </w:p>
    <w:p w14:paraId="2E86ACE1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lastRenderedPageBreak/>
        <w:t xml:space="preserve">5.3 Gebruik </w:t>
      </w:r>
      <w:proofErr w:type="spellStart"/>
      <w:r w:rsidRPr="000A63D8">
        <w:rPr>
          <w:lang w:val="nl-NL"/>
        </w:rPr>
        <w:t>Siri</w:t>
      </w:r>
      <w:proofErr w:type="spellEnd"/>
    </w:p>
    <w:p w14:paraId="717CA7D2" w14:textId="77C9FCB4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Zeg gewoon: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 xml:space="preserve">"Navigeer naar Camping </w:t>
      </w:r>
      <w:proofErr w:type="spellStart"/>
      <w:r w:rsidRPr="000A63D8">
        <w:rPr>
          <w:lang w:val="nl-NL"/>
        </w:rPr>
        <w:t>Navarre</w:t>
      </w:r>
      <w:proofErr w:type="spellEnd"/>
      <w:r w:rsidRPr="000A63D8">
        <w:rPr>
          <w:lang w:val="nl-NL"/>
        </w:rPr>
        <w:t>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Klaar.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"Breng me naar huis."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"Navigeer naar Leiden."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Dat is sneller én veiliger.</w:t>
      </w:r>
    </w:p>
    <w:p w14:paraId="500201EE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5.4 Een camping zoeken</w:t>
      </w:r>
    </w:p>
    <w:p w14:paraId="569BCB5E" w14:textId="30000B8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Tijdens jouw campervakanties zul je dit vaak doen.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zegt: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"Zoek een camping."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Binnen enkele seconden zie je tientallen campings.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Nog beter: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"Zoek een camping in de buurt."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Nog specifieker: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"Zoek een camping met zwembad."</w:t>
      </w:r>
    </w:p>
    <w:p w14:paraId="71F3E00C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5.5 Een supermarkt zoeken</w:t>
      </w:r>
    </w:p>
    <w:p w14:paraId="7D04161A" w14:textId="357500E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Onderweg: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"Zoek een Lidl."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"Zoek een Carrefour."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"Zoek een Aldi."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hoeft de plaatsnaam niet eens te weten.</w:t>
      </w:r>
    </w:p>
    <w:p w14:paraId="096C6109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5.6 Een tankstation zoeken</w:t>
      </w:r>
    </w:p>
    <w:p w14:paraId="00CEC836" w14:textId="42D6CB1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Onderweg kun je </w:t>
      </w:r>
      <w:proofErr w:type="gramStart"/>
      <w:r w:rsidRPr="000A63D8">
        <w:rPr>
          <w:lang w:val="nl-NL"/>
        </w:rPr>
        <w:t>zeggen:</w:t>
      </w:r>
      <w:r w:rsidR="00D03AEE">
        <w:rPr>
          <w:lang w:val="nl-NL"/>
        </w:rPr>
        <w:t xml:space="preserve">  </w:t>
      </w:r>
      <w:r w:rsidRPr="000A63D8">
        <w:rPr>
          <w:lang w:val="nl-NL"/>
        </w:rPr>
        <w:t>"</w:t>
      </w:r>
      <w:proofErr w:type="gramEnd"/>
      <w:r w:rsidRPr="000A63D8">
        <w:rPr>
          <w:lang w:val="nl-NL"/>
        </w:rPr>
        <w:t>Zoek een tankstation."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"Zoek een Total."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"Zoek een Shell."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De navigatie past de route direct aan.</w:t>
      </w:r>
    </w:p>
    <w:p w14:paraId="17E36E27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5.7 Een tussenstop toevoegen</w:t>
      </w:r>
    </w:p>
    <w:p w14:paraId="2F3F937C" w14:textId="475A21D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is ontzettend handig.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Stel: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rijdt naar Lyon.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Onderweg wil je lunchen.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Je zoekt: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Restaurant.</w:t>
      </w:r>
    </w:p>
    <w:p w14:paraId="69173851" w14:textId="0D8DCFF1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navigatie vraagt:</w:t>
      </w:r>
      <w:r w:rsidR="00D03AEE">
        <w:rPr>
          <w:lang w:val="nl-NL"/>
        </w:rPr>
        <w:t xml:space="preserve"> </w:t>
      </w:r>
      <w:r w:rsidRPr="000A63D8">
        <w:rPr>
          <w:b/>
          <w:bCs/>
          <w:lang w:val="nl-NL"/>
        </w:rPr>
        <w:t>Toevoegen aan route?</w:t>
      </w:r>
      <w:r w:rsidR="00D03AEE">
        <w:rPr>
          <w:b/>
          <w:bCs/>
          <w:lang w:val="nl-NL"/>
        </w:rPr>
        <w:t xml:space="preserve"> </w:t>
      </w:r>
      <w:r w:rsidRPr="000A63D8">
        <w:rPr>
          <w:lang w:val="nl-NL"/>
        </w:rPr>
        <w:t>Kies:</w:t>
      </w:r>
      <w:r w:rsidR="00D03AEE">
        <w:rPr>
          <w:lang w:val="nl-NL"/>
        </w:rPr>
        <w:t xml:space="preserve"> </w:t>
      </w:r>
      <w:r w:rsidRPr="000A63D8">
        <w:rPr>
          <w:b/>
          <w:bCs/>
          <w:lang w:val="nl-NL"/>
        </w:rPr>
        <w:t>Ja</w:t>
      </w:r>
      <w:r w:rsidR="00D03AEE">
        <w:rPr>
          <w:b/>
          <w:bCs/>
          <w:lang w:val="nl-NL"/>
        </w:rPr>
        <w:t xml:space="preserve"> </w:t>
      </w:r>
      <w:r w:rsidRPr="000A63D8">
        <w:rPr>
          <w:lang w:val="nl-NL"/>
        </w:rPr>
        <w:t>Je eindbestemming blijft gewoon staan.</w:t>
      </w:r>
    </w:p>
    <w:p w14:paraId="18D5DD2C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5.8 Tolwegen vermijden</w:t>
      </w:r>
    </w:p>
    <w:p w14:paraId="08EF944C" w14:textId="7B120991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In Frankrijk kan tol flink oplopen.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In de navigatie kun je meestal kiezen voor: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Tolwegen vermijden.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D03AEE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Snelwegen vermijden.</w:t>
      </w:r>
      <w:r w:rsidR="00D03AEE">
        <w:rPr>
          <w:lang w:val="nl-NL"/>
        </w:rPr>
        <w:t xml:space="preserve"> </w:t>
      </w:r>
      <w:r w:rsidRPr="000A63D8">
        <w:rPr>
          <w:lang w:val="nl-NL"/>
        </w:rPr>
        <w:t>Houd er wel rekening mee dat de route dan vaak langer duurt.</w:t>
      </w:r>
    </w:p>
    <w:p w14:paraId="583A79E9" w14:textId="77777777" w:rsidR="000A63D8" w:rsidRPr="000A63D8" w:rsidRDefault="000A63D8" w:rsidP="00D03AEE">
      <w:pPr>
        <w:pStyle w:val="Kop1"/>
        <w:rPr>
          <w:lang w:val="nl-NL"/>
        </w:rPr>
      </w:pPr>
      <w:r w:rsidRPr="000A63D8">
        <w:rPr>
          <w:lang w:val="nl-NL"/>
        </w:rPr>
        <w:t>5.9 Files vermijden</w:t>
      </w:r>
    </w:p>
    <w:p w14:paraId="7D9F0229" w14:textId="44B1C03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 xml:space="preserve"> en </w:t>
      </w:r>
      <w:proofErr w:type="spellStart"/>
      <w:r w:rsidRPr="000A63D8">
        <w:rPr>
          <w:lang w:val="nl-NL"/>
        </w:rPr>
        <w:t>Waze</w:t>
      </w:r>
      <w:proofErr w:type="spellEnd"/>
      <w:r w:rsidRPr="000A63D8">
        <w:rPr>
          <w:lang w:val="nl-NL"/>
        </w:rPr>
        <w:t xml:space="preserve"> doen dit automatisch.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Zie je een rode lijn op de kaart?</w:t>
      </w:r>
      <w:r w:rsidR="00030B1A">
        <w:rPr>
          <w:lang w:val="nl-NL"/>
        </w:rPr>
        <w:t xml:space="preserve"> </w:t>
      </w:r>
      <w:proofErr w:type="gramStart"/>
      <w:r w:rsidRPr="000A63D8">
        <w:rPr>
          <w:lang w:val="nl-NL"/>
        </w:rPr>
        <w:t>Dan</w:t>
      </w:r>
      <w:proofErr w:type="gramEnd"/>
      <w:r w:rsidRPr="000A63D8">
        <w:rPr>
          <w:lang w:val="nl-NL"/>
        </w:rPr>
        <w:t xml:space="preserve"> staat daar file.</w:t>
      </w:r>
    </w:p>
    <w:p w14:paraId="5822D5C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Vaak stelt de app een snellere route voor.</w:t>
      </w:r>
    </w:p>
    <w:p w14:paraId="4E79C1EE" w14:textId="77777777" w:rsidR="000A63D8" w:rsidRPr="000A63D8" w:rsidRDefault="000A63D8" w:rsidP="00030B1A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5.10 Wat betekenen de kleuren?</w:t>
      </w:r>
    </w:p>
    <w:p w14:paraId="283E39E4" w14:textId="4590B704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🟢</w:t>
      </w:r>
      <w:r w:rsidR="00030B1A">
        <w:rPr>
          <w:rFonts w:ascii="Segoe UI Emoji" w:hAnsi="Segoe UI Emoji" w:cs="Segoe UI Emoji"/>
          <w:lang w:val="nl-NL"/>
        </w:rPr>
        <w:t xml:space="preserve"> </w:t>
      </w:r>
      <w:r w:rsidRPr="000A63D8">
        <w:rPr>
          <w:lang w:val="nl-NL"/>
        </w:rPr>
        <w:t>Doorrijden.</w:t>
      </w:r>
      <w:r w:rsidR="00030B1A">
        <w:rPr>
          <w:lang w:val="nl-NL"/>
        </w:rPr>
        <w:t xml:space="preserve"> | </w:t>
      </w:r>
      <w:r w:rsidRPr="000A63D8">
        <w:rPr>
          <w:rFonts w:ascii="Segoe UI Emoji" w:hAnsi="Segoe UI Emoji" w:cs="Segoe UI Emoji"/>
          <w:lang w:val="nl-NL"/>
        </w:rPr>
        <w:t>🟠</w:t>
      </w:r>
      <w:r w:rsidR="00030B1A">
        <w:rPr>
          <w:rFonts w:ascii="Segoe UI Emoji" w:hAnsi="Segoe UI Emoji" w:cs="Segoe UI Emoji"/>
          <w:lang w:val="nl-NL"/>
        </w:rPr>
        <w:t xml:space="preserve"> </w:t>
      </w:r>
      <w:r w:rsidRPr="000A63D8">
        <w:rPr>
          <w:lang w:val="nl-NL"/>
        </w:rPr>
        <w:t>Druk verkeer.</w:t>
      </w:r>
      <w:r w:rsidR="00030B1A">
        <w:rPr>
          <w:lang w:val="nl-NL"/>
        </w:rPr>
        <w:t xml:space="preserve"> | </w:t>
      </w:r>
      <w:r w:rsidRPr="000A63D8">
        <w:rPr>
          <w:rFonts w:ascii="Segoe UI Emoji" w:hAnsi="Segoe UI Emoji" w:cs="Segoe UI Emoji"/>
          <w:lang w:val="nl-NL"/>
        </w:rPr>
        <w:t>🔴</w:t>
      </w:r>
      <w:r w:rsidR="00030B1A">
        <w:rPr>
          <w:rFonts w:ascii="Segoe UI Emoji" w:hAnsi="Segoe UI Emoji" w:cs="Segoe UI Emoji"/>
          <w:lang w:val="nl-NL"/>
        </w:rPr>
        <w:t xml:space="preserve"> </w:t>
      </w:r>
      <w:r w:rsidRPr="000A63D8">
        <w:rPr>
          <w:lang w:val="nl-NL"/>
        </w:rPr>
        <w:t>File.</w:t>
      </w:r>
      <w:r w:rsidR="00030B1A">
        <w:rPr>
          <w:lang w:val="nl-NL"/>
        </w:rPr>
        <w:t xml:space="preserve"> | </w:t>
      </w:r>
      <w:r w:rsidRPr="000A63D8">
        <w:rPr>
          <w:rFonts w:ascii="Segoe UI Emoji" w:hAnsi="Segoe UI Emoji" w:cs="Segoe UI Emoji"/>
          <w:lang w:val="nl-NL"/>
        </w:rPr>
        <w:t>⚫</w:t>
      </w:r>
      <w:r w:rsidR="00030B1A">
        <w:rPr>
          <w:rFonts w:ascii="Segoe UI Emoji" w:hAnsi="Segoe UI Emoji" w:cs="Segoe UI Emoji"/>
          <w:lang w:val="nl-NL"/>
        </w:rPr>
        <w:t xml:space="preserve"> </w:t>
      </w:r>
      <w:r w:rsidRPr="000A63D8">
        <w:rPr>
          <w:lang w:val="nl-NL"/>
        </w:rPr>
        <w:t>Afgesloten weg.</w:t>
      </w:r>
    </w:p>
    <w:p w14:paraId="00EE9E68" w14:textId="77777777" w:rsidR="000A63D8" w:rsidRPr="000A63D8" w:rsidRDefault="000A63D8" w:rsidP="00030B1A">
      <w:pPr>
        <w:pStyle w:val="Kop1"/>
        <w:rPr>
          <w:lang w:val="nl-NL"/>
        </w:rPr>
      </w:pPr>
      <w:r w:rsidRPr="000A63D8">
        <w:rPr>
          <w:lang w:val="nl-NL"/>
        </w:rPr>
        <w:t>5.11 De aankomsttijd</w:t>
      </w:r>
    </w:p>
    <w:p w14:paraId="30CA7B4E" w14:textId="076349A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Boven of onder in beeld zie je bijvoorbeeld: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14:37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Nog 2 uur 18 minuten</w:t>
      </w:r>
      <w:r w:rsidR="00030B1A">
        <w:rPr>
          <w:lang w:val="nl-NL"/>
        </w:rPr>
        <w:t xml:space="preserve"> | </w:t>
      </w:r>
      <w:r w:rsidRPr="000A63D8">
        <w:rPr>
          <w:lang w:val="nl-NL"/>
        </w:rPr>
        <w:t>148 km</w:t>
      </w:r>
    </w:p>
    <w:p w14:paraId="5F582769" w14:textId="1A436DC5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Dat betekent: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 xml:space="preserve">Je komt om </w:t>
      </w:r>
      <w:r w:rsidRPr="000A63D8">
        <w:rPr>
          <w:b/>
          <w:bCs/>
          <w:lang w:val="nl-NL"/>
        </w:rPr>
        <w:t>14.37 uur</w:t>
      </w:r>
      <w:r w:rsidRPr="000A63D8">
        <w:rPr>
          <w:lang w:val="nl-NL"/>
        </w:rPr>
        <w:t xml:space="preserve"> aan.</w:t>
      </w:r>
    </w:p>
    <w:p w14:paraId="53ECD1FE" w14:textId="76A6A8C7" w:rsidR="000A63D8" w:rsidRPr="000A63D8" w:rsidRDefault="000A63D8" w:rsidP="00030B1A">
      <w:pPr>
        <w:pStyle w:val="Kop1"/>
        <w:rPr>
          <w:lang w:val="nl-NL"/>
        </w:rPr>
      </w:pPr>
      <w:r w:rsidRPr="000A63D8">
        <w:rPr>
          <w:lang w:val="nl-NL"/>
        </w:rPr>
        <w:t>5.12 Een route stoppen</w:t>
      </w:r>
    </w:p>
    <w:p w14:paraId="47390210" w14:textId="4161ED0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bent aangekomen.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Tik op:</w:t>
      </w:r>
      <w:r w:rsidR="00030B1A">
        <w:rPr>
          <w:lang w:val="nl-NL"/>
        </w:rPr>
        <w:t xml:space="preserve"> </w:t>
      </w:r>
      <w:r w:rsidRPr="000A63D8">
        <w:rPr>
          <w:b/>
          <w:bCs/>
          <w:lang w:val="nl-NL"/>
        </w:rPr>
        <w:t>Stop</w:t>
      </w:r>
      <w:r w:rsidR="00030B1A">
        <w:rPr>
          <w:b/>
          <w:bCs/>
          <w:lang w:val="nl-NL"/>
        </w:rPr>
        <w:t xml:space="preserve"> </w:t>
      </w:r>
      <w:r w:rsidRPr="000A63D8">
        <w:rPr>
          <w:lang w:val="nl-NL"/>
        </w:rPr>
        <w:t>Of zeg: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"Stop de navigatie."</w:t>
      </w:r>
    </w:p>
    <w:p w14:paraId="63A8FE7A" w14:textId="77777777" w:rsidR="000A63D8" w:rsidRPr="000A63D8" w:rsidRDefault="000A63D8" w:rsidP="00030B1A">
      <w:pPr>
        <w:pStyle w:val="Kop1"/>
        <w:rPr>
          <w:lang w:val="nl-NL"/>
        </w:rPr>
      </w:pPr>
      <w:r w:rsidRPr="000A63D8">
        <w:rPr>
          <w:lang w:val="nl-NL"/>
        </w:rPr>
        <w:t>5.14 Onderweg iets zoeken zonder de route kwijt te raken</w:t>
      </w:r>
    </w:p>
    <w:p w14:paraId="653768E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Dit is een van de mooiste functies van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>.</w:t>
      </w:r>
    </w:p>
    <w:p w14:paraId="4B021C07" w14:textId="58525B3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Stel: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Je rijdt naar Dijon.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Onderweg wil je koffie.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Je zegt: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"Zoek een koffiebar."</w:t>
      </w:r>
    </w:p>
    <w:p w14:paraId="56E5082B" w14:textId="4F32426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kiest een café.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De navigatie voegt deze als tussenstop toe.</w:t>
      </w:r>
    </w:p>
    <w:p w14:paraId="2B77433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Na de koffie gaat de route automatisch verder.</w:t>
      </w:r>
    </w:p>
    <w:p w14:paraId="2036EF90" w14:textId="77777777" w:rsidR="000A63D8" w:rsidRPr="000A63D8" w:rsidRDefault="000A63D8" w:rsidP="00030B1A">
      <w:pPr>
        <w:pStyle w:val="Kop1"/>
        <w:rPr>
          <w:lang w:val="nl-NL"/>
        </w:rPr>
      </w:pPr>
      <w:r w:rsidRPr="000A63D8">
        <w:rPr>
          <w:lang w:val="nl-NL"/>
        </w:rPr>
        <w:t>5.15 Offline kaarten</w:t>
      </w:r>
    </w:p>
    <w:p w14:paraId="7691377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is een onderwerp waar veel mensen vragen over hebben.</w:t>
      </w:r>
    </w:p>
    <w:p w14:paraId="3C0A7786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Wanneer heb je offline kaarten nodig?</w:t>
      </w:r>
    </w:p>
    <w:p w14:paraId="789823AC" w14:textId="77777777" w:rsidR="000A63D8" w:rsidRPr="000A63D8" w:rsidRDefault="000A63D8" w:rsidP="00A248D5">
      <w:pPr>
        <w:numPr>
          <w:ilvl w:val="0"/>
          <w:numId w:val="3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In berggebieden.</w:t>
      </w:r>
    </w:p>
    <w:p w14:paraId="7F9D6F12" w14:textId="77777777" w:rsidR="000A63D8" w:rsidRPr="000A63D8" w:rsidRDefault="000A63D8" w:rsidP="00A248D5">
      <w:pPr>
        <w:numPr>
          <w:ilvl w:val="0"/>
          <w:numId w:val="3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Op afgelegen campings.</w:t>
      </w:r>
    </w:p>
    <w:p w14:paraId="55BB13D4" w14:textId="77777777" w:rsidR="000A63D8" w:rsidRPr="000A63D8" w:rsidRDefault="000A63D8" w:rsidP="00A248D5">
      <w:pPr>
        <w:numPr>
          <w:ilvl w:val="0"/>
          <w:numId w:val="3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In gebieden met slecht mobiel bereik.</w:t>
      </w:r>
    </w:p>
    <w:p w14:paraId="04F48376" w14:textId="77777777" w:rsidR="000A63D8" w:rsidRPr="000A63D8" w:rsidRDefault="000A63D8" w:rsidP="00A248D5">
      <w:pPr>
        <w:numPr>
          <w:ilvl w:val="0"/>
          <w:numId w:val="3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Als je mobiele data wilt besparen.</w:t>
      </w:r>
    </w:p>
    <w:p w14:paraId="1D3C1853" w14:textId="78100EF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Mijn advies</w:t>
      </w:r>
      <w:r w:rsidR="00030B1A">
        <w:rPr>
          <w:b/>
          <w:bCs/>
          <w:lang w:val="nl-NL"/>
        </w:rPr>
        <w:t xml:space="preserve">: </w:t>
      </w:r>
      <w:r w:rsidRPr="000A63D8">
        <w:rPr>
          <w:b/>
          <w:bCs/>
          <w:lang w:val="nl-NL"/>
        </w:rPr>
        <w:t>Download vóór vertrek de kaarten van de landen waar je naartoe gaat.</w:t>
      </w:r>
    </w:p>
    <w:p w14:paraId="257DEA6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Voor jouw reizen zou ik bijvoorbeeld downloaden:</w:t>
      </w:r>
    </w:p>
    <w:p w14:paraId="6A95C7AE" w14:textId="77777777" w:rsidR="000A63D8" w:rsidRPr="000A63D8" w:rsidRDefault="000A63D8" w:rsidP="00A248D5">
      <w:pPr>
        <w:numPr>
          <w:ilvl w:val="0"/>
          <w:numId w:val="33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🇳🇱</w:t>
      </w:r>
      <w:r w:rsidRPr="000A63D8">
        <w:rPr>
          <w:lang w:val="nl-NL"/>
        </w:rPr>
        <w:t xml:space="preserve"> Nederland</w:t>
      </w:r>
    </w:p>
    <w:p w14:paraId="0F1A57BF" w14:textId="77777777" w:rsidR="000A63D8" w:rsidRPr="000A63D8" w:rsidRDefault="000A63D8" w:rsidP="00A248D5">
      <w:pPr>
        <w:numPr>
          <w:ilvl w:val="0"/>
          <w:numId w:val="33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🇧🇪</w:t>
      </w:r>
      <w:r w:rsidRPr="000A63D8">
        <w:rPr>
          <w:lang w:val="nl-NL"/>
        </w:rPr>
        <w:t xml:space="preserve"> België</w:t>
      </w:r>
    </w:p>
    <w:p w14:paraId="00A505B2" w14:textId="77777777" w:rsidR="000A63D8" w:rsidRPr="000A63D8" w:rsidRDefault="000A63D8" w:rsidP="00A248D5">
      <w:pPr>
        <w:numPr>
          <w:ilvl w:val="0"/>
          <w:numId w:val="33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🇱🇺</w:t>
      </w:r>
      <w:r w:rsidRPr="000A63D8">
        <w:rPr>
          <w:lang w:val="nl-NL"/>
        </w:rPr>
        <w:t xml:space="preserve"> Luxemburg</w:t>
      </w:r>
    </w:p>
    <w:p w14:paraId="55D81FD5" w14:textId="77777777" w:rsidR="000A63D8" w:rsidRPr="000A63D8" w:rsidRDefault="000A63D8" w:rsidP="00A248D5">
      <w:pPr>
        <w:numPr>
          <w:ilvl w:val="0"/>
          <w:numId w:val="33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🇫🇷</w:t>
      </w:r>
      <w:r w:rsidRPr="000A63D8">
        <w:rPr>
          <w:lang w:val="nl-NL"/>
        </w:rPr>
        <w:t xml:space="preserve"> Frankrijk</w:t>
      </w:r>
    </w:p>
    <w:p w14:paraId="5F4A01A0" w14:textId="77777777" w:rsidR="000A63D8" w:rsidRPr="000A63D8" w:rsidRDefault="000A63D8" w:rsidP="00A248D5">
      <w:pPr>
        <w:numPr>
          <w:ilvl w:val="0"/>
          <w:numId w:val="33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🇩🇪</w:t>
      </w:r>
      <w:r w:rsidRPr="000A63D8">
        <w:rPr>
          <w:lang w:val="nl-NL"/>
        </w:rPr>
        <w:t xml:space="preserve"> Duitsland</w:t>
      </w:r>
    </w:p>
    <w:p w14:paraId="352D34D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Zo kun je ook zonder internet blijven navigeren.</w:t>
      </w:r>
    </w:p>
    <w:p w14:paraId="350CDC1F" w14:textId="77777777" w:rsidR="000A63D8" w:rsidRPr="000A63D8" w:rsidRDefault="000A63D8" w:rsidP="00030B1A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5.16 Mijn persoonlijke werkwijze tijdens camperreizen</w:t>
      </w:r>
    </w:p>
    <w:p w14:paraId="496572F8" w14:textId="4CDFFFF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Wanneer ik een camperreis zou maken, zou ik de n</w:t>
      </w:r>
      <w:r w:rsidR="00030B1A">
        <w:rPr>
          <w:lang w:val="nl-NL"/>
        </w:rPr>
        <w:t xml:space="preserve"> </w:t>
      </w:r>
      <w:r w:rsidR="00030B1A" w:rsidRPr="00030B1A">
        <w:rPr>
          <w:lang w:val="nl-NL"/>
        </w:rPr>
        <w:sym w:font="Wingdings" w:char="F0E0"/>
      </w:r>
      <w:r w:rsidR="00030B1A">
        <w:rPr>
          <w:lang w:val="nl-NL"/>
        </w:rPr>
        <w:t xml:space="preserve"> </w:t>
      </w:r>
      <w:proofErr w:type="spellStart"/>
      <w:r w:rsidRPr="000A63D8">
        <w:rPr>
          <w:lang w:val="nl-NL"/>
        </w:rPr>
        <w:t>vigatie</w:t>
      </w:r>
      <w:proofErr w:type="spellEnd"/>
      <w:r w:rsidRPr="000A63D8">
        <w:rPr>
          <w:lang w:val="nl-NL"/>
        </w:rPr>
        <w:t xml:space="preserve"> ongeveer zo gebruiken:</w:t>
      </w:r>
    </w:p>
    <w:p w14:paraId="72708ABE" w14:textId="1D535421" w:rsidR="000A63D8" w:rsidRPr="000A63D8" w:rsidRDefault="000A63D8" w:rsidP="00030B1A">
      <w:pPr>
        <w:tabs>
          <w:tab w:val="num" w:pos="720"/>
        </w:tabs>
        <w:spacing w:after="0"/>
        <w:rPr>
          <w:lang w:val="nl-NL"/>
        </w:rPr>
      </w:pPr>
      <w:r w:rsidRPr="000A63D8">
        <w:rPr>
          <w:b/>
          <w:bCs/>
          <w:lang w:val="nl-NL"/>
        </w:rPr>
        <w:t>Voor vertrek</w:t>
      </w:r>
      <w:r w:rsidR="00030B1A">
        <w:rPr>
          <w:b/>
          <w:bCs/>
          <w:lang w:val="nl-NL"/>
        </w:rPr>
        <w:t xml:space="preserve"> </w:t>
      </w:r>
      <w:r w:rsidR="00030B1A" w:rsidRPr="00030B1A">
        <w:rPr>
          <w:b/>
          <w:bCs/>
          <w:lang w:val="nl-NL"/>
        </w:rPr>
        <w:sym w:font="Wingdings" w:char="F0E0"/>
      </w:r>
      <w:r w:rsidR="00030B1A">
        <w:rPr>
          <w:b/>
          <w:bCs/>
          <w:lang w:val="nl-NL"/>
        </w:rPr>
        <w:t xml:space="preserve"> </w:t>
      </w:r>
      <w:r w:rsidRPr="000A63D8">
        <w:rPr>
          <w:lang w:val="nl-NL"/>
        </w:rPr>
        <w:t>Bestemming invoeren.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Verkeerssituatie bekijken.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Muziek starten.</w:t>
      </w:r>
    </w:p>
    <w:p w14:paraId="0FF627EC" w14:textId="75FD2025" w:rsidR="000A63D8" w:rsidRPr="000A63D8" w:rsidRDefault="000A63D8" w:rsidP="00030B1A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Onderweg</w:t>
      </w:r>
      <w:r w:rsidR="00030B1A">
        <w:rPr>
          <w:b/>
          <w:bCs/>
          <w:lang w:val="nl-NL"/>
        </w:rPr>
        <w:t xml:space="preserve"> </w:t>
      </w:r>
      <w:r w:rsidR="00030B1A" w:rsidRPr="00030B1A">
        <w:rPr>
          <w:b/>
          <w:bCs/>
          <w:lang w:val="nl-NL"/>
        </w:rPr>
        <w:sym w:font="Wingdings" w:char="F0E0"/>
      </w:r>
      <w:r w:rsidR="00030B1A">
        <w:rPr>
          <w:b/>
          <w:bCs/>
          <w:lang w:val="nl-NL"/>
        </w:rPr>
        <w:t xml:space="preserve"> </w:t>
      </w:r>
      <w:r w:rsidRPr="000A63D8">
        <w:rPr>
          <w:lang w:val="nl-NL"/>
        </w:rPr>
        <w:t>Dashboard gebruiken.</w:t>
      </w:r>
      <w:r w:rsidR="00030B1A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gebruiken voor alle zoekopdrachten.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Tussenstops toevoegen als dat nodig is.</w:t>
      </w:r>
    </w:p>
    <w:p w14:paraId="0168E36D" w14:textId="732864F9" w:rsidR="000A63D8" w:rsidRPr="000A63D8" w:rsidRDefault="000A63D8" w:rsidP="00030B1A">
      <w:pPr>
        <w:tabs>
          <w:tab w:val="num" w:pos="720"/>
        </w:tabs>
        <w:spacing w:after="0"/>
        <w:rPr>
          <w:lang w:val="nl-NL"/>
        </w:rPr>
      </w:pPr>
      <w:r w:rsidRPr="000A63D8">
        <w:rPr>
          <w:b/>
          <w:bCs/>
          <w:lang w:val="nl-NL"/>
        </w:rPr>
        <w:t>Bij aankomst</w:t>
      </w:r>
      <w:r w:rsidR="00030B1A">
        <w:rPr>
          <w:b/>
          <w:bCs/>
          <w:lang w:val="nl-NL"/>
        </w:rPr>
        <w:t xml:space="preserve"> </w:t>
      </w:r>
      <w:r w:rsidR="00030B1A" w:rsidRPr="00030B1A">
        <w:rPr>
          <w:b/>
          <w:bCs/>
          <w:lang w:val="nl-NL"/>
        </w:rPr>
        <w:sym w:font="Wingdings" w:char="F0E0"/>
      </w:r>
      <w:r w:rsidR="00030B1A">
        <w:rPr>
          <w:b/>
          <w:bCs/>
          <w:lang w:val="nl-NL"/>
        </w:rPr>
        <w:t xml:space="preserve"> </w:t>
      </w:r>
      <w:r w:rsidRPr="000A63D8">
        <w:rPr>
          <w:lang w:val="nl-NL"/>
        </w:rPr>
        <w:t>Route stoppen.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 xml:space="preserve">Nieuwe camping of volgende </w:t>
      </w:r>
      <w:proofErr w:type="gramStart"/>
      <w:r w:rsidRPr="000A63D8">
        <w:rPr>
          <w:lang w:val="nl-NL"/>
        </w:rPr>
        <w:t>bestemming plannen</w:t>
      </w:r>
      <w:proofErr w:type="gramEnd"/>
      <w:r w:rsidRPr="000A63D8">
        <w:rPr>
          <w:lang w:val="nl-NL"/>
        </w:rPr>
        <w:t>.</w:t>
      </w:r>
    </w:p>
    <w:p w14:paraId="2FE96AC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Dat voorkomt onrust en afleiding tijdens het rijden.</w:t>
      </w:r>
    </w:p>
    <w:p w14:paraId="28B2CF4E" w14:textId="6FB6A961" w:rsidR="000A63D8" w:rsidRPr="000A63D8" w:rsidRDefault="000A63D8" w:rsidP="00A248D5">
      <w:pPr>
        <w:spacing w:after="0"/>
        <w:rPr>
          <w:lang w:val="nl-NL"/>
        </w:rPr>
      </w:pPr>
    </w:p>
    <w:p w14:paraId="6EC7B558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Oefeningen</w:t>
      </w:r>
    </w:p>
    <w:p w14:paraId="65210631" w14:textId="13C813A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1</w:t>
      </w:r>
      <w:r w:rsidR="00030B1A">
        <w:rPr>
          <w:b/>
          <w:bCs/>
          <w:lang w:val="nl-NL"/>
        </w:rPr>
        <w:t xml:space="preserve"> </w:t>
      </w:r>
      <w:r w:rsidRPr="000A63D8">
        <w:rPr>
          <w:lang w:val="nl-NL"/>
        </w:rPr>
        <w:t>Zeg: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"Navigeer naar Leiden."</w:t>
      </w:r>
      <w:r w:rsidR="00030B1A">
        <w:rPr>
          <w:lang w:val="nl-NL"/>
        </w:rPr>
        <w:t xml:space="preserve"> </w:t>
      </w:r>
      <w:r w:rsidRPr="000A63D8">
        <w:rPr>
          <w:lang w:val="nl-NL"/>
        </w:rPr>
        <w:t>Controleer of de route verschijnt.</w:t>
      </w:r>
    </w:p>
    <w:p w14:paraId="26217775" w14:textId="2DF4DDB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2</w:t>
      </w:r>
      <w:r w:rsidR="00030B1A">
        <w:rPr>
          <w:b/>
          <w:bCs/>
          <w:lang w:val="nl-NL"/>
        </w:rPr>
        <w:t xml:space="preserve"> </w:t>
      </w:r>
      <w:r w:rsidRPr="000A63D8">
        <w:rPr>
          <w:lang w:val="nl-NL"/>
        </w:rPr>
        <w:t>Voeg onderweg een tankstation toe.</w:t>
      </w:r>
    </w:p>
    <w:p w14:paraId="39A1E40D" w14:textId="236FC18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3</w:t>
      </w:r>
      <w:r w:rsidR="00030B1A">
        <w:rPr>
          <w:b/>
          <w:bCs/>
          <w:lang w:val="nl-NL"/>
        </w:rPr>
        <w:t xml:space="preserve"> </w:t>
      </w:r>
      <w:r w:rsidRPr="000A63D8">
        <w:rPr>
          <w:lang w:val="nl-NL"/>
        </w:rPr>
        <w:t>Verwijder de tussenstop weer.</w:t>
      </w:r>
    </w:p>
    <w:p w14:paraId="5E1C01C9" w14:textId="5B1E5BF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4</w:t>
      </w:r>
      <w:r w:rsidR="00030B1A">
        <w:rPr>
          <w:b/>
          <w:bCs/>
          <w:lang w:val="nl-NL"/>
        </w:rPr>
        <w:t xml:space="preserve"> </w:t>
      </w:r>
      <w:r w:rsidRPr="000A63D8">
        <w:rPr>
          <w:lang w:val="nl-NL"/>
        </w:rPr>
        <w:t>Zoek een camping.</w:t>
      </w:r>
    </w:p>
    <w:p w14:paraId="4D52E82D" w14:textId="2F9B45A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5</w:t>
      </w:r>
      <w:r w:rsidR="00030B1A">
        <w:rPr>
          <w:b/>
          <w:bCs/>
          <w:lang w:val="nl-NL"/>
        </w:rPr>
        <w:t xml:space="preserve"> </w:t>
      </w:r>
      <w:r w:rsidRPr="000A63D8">
        <w:rPr>
          <w:lang w:val="nl-NL"/>
        </w:rPr>
        <w:t>Stop de route.</w:t>
      </w:r>
    </w:p>
    <w:p w14:paraId="00A1F6E5" w14:textId="72CCA389" w:rsidR="000A63D8" w:rsidRPr="000A63D8" w:rsidRDefault="000A63D8" w:rsidP="00A248D5">
      <w:pPr>
        <w:spacing w:after="0"/>
        <w:rPr>
          <w:lang w:val="nl-NL"/>
        </w:rPr>
      </w:pPr>
    </w:p>
    <w:p w14:paraId="60895BEC" w14:textId="63E58E0D" w:rsidR="000A63D8" w:rsidRPr="000A63D8" w:rsidRDefault="000A63D8" w:rsidP="00030B1A">
      <w:pPr>
        <w:pStyle w:val="Kop1"/>
        <w:rPr>
          <w:lang w:val="nl-NL"/>
        </w:rPr>
      </w:pPr>
      <w:r w:rsidRPr="000A63D8">
        <w:rPr>
          <w:lang w:val="nl-NL"/>
        </w:rPr>
        <w:t xml:space="preserve">De 10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-opdrachten</w:t>
      </w:r>
    </w:p>
    <w:p w14:paraId="10985770" w14:textId="77777777" w:rsidR="000A63D8" w:rsidRPr="000A63D8" w:rsidRDefault="000A63D8" w:rsidP="00A248D5">
      <w:pPr>
        <w:numPr>
          <w:ilvl w:val="0"/>
          <w:numId w:val="37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"Breng me naar huis."</w:t>
      </w:r>
    </w:p>
    <w:p w14:paraId="3F5F1571" w14:textId="77777777" w:rsidR="000A63D8" w:rsidRPr="000A63D8" w:rsidRDefault="000A63D8" w:rsidP="00A248D5">
      <w:pPr>
        <w:numPr>
          <w:ilvl w:val="0"/>
          <w:numId w:val="37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"Navigeer naar de camping."</w:t>
      </w:r>
    </w:p>
    <w:p w14:paraId="3DC65AE8" w14:textId="77777777" w:rsidR="000A63D8" w:rsidRPr="000A63D8" w:rsidRDefault="000A63D8" w:rsidP="00A248D5">
      <w:pPr>
        <w:numPr>
          <w:ilvl w:val="0"/>
          <w:numId w:val="37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"Zoek een Lidl."</w:t>
      </w:r>
    </w:p>
    <w:p w14:paraId="7D9A3B5D" w14:textId="77777777" w:rsidR="000A63D8" w:rsidRPr="000A63D8" w:rsidRDefault="000A63D8" w:rsidP="00A248D5">
      <w:pPr>
        <w:numPr>
          <w:ilvl w:val="0"/>
          <w:numId w:val="37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"Zoek een tankstation."</w:t>
      </w:r>
    </w:p>
    <w:p w14:paraId="20E44AC2" w14:textId="77777777" w:rsidR="000A63D8" w:rsidRPr="000A63D8" w:rsidRDefault="000A63D8" w:rsidP="00A248D5">
      <w:pPr>
        <w:numPr>
          <w:ilvl w:val="0"/>
          <w:numId w:val="37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"Zoek een camperplaats."</w:t>
      </w:r>
    </w:p>
    <w:p w14:paraId="7114C492" w14:textId="77777777" w:rsidR="000A63D8" w:rsidRPr="000A63D8" w:rsidRDefault="000A63D8" w:rsidP="00A248D5">
      <w:pPr>
        <w:numPr>
          <w:ilvl w:val="0"/>
          <w:numId w:val="37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"Zoek een ziekenhuis."</w:t>
      </w:r>
    </w:p>
    <w:p w14:paraId="44C61BE9" w14:textId="77777777" w:rsidR="000A63D8" w:rsidRPr="000A63D8" w:rsidRDefault="000A63D8" w:rsidP="00A248D5">
      <w:pPr>
        <w:numPr>
          <w:ilvl w:val="0"/>
          <w:numId w:val="37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"Hoe laat kom ik aan?"</w:t>
      </w:r>
    </w:p>
    <w:p w14:paraId="7F2991AF" w14:textId="77777777" w:rsidR="000A63D8" w:rsidRPr="000A63D8" w:rsidRDefault="000A63D8" w:rsidP="00A248D5">
      <w:pPr>
        <w:numPr>
          <w:ilvl w:val="0"/>
          <w:numId w:val="37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"Voeg een koffiestop toe."</w:t>
      </w:r>
    </w:p>
    <w:p w14:paraId="78C6D0D2" w14:textId="77777777" w:rsidR="000A63D8" w:rsidRPr="000A63D8" w:rsidRDefault="000A63D8" w:rsidP="00A248D5">
      <w:pPr>
        <w:numPr>
          <w:ilvl w:val="0"/>
          <w:numId w:val="37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"Stop de navigatie."</w:t>
      </w:r>
    </w:p>
    <w:p w14:paraId="7E45F801" w14:textId="77777777" w:rsidR="000A63D8" w:rsidRPr="000A63D8" w:rsidRDefault="000A63D8" w:rsidP="00A248D5">
      <w:pPr>
        <w:numPr>
          <w:ilvl w:val="0"/>
          <w:numId w:val="37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"Navigeer naar het dichtstbijzijnde strand."</w:t>
      </w:r>
    </w:p>
    <w:p w14:paraId="5D4837F8" w14:textId="230B1411" w:rsidR="000A63D8" w:rsidRPr="000A63D8" w:rsidRDefault="000A63D8" w:rsidP="00A248D5">
      <w:pPr>
        <w:spacing w:after="0"/>
        <w:rPr>
          <w:lang w:val="nl-NL"/>
        </w:rPr>
      </w:pPr>
    </w:p>
    <w:p w14:paraId="36981DCE" w14:textId="77777777" w:rsidR="000A63D8" w:rsidRPr="000A63D8" w:rsidRDefault="000A63D8" w:rsidP="00030B1A">
      <w:pPr>
        <w:pStyle w:val="Kop1"/>
        <w:rPr>
          <w:lang w:val="nl-NL"/>
        </w:rPr>
      </w:pPr>
      <w:r w:rsidRPr="000A63D8">
        <w:rPr>
          <w:lang w:val="nl-NL"/>
        </w:rPr>
        <w:t>Tips speciaal voor jouw camperreizen</w:t>
      </w:r>
    </w:p>
    <w:p w14:paraId="04BC333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Omdat je regelmatig door Frankrijk en andere Europese landen reist, wil ik je nog een paar praktische adviezen meegeven:</w:t>
      </w:r>
    </w:p>
    <w:p w14:paraId="4305947B" w14:textId="77777777" w:rsidR="000A63D8" w:rsidRPr="000A63D8" w:rsidRDefault="000A63D8" w:rsidP="00A248D5">
      <w:pPr>
        <w:numPr>
          <w:ilvl w:val="0"/>
          <w:numId w:val="38"/>
        </w:numPr>
        <w:tabs>
          <w:tab w:val="num" w:pos="720"/>
        </w:tabs>
        <w:spacing w:after="0"/>
        <w:rPr>
          <w:lang w:val="nl-NL"/>
        </w:rPr>
      </w:pPr>
      <w:r w:rsidRPr="000A63D8">
        <w:rPr>
          <w:b/>
          <w:bCs/>
          <w:lang w:val="nl-NL"/>
        </w:rPr>
        <w:t xml:space="preserve">Gebruik Google </w:t>
      </w:r>
      <w:proofErr w:type="spellStart"/>
      <w:r w:rsidRPr="000A63D8">
        <w:rPr>
          <w:b/>
          <w:bCs/>
          <w:lang w:val="nl-NL"/>
        </w:rPr>
        <w:t>Maps</w:t>
      </w:r>
      <w:proofErr w:type="spellEnd"/>
      <w:r w:rsidRPr="000A63D8">
        <w:rPr>
          <w:b/>
          <w:bCs/>
          <w:lang w:val="nl-NL"/>
        </w:rPr>
        <w:t xml:space="preserve"> voor de routeplanning</w:t>
      </w:r>
      <w:r w:rsidRPr="000A63D8">
        <w:rPr>
          <w:lang w:val="nl-NL"/>
        </w:rPr>
        <w:t xml:space="preserve">, maar controleer altijd of de route geschikt is voor een camper.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zelf houdt namelijk geen rekening met de hoogte, breedte of het gewicht van je voertuig.</w:t>
      </w:r>
    </w:p>
    <w:p w14:paraId="481E01CF" w14:textId="77777777" w:rsidR="000A63D8" w:rsidRPr="000A63D8" w:rsidRDefault="000A63D8" w:rsidP="00A248D5">
      <w:pPr>
        <w:numPr>
          <w:ilvl w:val="0"/>
          <w:numId w:val="38"/>
        </w:numPr>
        <w:tabs>
          <w:tab w:val="num" w:pos="720"/>
        </w:tabs>
        <w:spacing w:after="0"/>
        <w:rPr>
          <w:lang w:val="nl-NL"/>
        </w:rPr>
      </w:pPr>
      <w:r w:rsidRPr="000A63D8">
        <w:rPr>
          <w:b/>
          <w:bCs/>
          <w:lang w:val="nl-NL"/>
        </w:rPr>
        <w:t>Download offline kaarten</w:t>
      </w:r>
      <w:r w:rsidRPr="000A63D8">
        <w:rPr>
          <w:lang w:val="nl-NL"/>
        </w:rPr>
        <w:t xml:space="preserve"> voordat je vertrekt. Dat voorkomt problemen in gebieden met slecht bereik.</w:t>
      </w:r>
    </w:p>
    <w:p w14:paraId="423834D8" w14:textId="77777777" w:rsidR="000A63D8" w:rsidRPr="000A63D8" w:rsidRDefault="000A63D8" w:rsidP="00A248D5">
      <w:pPr>
        <w:numPr>
          <w:ilvl w:val="0"/>
          <w:numId w:val="38"/>
        </w:numPr>
        <w:tabs>
          <w:tab w:val="num" w:pos="720"/>
        </w:tabs>
        <w:spacing w:after="0"/>
        <w:rPr>
          <w:lang w:val="nl-NL"/>
        </w:rPr>
      </w:pPr>
      <w:r w:rsidRPr="000A63D8">
        <w:rPr>
          <w:b/>
          <w:bCs/>
          <w:lang w:val="nl-NL"/>
        </w:rPr>
        <w:lastRenderedPageBreak/>
        <w:t xml:space="preserve">Gebruik </w:t>
      </w:r>
      <w:proofErr w:type="spellStart"/>
      <w:r w:rsidRPr="000A63D8">
        <w:rPr>
          <w:b/>
          <w:bCs/>
          <w:lang w:val="nl-NL"/>
        </w:rPr>
        <w:t>Siri</w:t>
      </w:r>
      <w:proofErr w:type="spellEnd"/>
      <w:r w:rsidRPr="000A63D8">
        <w:rPr>
          <w:b/>
          <w:bCs/>
          <w:lang w:val="nl-NL"/>
        </w:rPr>
        <w:t xml:space="preserve"> zoveel mogelijk</w:t>
      </w:r>
      <w:r w:rsidRPr="000A63D8">
        <w:rPr>
          <w:lang w:val="nl-NL"/>
        </w:rPr>
        <w:t>. Een eenvoudige opdracht als "Zoek een supermarkt langs mijn route" is sneller en veiliger dan zelf zoeken op het scherm.</w:t>
      </w:r>
    </w:p>
    <w:p w14:paraId="015029B9" w14:textId="77777777" w:rsidR="000A63D8" w:rsidRPr="000A63D8" w:rsidRDefault="000A63D8" w:rsidP="00A248D5">
      <w:pPr>
        <w:numPr>
          <w:ilvl w:val="0"/>
          <w:numId w:val="38"/>
        </w:numPr>
        <w:tabs>
          <w:tab w:val="num" w:pos="720"/>
        </w:tabs>
        <w:spacing w:after="0"/>
        <w:rPr>
          <w:lang w:val="nl-NL"/>
        </w:rPr>
      </w:pPr>
      <w:r w:rsidRPr="000A63D8">
        <w:rPr>
          <w:b/>
          <w:bCs/>
          <w:lang w:val="nl-NL"/>
        </w:rPr>
        <w:t>Controleer vlak voor vertrek de verkeerssituatie</w:t>
      </w:r>
      <w:r w:rsidRPr="000A63D8">
        <w:rPr>
          <w:lang w:val="nl-NL"/>
        </w:rPr>
        <w:t>. Een kleine omweg aan het begin van de rit kan je later veel tijd besparen.</w:t>
      </w:r>
    </w:p>
    <w:p w14:paraId="7B5D5D38" w14:textId="312C5DDD" w:rsidR="000A63D8" w:rsidRPr="000A63D8" w:rsidRDefault="000A63D8" w:rsidP="00A248D5">
      <w:pPr>
        <w:spacing w:after="0"/>
        <w:rPr>
          <w:lang w:val="nl-NL"/>
        </w:rPr>
      </w:pPr>
    </w:p>
    <w:p w14:paraId="0C8C5731" w14:textId="77777777" w:rsidR="00030B1A" w:rsidRDefault="00030B1A">
      <w:pPr>
        <w:rPr>
          <w:rFonts w:ascii="Kozuka Gothic Pro H" w:eastAsiaTheme="majorEastAsia" w:hAnsi="Kozuka Gothic Pro H" w:cstheme="majorBidi"/>
          <w:color w:val="00B050"/>
          <w:spacing w:val="5"/>
          <w:kern w:val="28"/>
          <w:sz w:val="52"/>
          <w:szCs w:val="52"/>
          <w:lang w:val="nl-NL"/>
        </w:rPr>
      </w:pPr>
      <w:r>
        <w:br w:type="page"/>
      </w:r>
    </w:p>
    <w:p w14:paraId="1BD30BFF" w14:textId="1A50461C" w:rsidR="000A63D8" w:rsidRPr="000A63D8" w:rsidRDefault="000A63D8" w:rsidP="00030B1A">
      <w:pPr>
        <w:pStyle w:val="Titel"/>
      </w:pPr>
      <w:r w:rsidRPr="000A63D8">
        <w:lastRenderedPageBreak/>
        <w:t xml:space="preserve">6 – Muziek, radio en geluid </w:t>
      </w:r>
    </w:p>
    <w:p w14:paraId="7C9BF318" w14:textId="77777777" w:rsidR="000A63D8" w:rsidRPr="000A63D8" w:rsidRDefault="000A63D8" w:rsidP="00030B1A">
      <w:pPr>
        <w:pStyle w:val="Kop1"/>
        <w:rPr>
          <w:lang w:val="nl-NL"/>
        </w:rPr>
      </w:pPr>
      <w:r w:rsidRPr="000A63D8">
        <w:rPr>
          <w:lang w:val="nl-NL"/>
        </w:rPr>
        <w:t>6.1 Muziek maakt de reis</w:t>
      </w:r>
    </w:p>
    <w:p w14:paraId="05C9E7C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Tijdens een lange camperreis is muziek veel meer dan achtergrondgeluid. Goede muziek maakt een lange rit ontspannend en zorgt ervoor dat de tijd sneller lijkt te gaan.</w:t>
      </w:r>
    </w:p>
    <w:p w14:paraId="2DCE04D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Je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SPH-DA77DAB kan muziek afspelen uit verschillende bronnen:</w:t>
      </w:r>
    </w:p>
    <w:p w14:paraId="539C07B1" w14:textId="77777777" w:rsidR="000A63D8" w:rsidRPr="000A63D8" w:rsidRDefault="000A63D8" w:rsidP="00A248D5">
      <w:pPr>
        <w:numPr>
          <w:ilvl w:val="0"/>
          <w:numId w:val="41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📻</w:t>
      </w:r>
      <w:r w:rsidRPr="000A63D8">
        <w:rPr>
          <w:lang w:val="nl-NL"/>
        </w:rPr>
        <w:t xml:space="preserve"> DAB+ radio</w:t>
      </w:r>
    </w:p>
    <w:p w14:paraId="23DFE081" w14:textId="77777777" w:rsidR="000A63D8" w:rsidRPr="000A63D8" w:rsidRDefault="000A63D8" w:rsidP="00A248D5">
      <w:pPr>
        <w:numPr>
          <w:ilvl w:val="0"/>
          <w:numId w:val="41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📡</w:t>
      </w:r>
      <w:r w:rsidRPr="000A63D8">
        <w:rPr>
          <w:lang w:val="nl-NL"/>
        </w:rPr>
        <w:t xml:space="preserve"> FM-radio</w:t>
      </w:r>
    </w:p>
    <w:p w14:paraId="5EB4681D" w14:textId="77777777" w:rsidR="000A63D8" w:rsidRPr="000A63D8" w:rsidRDefault="000A63D8" w:rsidP="00A248D5">
      <w:pPr>
        <w:numPr>
          <w:ilvl w:val="0"/>
          <w:numId w:val="41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🎵</w:t>
      </w:r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Spotify</w:t>
      </w:r>
      <w:proofErr w:type="spellEnd"/>
    </w:p>
    <w:p w14:paraId="4A0B03AA" w14:textId="77777777" w:rsidR="000A63D8" w:rsidRPr="000A63D8" w:rsidRDefault="000A63D8" w:rsidP="00A248D5">
      <w:pPr>
        <w:numPr>
          <w:ilvl w:val="0"/>
          <w:numId w:val="41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🍎</w:t>
      </w:r>
      <w:r w:rsidRPr="000A63D8">
        <w:rPr>
          <w:lang w:val="nl-NL"/>
        </w:rPr>
        <w:t xml:space="preserve"> Apple Music</w:t>
      </w:r>
    </w:p>
    <w:p w14:paraId="23987683" w14:textId="77777777" w:rsidR="000A63D8" w:rsidRPr="000A63D8" w:rsidRDefault="000A63D8" w:rsidP="00A248D5">
      <w:pPr>
        <w:numPr>
          <w:ilvl w:val="0"/>
          <w:numId w:val="41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🎧</w:t>
      </w:r>
      <w:r w:rsidRPr="000A63D8">
        <w:rPr>
          <w:lang w:val="nl-NL"/>
        </w:rPr>
        <w:t xml:space="preserve"> Podcasts</w:t>
      </w:r>
    </w:p>
    <w:p w14:paraId="2B074CB1" w14:textId="77777777" w:rsidR="000A63D8" w:rsidRPr="000A63D8" w:rsidRDefault="000A63D8" w:rsidP="00A248D5">
      <w:pPr>
        <w:numPr>
          <w:ilvl w:val="0"/>
          <w:numId w:val="41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📚</w:t>
      </w:r>
      <w:r w:rsidRPr="000A63D8">
        <w:rPr>
          <w:lang w:val="nl-NL"/>
        </w:rPr>
        <w:t xml:space="preserve"> Luisterboeken</w:t>
      </w:r>
    </w:p>
    <w:p w14:paraId="5215F89E" w14:textId="77777777" w:rsidR="000A63D8" w:rsidRPr="000A63D8" w:rsidRDefault="000A63D8" w:rsidP="00A248D5">
      <w:pPr>
        <w:numPr>
          <w:ilvl w:val="0"/>
          <w:numId w:val="41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💾</w:t>
      </w:r>
      <w:r w:rsidRPr="000A63D8">
        <w:rPr>
          <w:lang w:val="nl-NL"/>
        </w:rPr>
        <w:t xml:space="preserve"> USB-stick</w:t>
      </w:r>
    </w:p>
    <w:p w14:paraId="2FEFA8D4" w14:textId="77777777" w:rsidR="000A63D8" w:rsidRPr="000A63D8" w:rsidRDefault="000A63D8" w:rsidP="00A248D5">
      <w:pPr>
        <w:numPr>
          <w:ilvl w:val="0"/>
          <w:numId w:val="41"/>
        </w:num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📱</w:t>
      </w:r>
      <w:r w:rsidRPr="000A63D8">
        <w:rPr>
          <w:lang w:val="nl-NL"/>
        </w:rPr>
        <w:t xml:space="preserve"> Muziek op je iPhone</w:t>
      </w:r>
    </w:p>
    <w:p w14:paraId="182CA84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kunt tijdens een reis eenvoudig tussen deze bronnen wisselen.</w:t>
      </w:r>
    </w:p>
    <w:p w14:paraId="3BB219BF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6.2 Welke bron kies je?</w:t>
      </w:r>
    </w:p>
    <w:p w14:paraId="3A9289B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Hier is een handig overzicht.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4"/>
        <w:gridCol w:w="2083"/>
      </w:tblGrid>
      <w:tr w:rsidR="000A63D8" w:rsidRPr="000A63D8" w14:paraId="26128692" w14:textId="77777777" w:rsidTr="000A63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BAA081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Situatie</w:t>
            </w:r>
          </w:p>
        </w:tc>
        <w:tc>
          <w:tcPr>
            <w:tcW w:w="0" w:type="auto"/>
            <w:vAlign w:val="center"/>
            <w:hideMark/>
          </w:tcPr>
          <w:p w14:paraId="6CAC38F8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Beste keuze</w:t>
            </w:r>
          </w:p>
        </w:tc>
      </w:tr>
      <w:tr w:rsidR="000A63D8" w:rsidRPr="000A63D8" w14:paraId="3AF702A5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C147E9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Nederland</w:t>
            </w:r>
          </w:p>
        </w:tc>
        <w:tc>
          <w:tcPr>
            <w:tcW w:w="0" w:type="auto"/>
            <w:vAlign w:val="center"/>
            <w:hideMark/>
          </w:tcPr>
          <w:p w14:paraId="24F08A51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DAB+</w:t>
            </w:r>
          </w:p>
        </w:tc>
      </w:tr>
      <w:tr w:rsidR="000A63D8" w:rsidRPr="000A63D8" w14:paraId="169A4A79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2D36C7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Frankrijk</w:t>
            </w:r>
          </w:p>
        </w:tc>
        <w:tc>
          <w:tcPr>
            <w:tcW w:w="0" w:type="auto"/>
            <w:vAlign w:val="center"/>
            <w:hideMark/>
          </w:tcPr>
          <w:p w14:paraId="2E9B4B08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proofErr w:type="spellStart"/>
            <w:r w:rsidRPr="000A63D8">
              <w:rPr>
                <w:lang w:val="nl-NL"/>
              </w:rPr>
              <w:t>Spotify</w:t>
            </w:r>
            <w:proofErr w:type="spellEnd"/>
            <w:r w:rsidRPr="000A63D8">
              <w:rPr>
                <w:lang w:val="nl-NL"/>
              </w:rPr>
              <w:t xml:space="preserve"> of Apple Music</w:t>
            </w:r>
          </w:p>
        </w:tc>
      </w:tr>
      <w:tr w:rsidR="000A63D8" w:rsidRPr="000A63D8" w14:paraId="7CB99AE1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7D242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Slecht bereik</w:t>
            </w:r>
          </w:p>
        </w:tc>
        <w:tc>
          <w:tcPr>
            <w:tcW w:w="0" w:type="auto"/>
            <w:vAlign w:val="center"/>
            <w:hideMark/>
          </w:tcPr>
          <w:p w14:paraId="6ABA00B2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Gedownloade muziek</w:t>
            </w:r>
          </w:p>
        </w:tc>
      </w:tr>
      <w:tr w:rsidR="000A63D8" w:rsidRPr="000A63D8" w14:paraId="204F9B17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77B15B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Nieuws</w:t>
            </w:r>
          </w:p>
        </w:tc>
        <w:tc>
          <w:tcPr>
            <w:tcW w:w="0" w:type="auto"/>
            <w:vAlign w:val="center"/>
            <w:hideMark/>
          </w:tcPr>
          <w:p w14:paraId="45DBE792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DAB+ of FM</w:t>
            </w:r>
          </w:p>
        </w:tc>
      </w:tr>
      <w:tr w:rsidR="000A63D8" w:rsidRPr="000A63D8" w14:paraId="1AD923CD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D8D09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Lange rit</w:t>
            </w:r>
          </w:p>
        </w:tc>
        <w:tc>
          <w:tcPr>
            <w:tcW w:w="0" w:type="auto"/>
            <w:vAlign w:val="center"/>
            <w:hideMark/>
          </w:tcPr>
          <w:p w14:paraId="22185748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Afspeellijst</w:t>
            </w:r>
          </w:p>
        </w:tc>
      </w:tr>
      <w:tr w:rsidR="000A63D8" w:rsidRPr="000A63D8" w14:paraId="4899F4FA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3F1D42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Berggebieden</w:t>
            </w:r>
          </w:p>
        </w:tc>
        <w:tc>
          <w:tcPr>
            <w:tcW w:w="0" w:type="auto"/>
            <w:vAlign w:val="center"/>
            <w:hideMark/>
          </w:tcPr>
          <w:p w14:paraId="6B521FC7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proofErr w:type="gramStart"/>
            <w:r w:rsidRPr="000A63D8">
              <w:rPr>
                <w:lang w:val="nl-NL"/>
              </w:rPr>
              <w:t>Offline muziek</w:t>
            </w:r>
            <w:proofErr w:type="gramEnd"/>
          </w:p>
        </w:tc>
      </w:tr>
    </w:tbl>
    <w:p w14:paraId="2A128BEA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6.3 DAB+ radio</w:t>
      </w:r>
    </w:p>
    <w:p w14:paraId="248E50F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DAB+ is de opvolger van FM.</w:t>
      </w:r>
    </w:p>
    <w:p w14:paraId="1CB564B8" w14:textId="77777777" w:rsidR="00297914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Voordelen</w:t>
      </w:r>
      <w:r w:rsidR="00297914">
        <w:rPr>
          <w:b/>
          <w:bCs/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Betere geluidskwaliteit</w:t>
      </w:r>
      <w:r w:rsidR="00297914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Minder ruis</w:t>
      </w:r>
      <w:r w:rsidR="00297914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Zenderinformatie op het scherm</w:t>
      </w:r>
      <w:r w:rsidR="00297914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Vaak meer zenders</w:t>
      </w:r>
      <w:r w:rsidR="00297914">
        <w:rPr>
          <w:lang w:val="nl-NL"/>
        </w:rPr>
        <w:t xml:space="preserve"> </w:t>
      </w:r>
    </w:p>
    <w:p w14:paraId="7D063754" w14:textId="3AD872B5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lastRenderedPageBreak/>
        <w:t xml:space="preserve">Als het DAB-signaal wegvalt, kan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soms automatisch overschakelen naar FM (afhankelijk van de instellingen).</w:t>
      </w:r>
    </w:p>
    <w:p w14:paraId="09620F86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6.4 FM-radio</w:t>
      </w:r>
    </w:p>
    <w:p w14:paraId="0BA17DEB" w14:textId="2DBAB453" w:rsidR="000A63D8" w:rsidRPr="000A63D8" w:rsidRDefault="000A63D8" w:rsidP="00297914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FM is nog steeds handig als: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er geen DAB-dekking is;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je lokale zenders wilt ontvangen.</w:t>
      </w:r>
    </w:p>
    <w:p w14:paraId="4D68526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geluidskwaliteit is meestal iets minder dan DAB+, maar FM is nog altijd een goede back-up.</w:t>
      </w:r>
    </w:p>
    <w:p w14:paraId="3F52BB55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 xml:space="preserve">6.5 </w:t>
      </w:r>
      <w:proofErr w:type="spellStart"/>
      <w:r w:rsidRPr="000A63D8">
        <w:rPr>
          <w:lang w:val="nl-NL"/>
        </w:rPr>
        <w:t>Spotify</w:t>
      </w:r>
      <w:proofErr w:type="spellEnd"/>
    </w:p>
    <w:p w14:paraId="63E972FC" w14:textId="77777777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Spotify</w:t>
      </w:r>
      <w:proofErr w:type="spellEnd"/>
      <w:r w:rsidRPr="000A63D8">
        <w:rPr>
          <w:lang w:val="nl-NL"/>
        </w:rPr>
        <w:t xml:space="preserve"> is waarschijnlijk de populairste muziekdienst.</w:t>
      </w:r>
    </w:p>
    <w:p w14:paraId="109AF09B" w14:textId="27225417" w:rsidR="000A63D8" w:rsidRPr="000A63D8" w:rsidRDefault="000A63D8" w:rsidP="00297914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 xml:space="preserve">Via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kun je: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afspeellijsten kiezen;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albums afspelen;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favoriete artiesten beluisteren;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muziek pauzeren;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nummers overslaan.</w:t>
      </w:r>
    </w:p>
    <w:p w14:paraId="2E442749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6.6 Apple Music</w:t>
      </w:r>
    </w:p>
    <w:p w14:paraId="07A3D94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Apple Music werkt uitstekend samen met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>.</w:t>
      </w:r>
    </w:p>
    <w:p w14:paraId="18CC2770" w14:textId="3B5DD610" w:rsidR="000A63D8" w:rsidRPr="000A63D8" w:rsidRDefault="000A63D8" w:rsidP="00297914">
      <w:pPr>
        <w:spacing w:after="0"/>
        <w:rPr>
          <w:lang w:val="nl-NL"/>
        </w:rPr>
      </w:pPr>
      <w:r w:rsidRPr="000A63D8">
        <w:rPr>
          <w:lang w:val="nl-NL"/>
        </w:rPr>
        <w:t>Voordelen: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mooie integratie;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goede geluidskwaliteit;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 xml:space="preserve">eenvoudige bediening met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.</w:t>
      </w:r>
    </w:p>
    <w:p w14:paraId="6B11A94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Als je al een abonnement hebt, is dit een uitstekende keuze.</w:t>
      </w:r>
    </w:p>
    <w:p w14:paraId="092463F1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 xml:space="preserve">6.7 Muziek met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bedienen</w:t>
      </w:r>
    </w:p>
    <w:p w14:paraId="541AD4D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hoeft nauwelijks het scherm aan te raken.</w:t>
      </w:r>
    </w:p>
    <w:p w14:paraId="1524F842" w14:textId="5818EB85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Zeg bijvoorbeeld: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 xml:space="preserve">"Speel </w:t>
      </w:r>
      <w:proofErr w:type="spellStart"/>
      <w:r w:rsidRPr="000A63D8">
        <w:rPr>
          <w:lang w:val="nl-NL"/>
        </w:rPr>
        <w:t>Dire</w:t>
      </w:r>
      <w:proofErr w:type="spellEnd"/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Straits</w:t>
      </w:r>
      <w:proofErr w:type="spellEnd"/>
      <w:r w:rsidRPr="000A63D8">
        <w:rPr>
          <w:lang w:val="nl-NL"/>
        </w:rPr>
        <w:t>."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"Speel mijn afspeellijst Camper."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"Speel de jaren tachtig."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"Speel rustige muziek."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"Sla dit nummer over."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"Pauzeer de muziek."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Dat is veiliger én sneller.</w:t>
      </w:r>
    </w:p>
    <w:p w14:paraId="3BF26EC2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6.8 Podcasts</w:t>
      </w:r>
    </w:p>
    <w:p w14:paraId="5E8FE29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Tijdens lange ritten zijn podcasts een mooie afwisseling.</w:t>
      </w:r>
    </w:p>
    <w:p w14:paraId="64791955" w14:textId="77777777" w:rsidR="00297914" w:rsidRDefault="000A63D8" w:rsidP="00297914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Je kunt bijvoorbeeld luisteren naar: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nieuws;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geschiedenis;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wetenschap;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reizen;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interviews.</w:t>
      </w:r>
      <w:r w:rsidR="00297914">
        <w:rPr>
          <w:lang w:val="nl-NL"/>
        </w:rPr>
        <w:t xml:space="preserve"> </w:t>
      </w:r>
    </w:p>
    <w:p w14:paraId="2F6558C3" w14:textId="312A848D" w:rsidR="000A63D8" w:rsidRPr="000A63D8" w:rsidRDefault="000A63D8" w:rsidP="00297914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 xml:space="preserve">Via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zeg je eenvoudig: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"Speel mijn nieuwste podcast."</w:t>
      </w:r>
    </w:p>
    <w:p w14:paraId="65C5A7FD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6.9 Luisterboeken</w:t>
      </w:r>
    </w:p>
    <w:p w14:paraId="6ACA817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Een luisterboek is ideaal als je een hele dag rijdt.</w:t>
      </w:r>
    </w:p>
    <w:p w14:paraId="75D62D1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kunt 's morgens beginnen en 's avonds verder luisteren waar je was gebleven.</w:t>
      </w:r>
    </w:p>
    <w:p w14:paraId="136DB81F" w14:textId="3A4DCCF7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onthoudt automatisch de positie.</w:t>
      </w:r>
    </w:p>
    <w:p w14:paraId="733D2B91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6.10 Muziek zonder internet</w:t>
      </w:r>
    </w:p>
    <w:p w14:paraId="0CBD3D4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is een van de belangrijkste tips voor camperreizigers.</w:t>
      </w:r>
    </w:p>
    <w:p w14:paraId="6CA06769" w14:textId="7C84D695" w:rsidR="000A63D8" w:rsidRPr="000A63D8" w:rsidRDefault="000A63D8" w:rsidP="00297914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Download thuis je favoriete: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afspeellijsten;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albums;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podcasts;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luisterboeken.</w:t>
      </w:r>
    </w:p>
    <w:p w14:paraId="48BD97BB" w14:textId="22277198" w:rsidR="000A63D8" w:rsidRPr="000A63D8" w:rsidRDefault="000A63D8" w:rsidP="00297914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Voordelen: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geen onderbrekingen;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minder dataverbruik;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ook muziek in tunnels en berggebieden.</w:t>
      </w:r>
    </w:p>
    <w:p w14:paraId="47ECF5AE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6.11 USB-stick</w:t>
      </w:r>
    </w:p>
    <w:p w14:paraId="3289FDB5" w14:textId="72444755" w:rsidR="000A63D8" w:rsidRPr="000A63D8" w:rsidRDefault="000A63D8" w:rsidP="00297914">
      <w:pPr>
        <w:spacing w:after="0"/>
        <w:rPr>
          <w:lang w:val="nl-NL"/>
        </w:rPr>
      </w:pP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kan ook muziek afspelen vanaf een USB-stick.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Dat is handig als: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meerdere mensen dezelfde muziek willen gebruiken;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je geen mobiele data wilt gebruiken.</w:t>
      </w:r>
    </w:p>
    <w:p w14:paraId="2A64EAA7" w14:textId="12D212DD" w:rsidR="000A63D8" w:rsidRPr="000A63D8" w:rsidRDefault="000A63D8" w:rsidP="00297914">
      <w:pPr>
        <w:spacing w:after="0"/>
        <w:rPr>
          <w:lang w:val="nl-NL"/>
        </w:rPr>
      </w:pPr>
      <w:r w:rsidRPr="000A63D8">
        <w:rPr>
          <w:lang w:val="nl-NL"/>
        </w:rPr>
        <w:t>Maak de mappen overzichtelijk, bijvoorbeeld:</w:t>
      </w:r>
      <w:r w:rsidR="00297914">
        <w:rPr>
          <w:lang w:val="nl-NL"/>
        </w:rPr>
        <w:t xml:space="preserve"> </w:t>
      </w:r>
      <w:proofErr w:type="gramStart"/>
      <w:r w:rsidRPr="000A63D8">
        <w:rPr>
          <w:lang w:val="nl-NL"/>
        </w:rPr>
        <w:t>Jazz</w:t>
      </w:r>
      <w:r w:rsidR="00297914">
        <w:rPr>
          <w:lang w:val="nl-NL"/>
        </w:rPr>
        <w:t xml:space="preserve">  </w:t>
      </w:r>
      <w:r w:rsidRPr="000A63D8">
        <w:rPr>
          <w:lang w:val="nl-NL"/>
        </w:rPr>
        <w:t>Klassiek</w:t>
      </w:r>
      <w:proofErr w:type="gramEnd"/>
      <w:r w:rsidR="00297914">
        <w:rPr>
          <w:lang w:val="nl-NL"/>
        </w:rPr>
        <w:t xml:space="preserve"> </w:t>
      </w:r>
      <w:r w:rsidRPr="000A63D8">
        <w:rPr>
          <w:lang w:val="nl-NL"/>
        </w:rPr>
        <w:t>Pop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Nederlandstalig</w:t>
      </w:r>
    </w:p>
    <w:p w14:paraId="72E4B7A7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6.12 De equalizer</w:t>
      </w:r>
    </w:p>
    <w:p w14:paraId="4B666E3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heeft een uitgebreide equalizer, maar voor de meeste gebruikers is een eenvoudige instelling voldoende.</w:t>
      </w:r>
    </w:p>
    <w:p w14:paraId="327876FB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6.13 Balans en fader</w:t>
      </w:r>
    </w:p>
    <w:p w14:paraId="527955E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Hiermee bepaal je waar het geluid vandaan komt.</w:t>
      </w:r>
    </w:p>
    <w:p w14:paraId="63A4B345" w14:textId="6CB340E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Balans</w:t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>Links ↔ Rechts</w:t>
      </w:r>
    </w:p>
    <w:p w14:paraId="49E23B06" w14:textId="614105D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Fader</w:t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>Voor ↔ Achter</w:t>
      </w:r>
    </w:p>
    <w:p w14:paraId="06FF3671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In een camper klinkt het vaak prettiger als het geluid iets meer naar voren is gericht, zodat de bestuurder en passagier een helder geluid hebben.</w:t>
      </w:r>
    </w:p>
    <w:p w14:paraId="0CDD1BFB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6.14 Volume</w:t>
      </w:r>
    </w:p>
    <w:p w14:paraId="3391FF1A" w14:textId="72F81A84" w:rsidR="000A63D8" w:rsidRPr="000A63D8" w:rsidRDefault="000A63D8" w:rsidP="00297914">
      <w:pPr>
        <w:spacing w:after="0"/>
        <w:rPr>
          <w:lang w:val="nl-NL"/>
        </w:rPr>
      </w:pPr>
      <w:r w:rsidRPr="000A63D8">
        <w:rPr>
          <w:lang w:val="nl-NL"/>
        </w:rPr>
        <w:t>Een handige gewoonte: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Houd het volume tijdens gesprekken wat lager.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Zet de muziek iets zachter als je door een drukke stad rijdt.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Verhoog het volume weer op de snelweg.</w:t>
      </w:r>
    </w:p>
    <w:p w14:paraId="02F4532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Dat helpt je om verkeersgeluiden en aanwijzingen goed te blijven horen.</w:t>
      </w:r>
    </w:p>
    <w:p w14:paraId="522D0F47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6.15 Geluid van de navigatie</w:t>
      </w:r>
    </w:p>
    <w:p w14:paraId="25AFFD1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kunt het volume van de gesproken navigatie vaak afzonderlijk aanpassen.</w:t>
      </w:r>
    </w:p>
    <w:p w14:paraId="6B8C730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Tijdens een gesproken aanwijzing draai je aan de volumeknop. Op veel systemen wordt dan specifiek het volume van de navigatiestem aangepast.</w:t>
      </w:r>
    </w:p>
    <w:p w14:paraId="0626BFE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Zo voorkom je dat de aanwijzingen te hard of juist te zacht zijn.</w:t>
      </w:r>
    </w:p>
    <w:p w14:paraId="10577815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6.16 Mijn advies voor jouw camper</w:t>
      </w:r>
    </w:p>
    <w:p w14:paraId="3C7011E9" w14:textId="0CF6069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Voor jouw reizen door Europa zou ik deze combinatie gebruiken:</w:t>
      </w:r>
      <w:r w:rsidR="00297914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🎵</w:t>
      </w:r>
      <w:r w:rsidRPr="000A63D8">
        <w:rPr>
          <w:lang w:val="nl-NL"/>
        </w:rPr>
        <w:t xml:space="preserve"> </w:t>
      </w:r>
      <w:proofErr w:type="spellStart"/>
      <w:r w:rsidRPr="000A63D8">
        <w:rPr>
          <w:b/>
          <w:bCs/>
          <w:lang w:val="nl-NL"/>
        </w:rPr>
        <w:t>Spotify</w:t>
      </w:r>
      <w:proofErr w:type="spellEnd"/>
      <w:r w:rsidRPr="000A63D8">
        <w:rPr>
          <w:lang w:val="nl-NL"/>
        </w:rPr>
        <w:t xml:space="preserve"> voor muziek.</w:t>
      </w:r>
    </w:p>
    <w:p w14:paraId="2E6A811A" w14:textId="2A7A996F" w:rsidR="000A63D8" w:rsidRDefault="000A63D8" w:rsidP="00297914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📻</w:t>
      </w:r>
      <w:r w:rsidRPr="000A63D8">
        <w:rPr>
          <w:lang w:val="nl-NL"/>
        </w:rPr>
        <w:t xml:space="preserve"> </w:t>
      </w:r>
      <w:r w:rsidRPr="000A63D8">
        <w:rPr>
          <w:b/>
          <w:bCs/>
          <w:lang w:val="nl-NL"/>
        </w:rPr>
        <w:t>DAB+</w:t>
      </w:r>
      <w:r w:rsidRPr="000A63D8">
        <w:rPr>
          <w:lang w:val="nl-NL"/>
        </w:rPr>
        <w:t xml:space="preserve"> voor nieuws en actualiteiten in Nederland.</w:t>
      </w:r>
      <w:r w:rsidR="00297914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📚</w:t>
      </w:r>
      <w:r w:rsidRPr="000A63D8">
        <w:rPr>
          <w:lang w:val="nl-NL"/>
        </w:rPr>
        <w:t xml:space="preserve"> </w:t>
      </w:r>
      <w:r w:rsidRPr="000A63D8">
        <w:rPr>
          <w:b/>
          <w:bCs/>
          <w:lang w:val="nl-NL"/>
        </w:rPr>
        <w:t>Luisterboeken</w:t>
      </w:r>
      <w:r w:rsidRPr="000A63D8">
        <w:rPr>
          <w:lang w:val="nl-NL"/>
        </w:rPr>
        <w:t xml:space="preserve"> voor lange snelwegritten.</w:t>
      </w:r>
      <w:r w:rsidR="00297914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🎙</w:t>
      </w:r>
      <w:r w:rsidRPr="000A63D8">
        <w:rPr>
          <w:lang w:val="nl-NL"/>
        </w:rPr>
        <w:t xml:space="preserve">️ </w:t>
      </w:r>
      <w:r w:rsidRPr="000A63D8">
        <w:rPr>
          <w:b/>
          <w:bCs/>
          <w:lang w:val="nl-NL"/>
        </w:rPr>
        <w:t>Podcasts</w:t>
      </w:r>
      <w:r w:rsidRPr="000A63D8">
        <w:rPr>
          <w:lang w:val="nl-NL"/>
        </w:rPr>
        <w:t xml:space="preserve"> tijdens rustige etappes.</w:t>
      </w:r>
    </w:p>
    <w:p w14:paraId="58A1F2DA" w14:textId="77777777" w:rsidR="00297914" w:rsidRPr="000A63D8" w:rsidRDefault="00297914" w:rsidP="00297914">
      <w:pPr>
        <w:spacing w:after="0"/>
        <w:rPr>
          <w:lang w:val="nl-NL"/>
        </w:rPr>
      </w:pPr>
    </w:p>
    <w:p w14:paraId="46E78AE7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Praktijkoefeningen</w:t>
      </w:r>
    </w:p>
    <w:p w14:paraId="69CEA1FB" w14:textId="691BA87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1</w:t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Start </w:t>
      </w:r>
      <w:proofErr w:type="spellStart"/>
      <w:r w:rsidRPr="000A63D8">
        <w:rPr>
          <w:lang w:val="nl-NL"/>
        </w:rPr>
        <w:t>Spotify</w:t>
      </w:r>
      <w:proofErr w:type="spellEnd"/>
      <w:r w:rsidRPr="000A63D8">
        <w:rPr>
          <w:lang w:val="nl-NL"/>
        </w:rPr>
        <w:t>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Speel een afspeellijst af.</w:t>
      </w:r>
    </w:p>
    <w:p w14:paraId="09C2653E" w14:textId="05B06A8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2</w:t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>Zeg: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 xml:space="preserve">"Speel </w:t>
      </w:r>
      <w:proofErr w:type="spellStart"/>
      <w:r w:rsidRPr="000A63D8">
        <w:rPr>
          <w:lang w:val="nl-NL"/>
        </w:rPr>
        <w:t>Dire</w:t>
      </w:r>
      <w:proofErr w:type="spellEnd"/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Straits</w:t>
      </w:r>
      <w:proofErr w:type="spellEnd"/>
      <w:r w:rsidRPr="000A63D8">
        <w:rPr>
          <w:lang w:val="nl-NL"/>
        </w:rPr>
        <w:t>."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 xml:space="preserve">Controleer of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de opdracht uitvoert.</w:t>
      </w:r>
    </w:p>
    <w:p w14:paraId="0CCEFB2C" w14:textId="4EC544D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3</w:t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>Schakel over naar DAB+.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Sla drie favoriete zenders op.</w:t>
      </w:r>
    </w:p>
    <w:p w14:paraId="1311C3A2" w14:textId="637B5F0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4</w:t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>Speel een podcast af.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Pauzeer en hervat de weergave.</w:t>
      </w:r>
    </w:p>
    <w:p w14:paraId="43DCEC95" w14:textId="6C7ED9E5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5</w:t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>Pas de bas en hoge tonen een klein beetje aan.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Luister of je het verschil hoort.</w:t>
      </w:r>
    </w:p>
    <w:p w14:paraId="0D6CE819" w14:textId="597A1FB9" w:rsidR="000A63D8" w:rsidRPr="000A63D8" w:rsidRDefault="000A63D8" w:rsidP="00A248D5">
      <w:pPr>
        <w:spacing w:after="0"/>
        <w:rPr>
          <w:lang w:val="nl-NL"/>
        </w:rPr>
      </w:pPr>
    </w:p>
    <w:p w14:paraId="2610C400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 xml:space="preserve">De 10 handigste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-opdrachten voor muziek</w:t>
      </w:r>
    </w:p>
    <w:p w14:paraId="6C3C0153" w14:textId="77777777" w:rsidR="000A63D8" w:rsidRPr="000A63D8" w:rsidRDefault="000A63D8" w:rsidP="00A248D5">
      <w:pPr>
        <w:numPr>
          <w:ilvl w:val="0"/>
          <w:numId w:val="53"/>
        </w:numPr>
        <w:spacing w:after="0"/>
        <w:rPr>
          <w:lang w:val="nl-NL"/>
        </w:rPr>
      </w:pPr>
      <w:r w:rsidRPr="000A63D8">
        <w:rPr>
          <w:lang w:val="nl-NL"/>
        </w:rPr>
        <w:t>"Speel mijn afspeellijst Camper."</w:t>
      </w:r>
    </w:p>
    <w:p w14:paraId="550BB860" w14:textId="77777777" w:rsidR="000A63D8" w:rsidRPr="000A63D8" w:rsidRDefault="000A63D8" w:rsidP="00A248D5">
      <w:pPr>
        <w:numPr>
          <w:ilvl w:val="0"/>
          <w:numId w:val="53"/>
        </w:numPr>
        <w:spacing w:after="0"/>
        <w:rPr>
          <w:lang w:val="nl-NL"/>
        </w:rPr>
      </w:pPr>
      <w:r w:rsidRPr="000A63D8">
        <w:rPr>
          <w:lang w:val="nl-NL"/>
        </w:rPr>
        <w:t>"Speel rustige muziek."</w:t>
      </w:r>
    </w:p>
    <w:p w14:paraId="3DAD1204" w14:textId="77777777" w:rsidR="000A63D8" w:rsidRPr="000A63D8" w:rsidRDefault="000A63D8" w:rsidP="00A248D5">
      <w:pPr>
        <w:numPr>
          <w:ilvl w:val="0"/>
          <w:numId w:val="53"/>
        </w:numPr>
        <w:spacing w:after="0"/>
        <w:rPr>
          <w:lang w:val="nl-NL"/>
        </w:rPr>
      </w:pPr>
      <w:r w:rsidRPr="000A63D8">
        <w:rPr>
          <w:lang w:val="nl-NL"/>
        </w:rPr>
        <w:t xml:space="preserve">"Speel </w:t>
      </w:r>
      <w:proofErr w:type="spellStart"/>
      <w:r w:rsidRPr="000A63D8">
        <w:rPr>
          <w:lang w:val="nl-NL"/>
        </w:rPr>
        <w:t>Dire</w:t>
      </w:r>
      <w:proofErr w:type="spellEnd"/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Straits</w:t>
      </w:r>
      <w:proofErr w:type="spellEnd"/>
      <w:r w:rsidRPr="000A63D8">
        <w:rPr>
          <w:lang w:val="nl-NL"/>
        </w:rPr>
        <w:t>."</w:t>
      </w:r>
    </w:p>
    <w:p w14:paraId="339906CF" w14:textId="77777777" w:rsidR="000A63D8" w:rsidRPr="000A63D8" w:rsidRDefault="000A63D8" w:rsidP="00A248D5">
      <w:pPr>
        <w:numPr>
          <w:ilvl w:val="0"/>
          <w:numId w:val="53"/>
        </w:numPr>
        <w:spacing w:after="0"/>
        <w:rPr>
          <w:lang w:val="nl-NL"/>
        </w:rPr>
      </w:pPr>
      <w:r w:rsidRPr="000A63D8">
        <w:rPr>
          <w:lang w:val="nl-NL"/>
        </w:rPr>
        <w:t>"Pauzeer de muziek."</w:t>
      </w:r>
    </w:p>
    <w:p w14:paraId="10A7077F" w14:textId="77777777" w:rsidR="000A63D8" w:rsidRPr="000A63D8" w:rsidRDefault="000A63D8" w:rsidP="00A248D5">
      <w:pPr>
        <w:numPr>
          <w:ilvl w:val="0"/>
          <w:numId w:val="53"/>
        </w:numPr>
        <w:spacing w:after="0"/>
        <w:rPr>
          <w:lang w:val="nl-NL"/>
        </w:rPr>
      </w:pPr>
      <w:r w:rsidRPr="000A63D8">
        <w:rPr>
          <w:lang w:val="nl-NL"/>
        </w:rPr>
        <w:t>"Ga verder met afspelen."</w:t>
      </w:r>
    </w:p>
    <w:p w14:paraId="72D753DF" w14:textId="77777777" w:rsidR="000A63D8" w:rsidRPr="000A63D8" w:rsidRDefault="000A63D8" w:rsidP="00A248D5">
      <w:pPr>
        <w:numPr>
          <w:ilvl w:val="0"/>
          <w:numId w:val="53"/>
        </w:numPr>
        <w:spacing w:after="0"/>
        <w:rPr>
          <w:lang w:val="nl-NL"/>
        </w:rPr>
      </w:pPr>
      <w:r w:rsidRPr="000A63D8">
        <w:rPr>
          <w:lang w:val="nl-NL"/>
        </w:rPr>
        <w:t>"Volgend nummer."</w:t>
      </w:r>
    </w:p>
    <w:p w14:paraId="49B98FD1" w14:textId="77777777" w:rsidR="000A63D8" w:rsidRPr="000A63D8" w:rsidRDefault="000A63D8" w:rsidP="00A248D5">
      <w:pPr>
        <w:numPr>
          <w:ilvl w:val="0"/>
          <w:numId w:val="53"/>
        </w:numPr>
        <w:spacing w:after="0"/>
        <w:rPr>
          <w:lang w:val="nl-NL"/>
        </w:rPr>
      </w:pPr>
      <w:r w:rsidRPr="000A63D8">
        <w:rPr>
          <w:lang w:val="nl-NL"/>
        </w:rPr>
        <w:t>"Vorig nummer."</w:t>
      </w:r>
    </w:p>
    <w:p w14:paraId="6ECF1DDD" w14:textId="77777777" w:rsidR="000A63D8" w:rsidRPr="000A63D8" w:rsidRDefault="000A63D8" w:rsidP="00A248D5">
      <w:pPr>
        <w:numPr>
          <w:ilvl w:val="0"/>
          <w:numId w:val="53"/>
        </w:numPr>
        <w:spacing w:after="0"/>
        <w:rPr>
          <w:lang w:val="nl-NL"/>
        </w:rPr>
      </w:pPr>
      <w:r w:rsidRPr="000A63D8">
        <w:rPr>
          <w:lang w:val="nl-NL"/>
        </w:rPr>
        <w:t>"Zet het volume iets harder."</w:t>
      </w:r>
    </w:p>
    <w:p w14:paraId="1AB9986E" w14:textId="77777777" w:rsidR="000A63D8" w:rsidRPr="000A63D8" w:rsidRDefault="000A63D8" w:rsidP="00A248D5">
      <w:pPr>
        <w:numPr>
          <w:ilvl w:val="0"/>
          <w:numId w:val="53"/>
        </w:numPr>
        <w:spacing w:after="0"/>
        <w:rPr>
          <w:lang w:val="nl-NL"/>
        </w:rPr>
      </w:pPr>
      <w:r w:rsidRPr="000A63D8">
        <w:rPr>
          <w:lang w:val="nl-NL"/>
        </w:rPr>
        <w:t>"Speel mijn nieuwste podcast."</w:t>
      </w:r>
    </w:p>
    <w:p w14:paraId="5D19723A" w14:textId="77777777" w:rsidR="000A63D8" w:rsidRPr="000A63D8" w:rsidRDefault="000A63D8" w:rsidP="00A248D5">
      <w:pPr>
        <w:numPr>
          <w:ilvl w:val="0"/>
          <w:numId w:val="53"/>
        </w:numPr>
        <w:spacing w:after="0"/>
        <w:rPr>
          <w:lang w:val="nl-NL"/>
        </w:rPr>
      </w:pPr>
      <w:r w:rsidRPr="000A63D8">
        <w:rPr>
          <w:lang w:val="nl-NL"/>
        </w:rPr>
        <w:t>"Speel mijn luisterboek."</w:t>
      </w:r>
    </w:p>
    <w:p w14:paraId="3447A812" w14:textId="77777777" w:rsidR="00297914" w:rsidRDefault="00297914">
      <w:pPr>
        <w:rPr>
          <w:b/>
          <w:bCs/>
          <w:lang w:val="nl-NL"/>
        </w:rPr>
      </w:pPr>
      <w:r>
        <w:rPr>
          <w:b/>
          <w:bCs/>
          <w:lang w:val="nl-NL"/>
        </w:rPr>
        <w:br w:type="page"/>
      </w:r>
    </w:p>
    <w:p w14:paraId="5D674534" w14:textId="4AE7A8E8" w:rsidR="000A63D8" w:rsidRPr="000A63D8" w:rsidRDefault="000A63D8" w:rsidP="00297914">
      <w:pPr>
        <w:pStyle w:val="Titel"/>
      </w:pPr>
      <w:r w:rsidRPr="000A63D8">
        <w:lastRenderedPageBreak/>
        <w:t>7 – Telefoneren en berichten</w:t>
      </w:r>
    </w:p>
    <w:p w14:paraId="43E89F15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7.2 De Telefoon-app</w:t>
      </w:r>
    </w:p>
    <w:p w14:paraId="4E2BB94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Op het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-scherm zie je het pictogram </w:t>
      </w:r>
      <w:r w:rsidRPr="000A63D8">
        <w:rPr>
          <w:rFonts w:ascii="Segoe UI Emoji" w:hAnsi="Segoe UI Emoji" w:cs="Segoe UI Emoji"/>
          <w:b/>
          <w:bCs/>
          <w:lang w:val="nl-NL"/>
        </w:rPr>
        <w:t>📞</w:t>
      </w:r>
      <w:r w:rsidRPr="000A63D8">
        <w:rPr>
          <w:b/>
          <w:bCs/>
          <w:lang w:val="nl-NL"/>
        </w:rPr>
        <w:t xml:space="preserve"> Telefoon</w:t>
      </w:r>
      <w:r w:rsidRPr="000A63D8">
        <w:rPr>
          <w:lang w:val="nl-NL"/>
        </w:rPr>
        <w:t>.</w:t>
      </w:r>
    </w:p>
    <w:p w14:paraId="7E6EB72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Als je daarop tikt, zie je meestal:</w:t>
      </w:r>
    </w:p>
    <w:p w14:paraId="7875F48A" w14:textId="77777777" w:rsidR="000A63D8" w:rsidRPr="000A63D8" w:rsidRDefault="000A63D8" w:rsidP="00A248D5">
      <w:pPr>
        <w:numPr>
          <w:ilvl w:val="0"/>
          <w:numId w:val="56"/>
        </w:numPr>
        <w:spacing w:after="0"/>
        <w:rPr>
          <w:lang w:val="nl-NL"/>
        </w:rPr>
      </w:pPr>
      <w:r w:rsidRPr="000A63D8">
        <w:rPr>
          <w:b/>
          <w:bCs/>
          <w:lang w:val="nl-NL"/>
        </w:rPr>
        <w:t>Favorieten</w:t>
      </w:r>
      <w:r w:rsidRPr="000A63D8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⭐</w:t>
      </w:r>
    </w:p>
    <w:p w14:paraId="60333F27" w14:textId="77777777" w:rsidR="000A63D8" w:rsidRPr="000A63D8" w:rsidRDefault="000A63D8" w:rsidP="00A248D5">
      <w:pPr>
        <w:numPr>
          <w:ilvl w:val="0"/>
          <w:numId w:val="56"/>
        </w:numPr>
        <w:spacing w:after="0"/>
        <w:rPr>
          <w:lang w:val="nl-NL"/>
        </w:rPr>
      </w:pPr>
      <w:r w:rsidRPr="000A63D8">
        <w:rPr>
          <w:b/>
          <w:bCs/>
          <w:lang w:val="nl-NL"/>
        </w:rPr>
        <w:t>Recent</w:t>
      </w:r>
      <w:r w:rsidRPr="000A63D8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🕒</w:t>
      </w:r>
    </w:p>
    <w:p w14:paraId="290AA019" w14:textId="77777777" w:rsidR="000A63D8" w:rsidRPr="000A63D8" w:rsidRDefault="000A63D8" w:rsidP="00A248D5">
      <w:pPr>
        <w:numPr>
          <w:ilvl w:val="0"/>
          <w:numId w:val="56"/>
        </w:numPr>
        <w:spacing w:after="0"/>
        <w:rPr>
          <w:lang w:val="nl-NL"/>
        </w:rPr>
      </w:pPr>
      <w:r w:rsidRPr="000A63D8">
        <w:rPr>
          <w:b/>
          <w:bCs/>
          <w:lang w:val="nl-NL"/>
        </w:rPr>
        <w:t>Contacten</w:t>
      </w:r>
      <w:r w:rsidRPr="000A63D8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👥</w:t>
      </w:r>
    </w:p>
    <w:p w14:paraId="17ACAC43" w14:textId="77777777" w:rsidR="000A63D8" w:rsidRPr="000A63D8" w:rsidRDefault="000A63D8" w:rsidP="00A248D5">
      <w:pPr>
        <w:numPr>
          <w:ilvl w:val="0"/>
          <w:numId w:val="56"/>
        </w:numPr>
        <w:spacing w:after="0"/>
        <w:rPr>
          <w:lang w:val="nl-NL"/>
        </w:rPr>
      </w:pPr>
      <w:r w:rsidRPr="000A63D8">
        <w:rPr>
          <w:b/>
          <w:bCs/>
          <w:lang w:val="nl-NL"/>
        </w:rPr>
        <w:t>Toetsenblok</w:t>
      </w:r>
      <w:r w:rsidRPr="000A63D8">
        <w:rPr>
          <w:lang w:val="nl-NL"/>
        </w:rPr>
        <w:t xml:space="preserve"> </w:t>
      </w:r>
      <w:r w:rsidRPr="000A63D8">
        <w:rPr>
          <w:rFonts w:ascii="Cambria Math" w:hAnsi="Cambria Math" w:cs="Cambria Math"/>
          <w:lang w:val="nl-NL"/>
        </w:rPr>
        <w:t>⌨</w:t>
      </w:r>
      <w:r w:rsidRPr="000A63D8">
        <w:rPr>
          <w:lang w:val="nl-NL"/>
        </w:rPr>
        <w:t>️</w:t>
      </w:r>
    </w:p>
    <w:p w14:paraId="56593D43" w14:textId="77777777" w:rsidR="000A63D8" w:rsidRPr="000A63D8" w:rsidRDefault="000A63D8" w:rsidP="00A248D5">
      <w:pPr>
        <w:numPr>
          <w:ilvl w:val="0"/>
          <w:numId w:val="56"/>
        </w:numPr>
        <w:spacing w:after="0"/>
        <w:rPr>
          <w:lang w:val="nl-NL"/>
        </w:rPr>
      </w:pPr>
      <w:r w:rsidRPr="000A63D8">
        <w:rPr>
          <w:b/>
          <w:bCs/>
          <w:lang w:val="nl-NL"/>
        </w:rPr>
        <w:t>Voicemail</w:t>
      </w:r>
      <w:r w:rsidRPr="000A63D8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📬</w:t>
      </w:r>
      <w:r w:rsidRPr="000A63D8">
        <w:rPr>
          <w:lang w:val="nl-NL"/>
        </w:rPr>
        <w:t xml:space="preserve"> (als je provider dit ondersteunt)</w:t>
      </w:r>
    </w:p>
    <w:p w14:paraId="389012A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De meeste mensen gebruiken vooral </w:t>
      </w:r>
      <w:r w:rsidRPr="000A63D8">
        <w:rPr>
          <w:b/>
          <w:bCs/>
          <w:lang w:val="nl-NL"/>
        </w:rPr>
        <w:t>Favorieten</w:t>
      </w:r>
      <w:r w:rsidRPr="000A63D8">
        <w:rPr>
          <w:lang w:val="nl-NL"/>
        </w:rPr>
        <w:t xml:space="preserve"> en </w:t>
      </w:r>
      <w:r w:rsidRPr="000A63D8">
        <w:rPr>
          <w:b/>
          <w:bCs/>
          <w:lang w:val="nl-NL"/>
        </w:rPr>
        <w:t>Recent</w:t>
      </w:r>
      <w:r w:rsidRPr="000A63D8">
        <w:rPr>
          <w:lang w:val="nl-NL"/>
        </w:rPr>
        <w:t>.</w:t>
      </w:r>
    </w:p>
    <w:p w14:paraId="46100E02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 xml:space="preserve">7.3 Bellen met </w:t>
      </w:r>
      <w:proofErr w:type="spellStart"/>
      <w:r w:rsidRPr="000A63D8">
        <w:rPr>
          <w:lang w:val="nl-NL"/>
        </w:rPr>
        <w:t>Siri</w:t>
      </w:r>
      <w:proofErr w:type="spellEnd"/>
    </w:p>
    <w:p w14:paraId="4E4AC391" w14:textId="405EE5B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is de eenvoudigste manier.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Zeg bijvoorbeeld: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 xml:space="preserve">"Hé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, bel Janneke."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"Bel Lianne mobiel."</w:t>
      </w:r>
    </w:p>
    <w:p w14:paraId="253D6599" w14:textId="77777777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bevestigt de opdracht en start het gesprek.</w:t>
      </w:r>
    </w:p>
    <w:p w14:paraId="3F6F62D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💡</w:t>
      </w:r>
      <w:r w:rsidRPr="000A63D8">
        <w:rPr>
          <w:lang w:val="nl-NL"/>
        </w:rPr>
        <w:t xml:space="preserve"> </w:t>
      </w:r>
      <w:r w:rsidRPr="000A63D8">
        <w:rPr>
          <w:b/>
          <w:bCs/>
          <w:lang w:val="nl-NL"/>
        </w:rPr>
        <w:t>Tip:</w:t>
      </w:r>
      <w:r w:rsidRPr="000A63D8">
        <w:rPr>
          <w:lang w:val="nl-NL"/>
        </w:rPr>
        <w:t xml:space="preserve"> Als een contact meerdere nummers heeft (bijvoorbeeld mobiel en werk), noem dan ook het type nummer.</w:t>
      </w:r>
    </w:p>
    <w:p w14:paraId="559EB529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7.4 Een gesprek aannemen</w:t>
      </w:r>
    </w:p>
    <w:p w14:paraId="049BD86A" w14:textId="36ABDCF3" w:rsidR="000A63D8" w:rsidRPr="000A63D8" w:rsidRDefault="000A63D8" w:rsidP="00297914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Als iemand belt terwijl je rijdt, verschijnt er een melding op het scherm.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Je kunt kiezen:</w:t>
      </w:r>
      <w:r w:rsidR="00297914">
        <w:rPr>
          <w:lang w:val="nl-NL"/>
        </w:rPr>
        <w:t xml:space="preserve"> </w:t>
      </w:r>
      <w:r w:rsidRPr="000A63D8">
        <w:rPr>
          <w:b/>
          <w:bCs/>
          <w:lang w:val="nl-NL"/>
        </w:rPr>
        <w:t>Accepteren</w:t>
      </w:r>
      <w:r w:rsidRPr="000A63D8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="00297914">
        <w:rPr>
          <w:rFonts w:ascii="Segoe UI Emoji" w:hAnsi="Segoe UI Emoji" w:cs="Segoe UI Emoji"/>
          <w:lang w:val="nl-NL"/>
        </w:rPr>
        <w:t xml:space="preserve"> </w:t>
      </w:r>
      <w:r w:rsidRPr="000A63D8">
        <w:rPr>
          <w:b/>
          <w:bCs/>
          <w:lang w:val="nl-NL"/>
        </w:rPr>
        <w:t>Weigeren</w:t>
      </w:r>
      <w:r w:rsidRPr="000A63D8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❌</w:t>
      </w:r>
      <w:r w:rsidR="00297914">
        <w:rPr>
          <w:rFonts w:ascii="Segoe UI Emoji" w:hAnsi="Segoe UI Emoji" w:cs="Segoe UI Emoji"/>
          <w:lang w:val="nl-NL"/>
        </w:rPr>
        <w:t xml:space="preserve"> </w:t>
      </w:r>
      <w:r w:rsidRPr="000A63D8">
        <w:rPr>
          <w:lang w:val="nl-NL"/>
        </w:rPr>
        <w:t xml:space="preserve">Je hoeft niet eerst uit de navigatie te gaan;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regelt dit automatisch.</w:t>
      </w:r>
    </w:p>
    <w:p w14:paraId="096A387F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7.5 Een gesprek beëindigen</w:t>
      </w:r>
    </w:p>
    <w:p w14:paraId="4B06115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Tik op de rode knop </w:t>
      </w:r>
      <w:r w:rsidRPr="000A63D8">
        <w:rPr>
          <w:b/>
          <w:bCs/>
          <w:lang w:val="nl-NL"/>
        </w:rPr>
        <w:t>Beëindigen</w:t>
      </w:r>
      <w:r w:rsidRPr="000A63D8">
        <w:rPr>
          <w:lang w:val="nl-NL"/>
        </w:rPr>
        <w:t xml:space="preserve"> of gebruik de knop op het stuur (als je camper die heeft).</w:t>
      </w:r>
    </w:p>
    <w:p w14:paraId="42D5039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Na het gesprek keert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automatisch terug naar de navigatie of de app die je gebruikte.</w:t>
      </w:r>
    </w:p>
    <w:p w14:paraId="3013DF96" w14:textId="6AA7E7CC" w:rsidR="000A63D8" w:rsidRPr="000A63D8" w:rsidRDefault="00297914" w:rsidP="00297914">
      <w:pPr>
        <w:pStyle w:val="Kop1"/>
        <w:rPr>
          <w:lang w:val="nl-NL"/>
        </w:rPr>
      </w:pPr>
      <w:r>
        <w:rPr>
          <w:lang w:val="nl-NL"/>
        </w:rPr>
        <w:t>7</w:t>
      </w:r>
      <w:r w:rsidR="000A63D8" w:rsidRPr="000A63D8">
        <w:rPr>
          <w:lang w:val="nl-NL"/>
        </w:rPr>
        <w:t>.6 Je favoriete contacten</w:t>
      </w:r>
    </w:p>
    <w:p w14:paraId="05753FC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Maak op je iPhone een lijst met favoriete contacten.</w:t>
      </w:r>
    </w:p>
    <w:p w14:paraId="0FAED329" w14:textId="039493F8" w:rsidR="000A63D8" w:rsidRPr="000A63D8" w:rsidRDefault="000A63D8" w:rsidP="00297914">
      <w:pPr>
        <w:tabs>
          <w:tab w:val="num" w:pos="720"/>
        </w:tabs>
        <w:spacing w:after="0"/>
        <w:rPr>
          <w:lang w:val="nl-NL"/>
        </w:rPr>
      </w:pPr>
      <w:proofErr w:type="gramStart"/>
      <w:r w:rsidRPr="000A63D8">
        <w:rPr>
          <w:lang w:val="nl-NL"/>
        </w:rPr>
        <w:lastRenderedPageBreak/>
        <w:t>Bijvoorbeeld:</w:t>
      </w:r>
      <w:r w:rsidR="00297914">
        <w:rPr>
          <w:lang w:val="nl-NL"/>
        </w:rPr>
        <w:t xml:space="preserve">  Yvonne</w:t>
      </w:r>
      <w:proofErr w:type="gramEnd"/>
      <w:r w:rsidR="00297914">
        <w:rPr>
          <w:lang w:val="nl-NL"/>
        </w:rPr>
        <w:t xml:space="preserve"> </w:t>
      </w:r>
      <w:r w:rsidRPr="000A63D8">
        <w:rPr>
          <w:lang w:val="nl-NL"/>
        </w:rPr>
        <w:t>Lianne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Huisarts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Pechhulp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Verzekering</w:t>
      </w:r>
    </w:p>
    <w:p w14:paraId="40E78A4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Dan hoef je onderweg nooit te zoeken.</w:t>
      </w:r>
    </w:p>
    <w:p w14:paraId="7BAA157F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7.7 WhatsApp en sms</w:t>
      </w:r>
    </w:p>
    <w:p w14:paraId="4707AE0F" w14:textId="77777777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laat geen lange berichten op het scherm zien. Dat is een bewuste veiligheidskeuze.</w:t>
      </w:r>
    </w:p>
    <w:p w14:paraId="4E60A443" w14:textId="23EF64B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Wanneer een bericht binnenkomt, vraagt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bijvoorbeeld: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"Je hebt een bericht van Frank. Wil je het horen?"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Je antwoordt: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"Ja."</w:t>
      </w:r>
      <w:r w:rsidR="00297914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leest het bericht voor.</w:t>
      </w:r>
    </w:p>
    <w:p w14:paraId="17A44936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7.8 Een bericht beantwoorden</w:t>
      </w:r>
    </w:p>
    <w:p w14:paraId="3CA1C5EB" w14:textId="696BF61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Na het voorlezen vraagt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"Wil je antwoorden?"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Zeg: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"Ja."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Spreek vervolgens je antwoord in, bijvoorbeeld: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"We zijn rond vier uur op de camping."</w:t>
      </w:r>
    </w:p>
    <w:p w14:paraId="25329194" w14:textId="77777777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leest jouw tekst nog één keer voor en vraagt of het bericht verzonden mag worden.</w:t>
      </w:r>
    </w:p>
    <w:p w14:paraId="5F91F38B" w14:textId="7AAB51C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Zeg: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"Verstuur."</w:t>
      </w:r>
    </w:p>
    <w:p w14:paraId="1033B2DF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7.9 Zelf een nieuw bericht sturen</w:t>
      </w:r>
    </w:p>
    <w:p w14:paraId="382FA2E1" w14:textId="0DB72A11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hoeft niet eerst WhatsApp te openen.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Zeg gewoon: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"Stuur een WhatsApp naar Frank."</w:t>
      </w:r>
      <w:r w:rsidR="00297914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vraagt: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"Wat wil je zeggen?"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Spreek je bericht in.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Na jouw bevestiging wordt het verstuurd.</w:t>
      </w:r>
    </w:p>
    <w:p w14:paraId="06A8AB93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7.10 Berichten tijdens het rijden</w:t>
      </w:r>
    </w:p>
    <w:p w14:paraId="3F2D939C" w14:textId="07486D4D" w:rsidR="000A63D8" w:rsidRPr="000A63D8" w:rsidRDefault="000A63D8" w:rsidP="00297914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Mijn advies: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 xml:space="preserve">Laat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berichten voorlezen.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Beantwoord alleen korte, eenvoudige berichten.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Voor langere gesprekken kun je beter even stoppen.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Dat rijdt rustiger en veiliger.</w:t>
      </w:r>
    </w:p>
    <w:p w14:paraId="45490F5B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7.11 Contacten zoeken</w:t>
      </w:r>
    </w:p>
    <w:p w14:paraId="33236865" w14:textId="3876E3E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Je kunt natuurlijk bladeren door je contacten, maar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is veel sneller.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Bijvoorbeeld: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"Bel de camping."</w:t>
      </w:r>
      <w:r w:rsidR="00297914">
        <w:rPr>
          <w:lang w:val="nl-NL"/>
        </w:rPr>
        <w:t xml:space="preserve"> </w:t>
      </w:r>
      <w:r w:rsidR="00297914" w:rsidRPr="000A63D8">
        <w:rPr>
          <w:lang w:val="nl-NL"/>
        </w:rPr>
        <w:t>O</w:t>
      </w:r>
      <w:r w:rsidRPr="000A63D8">
        <w:rPr>
          <w:lang w:val="nl-NL"/>
        </w:rPr>
        <w:t>f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"Bel de ANWB."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 xml:space="preserve">Als deze namen in je contacten staan, vindt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ze meestal direct.</w:t>
      </w:r>
    </w:p>
    <w:p w14:paraId="7EEC3FB4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7.12 De geluidskwaliteit</w:t>
      </w:r>
    </w:p>
    <w:p w14:paraId="416EE91C" w14:textId="77777777" w:rsidR="00297914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SPH-DA77DAB gebruikt een externe microfoon</w:t>
      </w:r>
    </w:p>
    <w:p w14:paraId="3D614DA7" w14:textId="3EAB01C0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7.14 Wat als iemand belt tijdens de navigatie?</w:t>
      </w:r>
    </w:p>
    <w:p w14:paraId="045331DE" w14:textId="4A443AF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Geen probleem.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Het scherm schakelt tijdelijk over naar het telefoongesprek.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Na het ophangen verschijnt de navigatie automatisch weer.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Je route blijft gewoon actief.</w:t>
      </w:r>
    </w:p>
    <w:p w14:paraId="2CBCF22E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7.15 Noodgevallen</w:t>
      </w:r>
    </w:p>
    <w:p w14:paraId="67A38A4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Het is verstandig om een paar belangrijke nummers in je favorieten te zetten, zoals:</w:t>
      </w:r>
    </w:p>
    <w:p w14:paraId="07FCAF25" w14:textId="77777777" w:rsidR="000A63D8" w:rsidRPr="000A63D8" w:rsidRDefault="000A63D8" w:rsidP="00A248D5">
      <w:pPr>
        <w:numPr>
          <w:ilvl w:val="0"/>
          <w:numId w:val="61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ANWB Wegenwacht</w:t>
      </w:r>
    </w:p>
    <w:p w14:paraId="03D7E0C2" w14:textId="77777777" w:rsidR="000A63D8" w:rsidRPr="000A63D8" w:rsidRDefault="000A63D8" w:rsidP="00A248D5">
      <w:pPr>
        <w:numPr>
          <w:ilvl w:val="0"/>
          <w:numId w:val="61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Verzekeraar</w:t>
      </w:r>
    </w:p>
    <w:p w14:paraId="0BD61C71" w14:textId="77777777" w:rsidR="000A63D8" w:rsidRPr="000A63D8" w:rsidRDefault="000A63D8" w:rsidP="00A248D5">
      <w:pPr>
        <w:numPr>
          <w:ilvl w:val="0"/>
          <w:numId w:val="61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Camperdealer</w:t>
      </w:r>
    </w:p>
    <w:p w14:paraId="300DC3BD" w14:textId="77777777" w:rsidR="000A63D8" w:rsidRPr="000A63D8" w:rsidRDefault="000A63D8" w:rsidP="00A248D5">
      <w:pPr>
        <w:numPr>
          <w:ilvl w:val="0"/>
          <w:numId w:val="61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Huisarts</w:t>
      </w:r>
    </w:p>
    <w:p w14:paraId="1B1AF557" w14:textId="77777777" w:rsidR="000A63D8" w:rsidRPr="000A63D8" w:rsidRDefault="000A63D8" w:rsidP="00A248D5">
      <w:pPr>
        <w:numPr>
          <w:ilvl w:val="0"/>
          <w:numId w:val="61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Een contactpersoon thuis</w:t>
      </w:r>
    </w:p>
    <w:p w14:paraId="42239F0A" w14:textId="14823773" w:rsidR="000A63D8" w:rsidRPr="000A63D8" w:rsidRDefault="000A63D8" w:rsidP="00A248D5">
      <w:pPr>
        <w:spacing w:after="0"/>
        <w:rPr>
          <w:lang w:val="nl-NL"/>
        </w:rPr>
      </w:pPr>
    </w:p>
    <w:p w14:paraId="6B9916C6" w14:textId="77777777" w:rsidR="000A63D8" w:rsidRPr="000A63D8" w:rsidRDefault="000A63D8" w:rsidP="00297914">
      <w:pPr>
        <w:pStyle w:val="Kop1"/>
        <w:rPr>
          <w:lang w:val="nl-NL"/>
        </w:rPr>
      </w:pPr>
      <w:r w:rsidRPr="000A63D8">
        <w:rPr>
          <w:lang w:val="nl-NL"/>
        </w:rPr>
        <w:t>Praktijkoefeningen</w:t>
      </w:r>
    </w:p>
    <w:p w14:paraId="1B390018" w14:textId="286003C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1</w:t>
      </w:r>
      <w:r w:rsidR="00297914">
        <w:rPr>
          <w:b/>
          <w:bCs/>
          <w:lang w:val="nl-NL"/>
        </w:rPr>
        <w:t xml:space="preserve"> </w:t>
      </w:r>
      <w:r w:rsidR="00297914" w:rsidRPr="00297914">
        <w:rPr>
          <w:b/>
          <w:bCs/>
          <w:lang w:val="nl-NL"/>
        </w:rPr>
        <w:sym w:font="Wingdings" w:char="F0E0"/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Vraag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: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 xml:space="preserve">"Bel </w:t>
      </w:r>
      <w:r w:rsidR="00297914">
        <w:rPr>
          <w:lang w:val="nl-NL"/>
        </w:rPr>
        <w:t>Yvonne</w:t>
      </w:r>
      <w:r w:rsidRPr="000A63D8">
        <w:rPr>
          <w:lang w:val="nl-NL"/>
        </w:rPr>
        <w:t>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Controleer of het gesprek goed klinkt.</w:t>
      </w:r>
    </w:p>
    <w:p w14:paraId="598EE15B" w14:textId="0522486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2</w:t>
      </w:r>
      <w:r w:rsidR="00297914">
        <w:rPr>
          <w:b/>
          <w:bCs/>
          <w:lang w:val="nl-NL"/>
        </w:rPr>
        <w:t xml:space="preserve"> </w:t>
      </w:r>
      <w:r w:rsidR="00297914" w:rsidRPr="00297914">
        <w:rPr>
          <w:b/>
          <w:bCs/>
          <w:lang w:val="nl-NL"/>
        </w:rPr>
        <w:sym w:font="Wingdings" w:char="F0E0"/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Stuur een WhatsApp naar jezelf of een familielid met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.</w:t>
      </w:r>
    </w:p>
    <w:p w14:paraId="13D9DF85" w14:textId="09B942C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3</w:t>
      </w:r>
      <w:r w:rsidR="00297914">
        <w:rPr>
          <w:b/>
          <w:bCs/>
          <w:lang w:val="nl-NL"/>
        </w:rPr>
        <w:t xml:space="preserve"> </w:t>
      </w:r>
      <w:r w:rsidR="00297914" w:rsidRPr="00297914">
        <w:rPr>
          <w:b/>
          <w:bCs/>
          <w:lang w:val="nl-NL"/>
        </w:rPr>
        <w:sym w:font="Wingdings" w:char="F0E0"/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Laat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een binnengekomen bericht voorlezen.</w:t>
      </w:r>
    </w:p>
    <w:p w14:paraId="76BE6D74" w14:textId="3F421F04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4</w:t>
      </w:r>
      <w:r w:rsidR="00297914">
        <w:rPr>
          <w:b/>
          <w:bCs/>
          <w:lang w:val="nl-NL"/>
        </w:rPr>
        <w:t xml:space="preserve"> </w:t>
      </w:r>
      <w:r w:rsidR="00297914" w:rsidRPr="00297914">
        <w:rPr>
          <w:b/>
          <w:bCs/>
          <w:lang w:val="nl-NL"/>
        </w:rPr>
        <w:sym w:font="Wingdings" w:char="F0E0"/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>Maak op je iPhone een lijst met minimaal vijf favoriete contacten.</w:t>
      </w:r>
    </w:p>
    <w:p w14:paraId="031946DD" w14:textId="4AB57D6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5</w:t>
      </w:r>
      <w:r w:rsidR="00297914">
        <w:rPr>
          <w:b/>
          <w:bCs/>
          <w:lang w:val="nl-NL"/>
        </w:rPr>
        <w:t xml:space="preserve"> </w:t>
      </w:r>
      <w:r w:rsidR="00297914" w:rsidRPr="00297914">
        <w:rPr>
          <w:b/>
          <w:bCs/>
          <w:lang w:val="nl-NL"/>
        </w:rPr>
        <w:sym w:font="Wingdings" w:char="F0E0"/>
      </w:r>
      <w:r w:rsidR="00297914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Controleer of de microfoon goed werkt door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een paar vragen te stellen, zoals:</w:t>
      </w:r>
    </w:p>
    <w:p w14:paraId="71859BD0" w14:textId="7E464BD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"Hoe laat is het?"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of</w:t>
      </w:r>
      <w:r w:rsidR="00297914">
        <w:rPr>
          <w:lang w:val="nl-NL"/>
        </w:rPr>
        <w:t xml:space="preserve"> </w:t>
      </w:r>
      <w:r w:rsidRPr="000A63D8">
        <w:rPr>
          <w:lang w:val="nl-NL"/>
        </w:rPr>
        <w:t>"Wat is het weer vandaag?"</w:t>
      </w:r>
    </w:p>
    <w:p w14:paraId="2DB77A8B" w14:textId="69D95A57" w:rsidR="000A63D8" w:rsidRPr="000A63D8" w:rsidRDefault="000A63D8" w:rsidP="00A248D5">
      <w:pPr>
        <w:spacing w:after="0"/>
        <w:rPr>
          <w:lang w:val="nl-NL"/>
        </w:rPr>
      </w:pPr>
    </w:p>
    <w:p w14:paraId="72E4E343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 xml:space="preserve">De 15 handigste </w:t>
      </w:r>
      <w:proofErr w:type="spellStart"/>
      <w:r w:rsidRPr="000A63D8">
        <w:rPr>
          <w:b/>
          <w:bCs/>
          <w:lang w:val="nl-NL"/>
        </w:rPr>
        <w:t>Siri</w:t>
      </w:r>
      <w:proofErr w:type="spellEnd"/>
      <w:r w:rsidRPr="000A63D8">
        <w:rPr>
          <w:b/>
          <w:bCs/>
          <w:lang w:val="nl-NL"/>
        </w:rPr>
        <w:t>-opdrachten voor bellen en berichten</w:t>
      </w:r>
    </w:p>
    <w:p w14:paraId="51EF6717" w14:textId="0AA0CD0C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 xml:space="preserve">"Bel </w:t>
      </w:r>
      <w:r w:rsidR="00297914">
        <w:rPr>
          <w:lang w:val="nl-NL"/>
        </w:rPr>
        <w:t>Lianne</w:t>
      </w:r>
      <w:r w:rsidRPr="000A63D8">
        <w:rPr>
          <w:lang w:val="nl-NL"/>
        </w:rPr>
        <w:t>."</w:t>
      </w:r>
    </w:p>
    <w:p w14:paraId="6852D0F8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"Bel Lianne mobiel."</w:t>
      </w:r>
    </w:p>
    <w:p w14:paraId="4C279E59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"Bel Frank."</w:t>
      </w:r>
    </w:p>
    <w:p w14:paraId="26F29786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"Bel de ANWB."</w:t>
      </w:r>
    </w:p>
    <w:p w14:paraId="43ABA554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"Bel de camping."</w:t>
      </w:r>
    </w:p>
    <w:p w14:paraId="2AF26374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"Lees mijn berichten."</w:t>
      </w:r>
    </w:p>
    <w:p w14:paraId="2FDE2E1C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"Stuur een WhatsApp naar Frank."</w:t>
      </w:r>
    </w:p>
    <w:p w14:paraId="799BC142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"Stuur een bericht naar Janneke."</w:t>
      </w:r>
    </w:p>
    <w:p w14:paraId="6752000E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"Beantwoord mijn laatste bericht."</w:t>
      </w:r>
    </w:p>
    <w:p w14:paraId="4FD8F552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"Bel het laatste nummer terug."</w:t>
      </w:r>
    </w:p>
    <w:p w14:paraId="51483BA1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"Wie heeft mij vandaag gebeld?"</w:t>
      </w:r>
    </w:p>
    <w:p w14:paraId="5B247E75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"Lees mijn laatste WhatsApp."</w:t>
      </w:r>
    </w:p>
    <w:p w14:paraId="221428B8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"Stuur: We zijn over een uur op de camping."</w:t>
      </w:r>
    </w:p>
    <w:p w14:paraId="7A6AE8FE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"Bel mijn voicemail."</w:t>
      </w:r>
    </w:p>
    <w:p w14:paraId="7279436B" w14:textId="77777777" w:rsidR="000A63D8" w:rsidRPr="000A63D8" w:rsidRDefault="000A63D8" w:rsidP="00A248D5">
      <w:pPr>
        <w:numPr>
          <w:ilvl w:val="0"/>
          <w:numId w:val="62"/>
        </w:num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"Annuleer."</w:t>
      </w:r>
    </w:p>
    <w:p w14:paraId="16967F1D" w14:textId="172DB0BD" w:rsidR="000A63D8" w:rsidRPr="000A63D8" w:rsidRDefault="000A63D8" w:rsidP="00297914">
      <w:pPr>
        <w:pStyle w:val="Titel"/>
      </w:pPr>
      <w:r w:rsidRPr="000A63D8">
        <w:lastRenderedPageBreak/>
        <w:t xml:space="preserve">8 – </w:t>
      </w:r>
      <w:proofErr w:type="spellStart"/>
      <w:r w:rsidRPr="000A63D8">
        <w:t>Siri</w:t>
      </w:r>
      <w:proofErr w:type="spellEnd"/>
      <w:r w:rsidRPr="000A63D8">
        <w:t xml:space="preserve">: persoonlijke </w:t>
      </w:r>
      <w:proofErr w:type="spellStart"/>
      <w:r w:rsidRPr="000A63D8">
        <w:t>reisassistent</w:t>
      </w:r>
      <w:proofErr w:type="spellEnd"/>
    </w:p>
    <w:p w14:paraId="2982BC31" w14:textId="77777777" w:rsidR="000A63D8" w:rsidRPr="000A63D8" w:rsidRDefault="000A63D8" w:rsidP="000604ED">
      <w:pPr>
        <w:pStyle w:val="Kop1"/>
        <w:rPr>
          <w:lang w:val="nl-NL"/>
        </w:rPr>
      </w:pPr>
      <w:r w:rsidRPr="000A63D8">
        <w:rPr>
          <w:lang w:val="nl-NL"/>
        </w:rPr>
        <w:t xml:space="preserve">8.1 Wie is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eigenlijk?</w:t>
      </w:r>
    </w:p>
    <w:p w14:paraId="267A8A5B" w14:textId="69294A78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is de digitale assistent van Apple.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 xml:space="preserve">Zie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als een </w:t>
      </w:r>
      <w:r w:rsidRPr="000A63D8">
        <w:rPr>
          <w:b/>
          <w:bCs/>
          <w:lang w:val="nl-NL"/>
        </w:rPr>
        <w:t>reisgenoot die altijd naast je zit</w:t>
      </w:r>
      <w:r w:rsidRPr="000A63D8">
        <w:rPr>
          <w:lang w:val="nl-NL"/>
        </w:rPr>
        <w:t>.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Je kunt alles gewoon vragen.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Bijvoorbeeld: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"Waar is een bakker?"</w:t>
      </w:r>
      <w:r w:rsidR="000604ED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zoekt.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 xml:space="preserve">"Bel </w:t>
      </w:r>
      <w:r w:rsidR="000604ED">
        <w:rPr>
          <w:lang w:val="nl-NL"/>
        </w:rPr>
        <w:t>Liann</w:t>
      </w:r>
      <w:r w:rsidRPr="000A63D8">
        <w:rPr>
          <w:lang w:val="nl-NL"/>
        </w:rPr>
        <w:t>e."</w:t>
      </w:r>
    </w:p>
    <w:p w14:paraId="719AB474" w14:textId="77794CCE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belt.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"Speel jazz."</w:t>
      </w:r>
      <w:r w:rsidR="000604ED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speelt muziek af.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Je hoeft dus bijna nooit meer te typen.</w:t>
      </w:r>
    </w:p>
    <w:p w14:paraId="296A796A" w14:textId="77777777" w:rsidR="000A63D8" w:rsidRPr="000A63D8" w:rsidRDefault="000A63D8" w:rsidP="000604ED">
      <w:pPr>
        <w:pStyle w:val="Kop1"/>
        <w:rPr>
          <w:lang w:val="nl-NL"/>
        </w:rPr>
      </w:pPr>
      <w:r w:rsidRPr="000A63D8">
        <w:rPr>
          <w:lang w:val="nl-NL"/>
        </w:rPr>
        <w:t xml:space="preserve">8.2 Hoe activeer je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?</w:t>
      </w:r>
    </w:p>
    <w:p w14:paraId="74C0A54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Er zijn drie manieren.</w:t>
      </w:r>
    </w:p>
    <w:p w14:paraId="6BBEDED7" w14:textId="4D530AE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Manier 1 (de makkelijkste)</w:t>
      </w:r>
      <w:r w:rsidR="000604ED">
        <w:rPr>
          <w:b/>
          <w:bCs/>
          <w:lang w:val="nl-NL"/>
        </w:rPr>
        <w:t xml:space="preserve"> </w:t>
      </w:r>
      <w:r w:rsidR="000604ED" w:rsidRPr="000604ED">
        <w:rPr>
          <w:b/>
          <w:bCs/>
          <w:lang w:val="nl-NL"/>
        </w:rPr>
        <w:sym w:font="Wingdings" w:char="F0E0"/>
      </w:r>
      <w:r w:rsidR="000604ED">
        <w:rPr>
          <w:b/>
          <w:bCs/>
          <w:lang w:val="nl-NL"/>
        </w:rPr>
        <w:t xml:space="preserve"> </w:t>
      </w:r>
      <w:r w:rsidRPr="000A63D8">
        <w:rPr>
          <w:lang w:val="nl-NL"/>
        </w:rPr>
        <w:t>Zeg:</w:t>
      </w:r>
      <w:r w:rsidR="000604ED">
        <w:rPr>
          <w:lang w:val="nl-NL"/>
        </w:rPr>
        <w:t xml:space="preserve"> </w:t>
      </w:r>
      <w:r w:rsidRPr="000A63D8">
        <w:rPr>
          <w:b/>
          <w:bCs/>
          <w:lang w:val="nl-NL"/>
        </w:rPr>
        <w:t xml:space="preserve">"Hé </w:t>
      </w:r>
      <w:proofErr w:type="spellStart"/>
      <w:r w:rsidRPr="000A63D8">
        <w:rPr>
          <w:b/>
          <w:bCs/>
          <w:lang w:val="nl-NL"/>
        </w:rPr>
        <w:t>Siri</w:t>
      </w:r>
      <w:proofErr w:type="spellEnd"/>
      <w:r w:rsidRPr="000A63D8">
        <w:rPr>
          <w:b/>
          <w:bCs/>
          <w:lang w:val="nl-NL"/>
        </w:rPr>
        <w:t>..."</w:t>
      </w:r>
      <w:r w:rsidR="000604ED">
        <w:rPr>
          <w:b/>
          <w:bCs/>
          <w:lang w:val="nl-NL"/>
        </w:rPr>
        <w:t xml:space="preserve"> </w:t>
      </w:r>
      <w:r w:rsidRPr="000A63D8">
        <w:rPr>
          <w:lang w:val="nl-NL"/>
        </w:rPr>
        <w:t>Daarna geef je direct je opdracht.</w:t>
      </w:r>
    </w:p>
    <w:p w14:paraId="53CCFCC1" w14:textId="2BB0D2B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Manier 2</w:t>
      </w:r>
      <w:r w:rsidR="000604ED">
        <w:rPr>
          <w:b/>
          <w:bCs/>
          <w:lang w:val="nl-NL"/>
        </w:rPr>
        <w:t xml:space="preserve"> </w:t>
      </w:r>
      <w:r w:rsidR="000604ED" w:rsidRPr="000604ED">
        <w:rPr>
          <w:b/>
          <w:bCs/>
          <w:lang w:val="nl-NL"/>
        </w:rPr>
        <w:sym w:font="Wingdings" w:char="F0E0"/>
      </w:r>
      <w:r w:rsidR="000604ED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Houd de </w:t>
      </w:r>
      <w:r w:rsidRPr="000A63D8">
        <w:rPr>
          <w:b/>
          <w:bCs/>
          <w:lang w:val="nl-NL"/>
        </w:rPr>
        <w:t>spraakknop op het stuur</w:t>
      </w:r>
      <w:r w:rsidRPr="000A63D8">
        <w:rPr>
          <w:lang w:val="nl-NL"/>
        </w:rPr>
        <w:t xml:space="preserve"> ingedrukt (als jouw camper die heeft).</w:t>
      </w:r>
    </w:p>
    <w:p w14:paraId="53F4896D" w14:textId="4FE6853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Manier 3</w:t>
      </w:r>
      <w:r w:rsidR="000604ED">
        <w:rPr>
          <w:b/>
          <w:bCs/>
          <w:lang w:val="nl-NL"/>
        </w:rPr>
        <w:t xml:space="preserve"> </w:t>
      </w:r>
      <w:r w:rsidR="000604ED" w:rsidRPr="000604ED">
        <w:rPr>
          <w:b/>
          <w:bCs/>
          <w:lang w:val="nl-NL"/>
        </w:rPr>
        <w:sym w:font="Wingdings" w:char="F0E0"/>
      </w:r>
      <w:r w:rsidR="000604ED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Houd de </w:t>
      </w:r>
      <w:r w:rsidRPr="000A63D8">
        <w:rPr>
          <w:b/>
          <w:bCs/>
          <w:lang w:val="nl-NL"/>
        </w:rPr>
        <w:t xml:space="preserve">microfoonknop op het </w:t>
      </w:r>
      <w:proofErr w:type="spellStart"/>
      <w:r w:rsidRPr="000A63D8">
        <w:rPr>
          <w:b/>
          <w:bCs/>
          <w:lang w:val="nl-NL"/>
        </w:rPr>
        <w:t>CarPlay</w:t>
      </w:r>
      <w:proofErr w:type="spellEnd"/>
      <w:r w:rsidRPr="000A63D8">
        <w:rPr>
          <w:b/>
          <w:bCs/>
          <w:lang w:val="nl-NL"/>
        </w:rPr>
        <w:t>-scherm</w:t>
      </w:r>
      <w:r w:rsidRPr="000A63D8">
        <w:rPr>
          <w:lang w:val="nl-NL"/>
        </w:rPr>
        <w:t xml:space="preserve"> ingedrukt.</w:t>
      </w:r>
    </w:p>
    <w:p w14:paraId="7385ED7D" w14:textId="77777777" w:rsidR="000A63D8" w:rsidRPr="000A63D8" w:rsidRDefault="000A63D8" w:rsidP="000604ED">
      <w:pPr>
        <w:pStyle w:val="Kop1"/>
        <w:rPr>
          <w:lang w:val="nl-NL"/>
        </w:rPr>
      </w:pPr>
      <w:r w:rsidRPr="000A63D8">
        <w:rPr>
          <w:lang w:val="nl-NL"/>
        </w:rPr>
        <w:t xml:space="preserve">8.3 Hoe praat je met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?</w:t>
      </w:r>
    </w:p>
    <w:p w14:paraId="17A1FEA6" w14:textId="17196FA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Praat alsof je tegen een passagier praat.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Niet zo:</w:t>
      </w:r>
      <w:r w:rsidR="000604ED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❌</w:t>
      </w:r>
      <w:r w:rsidR="000604ED">
        <w:rPr>
          <w:rFonts w:ascii="Segoe UI Emoji" w:hAnsi="Segoe UI Emoji" w:cs="Segoe UI Emoji"/>
          <w:lang w:val="nl-NL"/>
        </w:rPr>
        <w:t xml:space="preserve"> </w:t>
      </w:r>
      <w:r w:rsidRPr="000A63D8">
        <w:rPr>
          <w:lang w:val="nl-NL"/>
        </w:rPr>
        <w:t>"</w:t>
      </w:r>
      <w:proofErr w:type="gramStart"/>
      <w:r w:rsidRPr="000A63D8">
        <w:rPr>
          <w:lang w:val="nl-NL"/>
        </w:rPr>
        <w:t>Navigatie systeem</w:t>
      </w:r>
      <w:proofErr w:type="gramEnd"/>
      <w:r w:rsidRPr="000A63D8">
        <w:rPr>
          <w:lang w:val="nl-NL"/>
        </w:rPr>
        <w:t xml:space="preserve"> route Frankrijk snelweg tankstation."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Maar gewoon:</w:t>
      </w:r>
      <w:r w:rsidR="000604ED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="000604ED">
        <w:rPr>
          <w:rFonts w:ascii="Segoe UI Emoji" w:hAnsi="Segoe UI Emoji" w:cs="Segoe UI Emoji"/>
          <w:lang w:val="nl-NL"/>
        </w:rPr>
        <w:t xml:space="preserve"> </w:t>
      </w:r>
      <w:r w:rsidRPr="000A63D8">
        <w:rPr>
          <w:lang w:val="nl-NL"/>
        </w:rPr>
        <w:t>"Navigeer naar de dichtstbijzijnde Lidl."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 xml:space="preserve">Dat begrijpt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veel beter.</w:t>
      </w:r>
    </w:p>
    <w:p w14:paraId="378FBA57" w14:textId="77777777" w:rsidR="000A63D8" w:rsidRPr="000A63D8" w:rsidRDefault="000A63D8" w:rsidP="000604ED">
      <w:pPr>
        <w:pStyle w:val="Kop1"/>
        <w:rPr>
          <w:lang w:val="nl-NL"/>
        </w:rPr>
      </w:pPr>
      <w:r w:rsidRPr="000A63D8">
        <w:rPr>
          <w:lang w:val="nl-NL"/>
        </w:rPr>
        <w:t xml:space="preserve">8.4 Navigeren met </w:t>
      </w:r>
      <w:proofErr w:type="spellStart"/>
      <w:r w:rsidRPr="000A63D8">
        <w:rPr>
          <w:lang w:val="nl-NL"/>
        </w:rPr>
        <w:t>Siri</w:t>
      </w:r>
      <w:proofErr w:type="spellEnd"/>
    </w:p>
    <w:p w14:paraId="1FEC7FA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Tijdens jouw camperreizen zul je deze opdrachten waarschijnlijk het meest gebruiken.</w:t>
      </w:r>
    </w:p>
    <w:p w14:paraId="1EB5397C" w14:textId="38C7C20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Voorbeelden</w:t>
      </w:r>
      <w:r w:rsidR="000604ED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"Navigeer naar Camping </w:t>
      </w:r>
      <w:proofErr w:type="spellStart"/>
      <w:r w:rsidRPr="000A63D8">
        <w:rPr>
          <w:lang w:val="nl-NL"/>
        </w:rPr>
        <w:t>Navarre</w:t>
      </w:r>
      <w:proofErr w:type="spellEnd"/>
      <w:r w:rsidRPr="000A63D8">
        <w:rPr>
          <w:lang w:val="nl-NL"/>
        </w:rPr>
        <w:t>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"Zoek een camperplaats."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"Zoek een supermarkt."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"Zoek een ziekenhuis."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"Zoek een apotheek."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"Waar is een tankstation?"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"Zoek een parkeerplaats."</w:t>
      </w:r>
    </w:p>
    <w:p w14:paraId="296B0F22" w14:textId="77777777" w:rsidR="000A63D8" w:rsidRPr="000A63D8" w:rsidRDefault="000A63D8" w:rsidP="000604ED">
      <w:pPr>
        <w:pStyle w:val="Kop1"/>
        <w:rPr>
          <w:lang w:val="nl-NL"/>
        </w:rPr>
      </w:pPr>
      <w:r w:rsidRPr="000A63D8">
        <w:rPr>
          <w:lang w:val="nl-NL"/>
        </w:rPr>
        <w:t>8.5 Muziek bedienen</w:t>
      </w:r>
    </w:p>
    <w:p w14:paraId="7FD47EDD" w14:textId="22606A4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Tijdens het rijden hoef je </w:t>
      </w:r>
      <w:proofErr w:type="spellStart"/>
      <w:r w:rsidRPr="000A63D8">
        <w:rPr>
          <w:lang w:val="nl-NL"/>
        </w:rPr>
        <w:t>Spotify</w:t>
      </w:r>
      <w:proofErr w:type="spellEnd"/>
      <w:r w:rsidRPr="000A63D8">
        <w:rPr>
          <w:lang w:val="nl-NL"/>
        </w:rPr>
        <w:t xml:space="preserve"> niet eens te openen.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Je zegt gewoon: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 xml:space="preserve">"Speel </w:t>
      </w:r>
      <w:proofErr w:type="spellStart"/>
      <w:r w:rsidRPr="000A63D8">
        <w:rPr>
          <w:lang w:val="nl-NL"/>
        </w:rPr>
        <w:t>Dire</w:t>
      </w:r>
      <w:proofErr w:type="spellEnd"/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Straits</w:t>
      </w:r>
      <w:proofErr w:type="spellEnd"/>
      <w:r w:rsidRPr="000A63D8">
        <w:rPr>
          <w:lang w:val="nl-NL"/>
        </w:rPr>
        <w:t>."</w:t>
      </w:r>
    </w:p>
    <w:p w14:paraId="4D5A377F" w14:textId="1CAFC28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"Speel rustige muziek."</w:t>
      </w:r>
      <w:r w:rsidR="000604ED">
        <w:rPr>
          <w:lang w:val="nl-NL"/>
        </w:rPr>
        <w:t xml:space="preserve">  </w:t>
      </w:r>
      <w:r w:rsidRPr="000A63D8">
        <w:rPr>
          <w:lang w:val="nl-NL"/>
        </w:rPr>
        <w:t>"Speel mijn afspeellijst F</w:t>
      </w:r>
      <w:r w:rsidR="000604ED">
        <w:rPr>
          <w:lang w:val="nl-NL"/>
        </w:rPr>
        <w:t>r</w:t>
      </w:r>
      <w:r w:rsidRPr="000A63D8">
        <w:rPr>
          <w:lang w:val="nl-NL"/>
        </w:rPr>
        <w:t>ankrijk."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"Volgend nummer."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"Pauze."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"Ga verder."</w:t>
      </w:r>
    </w:p>
    <w:p w14:paraId="190FE18D" w14:textId="77777777" w:rsidR="000A63D8" w:rsidRPr="000A63D8" w:rsidRDefault="000A63D8" w:rsidP="000604ED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8.6 Telefoneren</w:t>
      </w:r>
    </w:p>
    <w:p w14:paraId="45AF63BF" w14:textId="7ED1E83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Heel eenvoudig.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 xml:space="preserve">"Bel </w:t>
      </w:r>
      <w:r w:rsidR="000604ED">
        <w:rPr>
          <w:lang w:val="nl-NL"/>
        </w:rPr>
        <w:t>Lianne</w:t>
      </w:r>
      <w:r w:rsidRPr="000A63D8">
        <w:rPr>
          <w:lang w:val="nl-NL"/>
        </w:rPr>
        <w:t>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"Bel Lianne mobiel."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"Bel Frank."</w:t>
      </w:r>
      <w:r w:rsidR="000604ED">
        <w:rPr>
          <w:lang w:val="nl-NL"/>
        </w:rPr>
        <w:t xml:space="preserve"> “</w:t>
      </w:r>
      <w:r w:rsidRPr="000A63D8">
        <w:rPr>
          <w:lang w:val="nl-NL"/>
        </w:rPr>
        <w:t>Bel de camping."</w:t>
      </w:r>
    </w:p>
    <w:p w14:paraId="749270D3" w14:textId="77777777" w:rsidR="000A63D8" w:rsidRPr="000A63D8" w:rsidRDefault="000A63D8" w:rsidP="000604ED">
      <w:pPr>
        <w:pStyle w:val="Kop1"/>
        <w:rPr>
          <w:lang w:val="nl-NL"/>
        </w:rPr>
      </w:pPr>
      <w:r w:rsidRPr="000A63D8">
        <w:rPr>
          <w:lang w:val="nl-NL"/>
        </w:rPr>
        <w:t>8.7 WhatsApp</w:t>
      </w:r>
    </w:p>
    <w:p w14:paraId="0C8EA7ED" w14:textId="6F6DC24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hoeft WhatsApp niet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te openen.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Zeg gewoon: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"Stuur een WhatsApp naar Frank."</w:t>
      </w:r>
      <w:r w:rsidR="000604ED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vraagt: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"Wat wil je zeggen?"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Je spreekt.</w:t>
      </w:r>
      <w:r w:rsidR="000604ED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herhaalt.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Je zegt: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"Verstuur."</w:t>
      </w:r>
      <w:r w:rsidR="000604ED">
        <w:rPr>
          <w:lang w:val="nl-NL"/>
        </w:rPr>
        <w:t xml:space="preserve"> </w:t>
      </w:r>
      <w:r w:rsidRPr="000A63D8">
        <w:rPr>
          <w:lang w:val="nl-NL"/>
        </w:rPr>
        <w:t>Klaar.</w:t>
      </w:r>
    </w:p>
    <w:p w14:paraId="6ADAAA89" w14:textId="77777777" w:rsidR="000A63D8" w:rsidRPr="000A63D8" w:rsidRDefault="000A63D8" w:rsidP="000604ED">
      <w:pPr>
        <w:pStyle w:val="Kop1"/>
        <w:rPr>
          <w:lang w:val="nl-NL"/>
        </w:rPr>
      </w:pPr>
      <w:r w:rsidRPr="000A63D8">
        <w:rPr>
          <w:lang w:val="nl-NL"/>
        </w:rPr>
        <w:t>8.8 Weer</w:t>
      </w:r>
    </w:p>
    <w:p w14:paraId="2785CC70" w14:textId="48AEE21E" w:rsidR="000A63D8" w:rsidRPr="000A63D8" w:rsidRDefault="000604ED" w:rsidP="00A248D5">
      <w:pPr>
        <w:spacing w:after="0"/>
        <w:rPr>
          <w:lang w:val="nl-NL"/>
        </w:rPr>
      </w:pPr>
      <w:r>
        <w:rPr>
          <w:lang w:val="nl-NL"/>
        </w:rPr>
        <w:t>O</w:t>
      </w:r>
      <w:r w:rsidR="000A63D8" w:rsidRPr="000A63D8">
        <w:rPr>
          <w:lang w:val="nl-NL"/>
        </w:rPr>
        <w:t>nderweg is dit erg handig.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Bijvoorbeeld: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"Hoe wordt het weer morgen?"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"Regent het in Lyon?"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"Hoe warm wordt het vandaag?"</w:t>
      </w:r>
    </w:p>
    <w:p w14:paraId="5300B622" w14:textId="08287B81" w:rsidR="000A63D8" w:rsidRPr="000A63D8" w:rsidRDefault="000A63D8" w:rsidP="00A248D5">
      <w:pPr>
        <w:spacing w:after="0"/>
        <w:rPr>
          <w:lang w:val="nl-NL"/>
        </w:rPr>
      </w:pPr>
    </w:p>
    <w:p w14:paraId="5D582133" w14:textId="77777777" w:rsidR="000A63D8" w:rsidRPr="000A63D8" w:rsidRDefault="000A63D8" w:rsidP="00F84B66">
      <w:pPr>
        <w:pStyle w:val="Kop1"/>
        <w:rPr>
          <w:lang w:val="nl-NL"/>
        </w:rPr>
      </w:pPr>
      <w:r w:rsidRPr="000A63D8">
        <w:rPr>
          <w:lang w:val="nl-NL"/>
        </w:rPr>
        <w:t>8.9 Verkeer</w:t>
      </w:r>
    </w:p>
    <w:p w14:paraId="5DB639FB" w14:textId="336833E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Vraag gewoon: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"Hoe druk is het onderweg?"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Zijn er files?"</w:t>
      </w:r>
    </w:p>
    <w:p w14:paraId="32DB462C" w14:textId="77777777" w:rsidR="000A63D8" w:rsidRPr="000A63D8" w:rsidRDefault="000A63D8" w:rsidP="00F84B66">
      <w:pPr>
        <w:pStyle w:val="Kop1"/>
        <w:rPr>
          <w:lang w:val="nl-NL"/>
        </w:rPr>
      </w:pPr>
      <w:r w:rsidRPr="000A63D8">
        <w:rPr>
          <w:lang w:val="nl-NL"/>
        </w:rPr>
        <w:t>8.10 Tijd</w:t>
      </w:r>
    </w:p>
    <w:p w14:paraId="70FF4560" w14:textId="651E077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Tijdens vakanties gebruik ik deze vaak.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"Hoe laat kom ik aan?"</w:t>
      </w:r>
      <w:r w:rsidR="00F84B66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antwoordt bijvoorbeeld:</w:t>
      </w:r>
    </w:p>
    <w:p w14:paraId="29672AD0" w14:textId="3187A64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"Je komt aan om 16.18 uur."</w:t>
      </w:r>
    </w:p>
    <w:p w14:paraId="75E241EE" w14:textId="77777777" w:rsidR="000A63D8" w:rsidRPr="000A63D8" w:rsidRDefault="000A63D8" w:rsidP="00F84B66">
      <w:pPr>
        <w:pStyle w:val="Kop1"/>
        <w:rPr>
          <w:lang w:val="nl-NL"/>
        </w:rPr>
      </w:pPr>
      <w:r w:rsidRPr="000A63D8">
        <w:rPr>
          <w:lang w:val="nl-NL"/>
        </w:rPr>
        <w:t>8.11 Rekenmachine</w:t>
      </w:r>
    </w:p>
    <w:p w14:paraId="6CF6C55F" w14:textId="3968C39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Ja...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Ook dat kan.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Bijvoorbeeld: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"Wat is 18 keer 27?"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"Hoeveel kilometer is 120 mijl?"</w:t>
      </w:r>
    </w:p>
    <w:p w14:paraId="370FB843" w14:textId="77777777" w:rsidR="000A63D8" w:rsidRPr="000A63D8" w:rsidRDefault="000A63D8" w:rsidP="00F84B66">
      <w:pPr>
        <w:pStyle w:val="Kop1"/>
        <w:rPr>
          <w:lang w:val="nl-NL"/>
        </w:rPr>
      </w:pPr>
      <w:r w:rsidRPr="000A63D8">
        <w:rPr>
          <w:lang w:val="nl-NL"/>
        </w:rPr>
        <w:t>8.12 Wisselkoersen</w:t>
      </w:r>
    </w:p>
    <w:p w14:paraId="1EC4776E" w14:textId="7F1502A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Bij reizen buiten de eurozone.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Bijvoorbeeld: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"Hoeveel is 100 pond in euro?"</w:t>
      </w:r>
    </w:p>
    <w:p w14:paraId="46F65A8C" w14:textId="77777777" w:rsidR="000A63D8" w:rsidRPr="000A63D8" w:rsidRDefault="000A63D8" w:rsidP="00F84B66">
      <w:pPr>
        <w:pStyle w:val="Kop1"/>
        <w:rPr>
          <w:lang w:val="nl-NL"/>
        </w:rPr>
      </w:pPr>
      <w:r w:rsidRPr="000A63D8">
        <w:rPr>
          <w:lang w:val="nl-NL"/>
        </w:rPr>
        <w:t>8.13 Agenda</w:t>
      </w:r>
    </w:p>
    <w:p w14:paraId="2BEDC321" w14:textId="0213EBF6" w:rsidR="000A63D8" w:rsidRPr="000A63D8" w:rsidRDefault="00F84B66" w:rsidP="00A248D5">
      <w:pPr>
        <w:spacing w:after="0"/>
        <w:rPr>
          <w:lang w:val="nl-NL"/>
        </w:rPr>
      </w:pPr>
      <w:r>
        <w:rPr>
          <w:lang w:val="nl-NL"/>
        </w:rPr>
        <w:t xml:space="preserve"> V</w:t>
      </w:r>
      <w:r w:rsidR="000A63D8" w:rsidRPr="000A63D8">
        <w:rPr>
          <w:lang w:val="nl-NL"/>
        </w:rPr>
        <w:t>raag: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"Wat staat vandaag in mijn agenda?"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Of: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"Hoe laat is mijn volgende afspraak?"</w:t>
      </w:r>
    </w:p>
    <w:p w14:paraId="5B638DFF" w14:textId="514FE50D" w:rsidR="000A63D8" w:rsidRPr="000A63D8" w:rsidRDefault="000A63D8" w:rsidP="00A248D5">
      <w:pPr>
        <w:spacing w:after="0"/>
        <w:rPr>
          <w:lang w:val="nl-NL"/>
        </w:rPr>
      </w:pPr>
    </w:p>
    <w:p w14:paraId="154B54A5" w14:textId="77777777" w:rsidR="000A63D8" w:rsidRPr="000A63D8" w:rsidRDefault="000A63D8" w:rsidP="00F84B66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8.14 Herinneringen</w:t>
      </w:r>
    </w:p>
    <w:p w14:paraId="4505A932" w14:textId="46EF6893" w:rsidR="000A63D8" w:rsidRPr="000A63D8" w:rsidRDefault="00F84B66" w:rsidP="00A248D5">
      <w:pPr>
        <w:spacing w:after="0"/>
        <w:rPr>
          <w:lang w:val="nl-NL"/>
        </w:rPr>
      </w:pPr>
      <w:r>
        <w:rPr>
          <w:lang w:val="nl-NL"/>
        </w:rPr>
        <w:t xml:space="preserve"> O</w:t>
      </w:r>
      <w:r w:rsidR="000A63D8" w:rsidRPr="000A63D8">
        <w:rPr>
          <w:lang w:val="nl-NL"/>
        </w:rPr>
        <w:t>nderweg denk je ineens aan iets.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Bijvoorbeeld: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"Herinner me eraan om melk te kopen."</w:t>
      </w:r>
    </w:p>
    <w:p w14:paraId="73562C2C" w14:textId="248F5D51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Of: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"Herinner me eraan om Jan te bellen als ik op de camping ben."</w:t>
      </w:r>
    </w:p>
    <w:p w14:paraId="4BE9801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Dat voorkomt dat je dingen vergeet.</w:t>
      </w:r>
    </w:p>
    <w:p w14:paraId="70BD5BBB" w14:textId="77777777" w:rsidR="000A63D8" w:rsidRPr="000A63D8" w:rsidRDefault="000A63D8" w:rsidP="00F84B66">
      <w:pPr>
        <w:pStyle w:val="Kop1"/>
        <w:rPr>
          <w:lang w:val="nl-NL"/>
        </w:rPr>
      </w:pPr>
      <w:r w:rsidRPr="000A63D8">
        <w:rPr>
          <w:lang w:val="nl-NL"/>
        </w:rPr>
        <w:t xml:space="preserve">8.15 Mijn favoriete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-opdrachten tijdens camperreizen</w:t>
      </w:r>
    </w:p>
    <w:p w14:paraId="2B75141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zijn opdrachten die ik zelf als eerste zou instellen als ik met jouw camper op pad ging:</w:t>
      </w:r>
    </w:p>
    <w:p w14:paraId="47E34583" w14:textId="21D99D27" w:rsidR="000A63D8" w:rsidRPr="00F84B66" w:rsidRDefault="000A63D8" w:rsidP="00F84B66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Navigatie</w:t>
      </w:r>
      <w:r w:rsidR="00F84B66">
        <w:rPr>
          <w:b/>
          <w:bCs/>
          <w:lang w:val="nl-NL"/>
        </w:rPr>
        <w:t xml:space="preserve"> --: </w:t>
      </w:r>
      <w:r w:rsidRPr="00F84B66">
        <w:rPr>
          <w:lang w:val="nl-NL"/>
        </w:rPr>
        <w:t>"Breng me naar de volgende camping."</w:t>
      </w:r>
      <w:r w:rsidR="00F84B66">
        <w:rPr>
          <w:lang w:val="nl-NL"/>
        </w:rPr>
        <w:t xml:space="preserve"> </w:t>
      </w:r>
      <w:r w:rsidRPr="00F84B66">
        <w:rPr>
          <w:lang w:val="nl-NL"/>
        </w:rPr>
        <w:t>"Zoek een camperplaats."</w:t>
      </w:r>
      <w:r w:rsidR="00F84B66">
        <w:rPr>
          <w:lang w:val="nl-NL"/>
        </w:rPr>
        <w:t xml:space="preserve"> </w:t>
      </w:r>
      <w:r w:rsidRPr="00F84B66">
        <w:rPr>
          <w:lang w:val="nl-NL"/>
        </w:rPr>
        <w:t>"Zoek een Lidl."</w:t>
      </w:r>
      <w:r w:rsidR="00F84B66">
        <w:rPr>
          <w:lang w:val="nl-NL"/>
        </w:rPr>
        <w:t xml:space="preserve"> </w:t>
      </w:r>
      <w:r w:rsidRPr="00F84B66">
        <w:rPr>
          <w:lang w:val="nl-NL"/>
        </w:rPr>
        <w:t>"Zoek een bakker."</w:t>
      </w:r>
      <w:r w:rsidR="00F84B66">
        <w:rPr>
          <w:lang w:val="nl-NL"/>
        </w:rPr>
        <w:t xml:space="preserve"> </w:t>
      </w:r>
      <w:r w:rsidRPr="00F84B66">
        <w:rPr>
          <w:lang w:val="nl-NL"/>
        </w:rPr>
        <w:t>"Zoek een wasserette."</w:t>
      </w:r>
      <w:r w:rsidR="00F84B66">
        <w:rPr>
          <w:lang w:val="nl-NL"/>
        </w:rPr>
        <w:t xml:space="preserve"> </w:t>
      </w:r>
      <w:r w:rsidRPr="00F84B66">
        <w:rPr>
          <w:lang w:val="nl-NL"/>
        </w:rPr>
        <w:t>"Zoek een apotheek."</w:t>
      </w:r>
      <w:r w:rsidR="00F84B66">
        <w:rPr>
          <w:lang w:val="nl-NL"/>
        </w:rPr>
        <w:t xml:space="preserve"> </w:t>
      </w:r>
      <w:r w:rsidRPr="00F84B66">
        <w:rPr>
          <w:lang w:val="nl-NL"/>
        </w:rPr>
        <w:t>"Zoek een ziekenhuis."</w:t>
      </w:r>
      <w:r w:rsidR="00F84B66">
        <w:rPr>
          <w:lang w:val="nl-NL"/>
        </w:rPr>
        <w:t xml:space="preserve"> </w:t>
      </w:r>
      <w:r w:rsidRPr="00F84B66">
        <w:rPr>
          <w:lang w:val="nl-NL"/>
        </w:rPr>
        <w:t>"Waar is een Shell?"</w:t>
      </w:r>
    </w:p>
    <w:p w14:paraId="74EE9E09" w14:textId="79AA84B2" w:rsidR="000A63D8" w:rsidRPr="000A63D8" w:rsidRDefault="000A63D8" w:rsidP="00A248D5">
      <w:pPr>
        <w:spacing w:after="0"/>
        <w:rPr>
          <w:lang w:val="nl-NL"/>
        </w:rPr>
      </w:pPr>
    </w:p>
    <w:p w14:paraId="0C3D934B" w14:textId="23D7984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Muziek</w:t>
      </w:r>
      <w:r w:rsidR="00F84B66">
        <w:rPr>
          <w:b/>
          <w:bCs/>
          <w:lang w:val="nl-NL"/>
        </w:rPr>
        <w:t xml:space="preserve"> </w:t>
      </w:r>
      <w:r w:rsidR="00F84B66" w:rsidRPr="00F84B66">
        <w:rPr>
          <w:b/>
          <w:bCs/>
          <w:lang w:val="nl-NL"/>
        </w:rPr>
        <w:sym w:font="Wingdings" w:char="F0E0"/>
      </w:r>
      <w:r w:rsidR="00F84B66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"Speel </w:t>
      </w:r>
      <w:proofErr w:type="spellStart"/>
      <w:r w:rsidRPr="000A63D8">
        <w:rPr>
          <w:lang w:val="nl-NL"/>
        </w:rPr>
        <w:t>Eagles</w:t>
      </w:r>
      <w:proofErr w:type="spellEnd"/>
      <w:r w:rsidRPr="000A63D8">
        <w:rPr>
          <w:lang w:val="nl-NL"/>
        </w:rPr>
        <w:t>."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"Speel jaren 70."</w:t>
      </w:r>
      <w:r w:rsidR="00F84B66">
        <w:rPr>
          <w:lang w:val="nl-NL"/>
        </w:rPr>
        <w:t xml:space="preserve"> </w:t>
      </w:r>
      <w:r w:rsidRPr="000A63D8">
        <w:rPr>
          <w:lang w:val="nl-NL"/>
        </w:rPr>
        <w:t>Speel klassieke muziek."</w:t>
      </w:r>
    </w:p>
    <w:p w14:paraId="3E297396" w14:textId="6F461CD4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Telefoneren</w:t>
      </w:r>
      <w:r w:rsidR="00F84B66">
        <w:rPr>
          <w:b/>
          <w:bCs/>
          <w:lang w:val="nl-NL"/>
        </w:rPr>
        <w:t xml:space="preserve"> </w:t>
      </w:r>
      <w:r w:rsidR="00F84B66" w:rsidRPr="00F84B66">
        <w:rPr>
          <w:b/>
          <w:bCs/>
          <w:lang w:val="nl-NL"/>
        </w:rPr>
        <w:sym w:font="Wingdings" w:char="F0E0"/>
      </w:r>
      <w:r w:rsidR="00F84B66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"Bel </w:t>
      </w:r>
      <w:r w:rsidR="00F84B66">
        <w:rPr>
          <w:lang w:val="nl-NL"/>
        </w:rPr>
        <w:t>Lianne</w:t>
      </w:r>
      <w:r w:rsidRPr="000A63D8">
        <w:rPr>
          <w:lang w:val="nl-NL"/>
        </w:rPr>
        <w:t>."</w:t>
      </w:r>
    </w:p>
    <w:p w14:paraId="49B43168" w14:textId="44399165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Berichten</w:t>
      </w:r>
      <w:r w:rsidR="00F84B66">
        <w:rPr>
          <w:b/>
          <w:bCs/>
          <w:lang w:val="nl-NL"/>
        </w:rPr>
        <w:t xml:space="preserve"> </w:t>
      </w:r>
      <w:r w:rsidR="00F84B66" w:rsidRPr="00F84B66">
        <w:rPr>
          <w:b/>
          <w:bCs/>
          <w:lang w:val="nl-NL"/>
        </w:rPr>
        <w:sym w:font="Wingdings" w:char="F0E0"/>
      </w:r>
      <w:r w:rsidR="00F84B66">
        <w:rPr>
          <w:b/>
          <w:bCs/>
          <w:lang w:val="nl-NL"/>
        </w:rPr>
        <w:t xml:space="preserve"> </w:t>
      </w:r>
      <w:r w:rsidR="005320C4">
        <w:rPr>
          <w:b/>
          <w:bCs/>
          <w:lang w:val="nl-NL"/>
        </w:rPr>
        <w:t xml:space="preserve"> </w:t>
      </w:r>
      <w:r w:rsidRPr="000A63D8">
        <w:rPr>
          <w:lang w:val="nl-NL"/>
        </w:rPr>
        <w:t>"Lees mijn berichten."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"Stuur een WhatsApp naar Frank."</w:t>
      </w:r>
    </w:p>
    <w:p w14:paraId="1E03B156" w14:textId="3EAA8EE4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Algemeen</w:t>
      </w:r>
      <w:r w:rsidR="005320C4">
        <w:rPr>
          <w:b/>
          <w:bCs/>
          <w:lang w:val="nl-NL"/>
        </w:rPr>
        <w:t xml:space="preserve"> </w:t>
      </w:r>
      <w:r w:rsidR="005320C4" w:rsidRPr="005320C4">
        <w:rPr>
          <w:b/>
          <w:bCs/>
          <w:lang w:val="nl-NL"/>
        </w:rPr>
        <w:sym w:font="Wingdings" w:char="F0E0"/>
      </w:r>
      <w:r w:rsidR="005320C4">
        <w:rPr>
          <w:b/>
          <w:bCs/>
          <w:lang w:val="nl-NL"/>
        </w:rPr>
        <w:t xml:space="preserve"> </w:t>
      </w:r>
      <w:r w:rsidRPr="000A63D8">
        <w:rPr>
          <w:lang w:val="nl-NL"/>
        </w:rPr>
        <w:t>"Hoe laat kom ik aan?"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"Hoe wordt het weer morgen?"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"Hoe laat gaat de zon onder?"</w:t>
      </w:r>
    </w:p>
    <w:p w14:paraId="0EB6FD6C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 xml:space="preserve">8.16 Wat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niet goed kan</w:t>
      </w:r>
    </w:p>
    <w:p w14:paraId="3D8EE3BE" w14:textId="5A272ECD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is slim, maar niet perfect.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Bijvoorbeeld:</w:t>
      </w:r>
      <w:r w:rsidR="005320C4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❌</w:t>
      </w:r>
      <w:r w:rsidRPr="000A63D8">
        <w:rPr>
          <w:lang w:val="nl-NL"/>
        </w:rPr>
        <w:t xml:space="preserve"> Heel ingewikkelde opdrachten in één zin.</w:t>
      </w:r>
    </w:p>
    <w:p w14:paraId="4BFB8B42" w14:textId="7A99A7F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Niet: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"Zoek een camping met zwembad aan een meer waar honden zijn toegestaan en die maximaal 35 euro kost."</w:t>
      </w:r>
    </w:p>
    <w:p w14:paraId="0B07BC97" w14:textId="3505F4DA" w:rsidR="000A63D8" w:rsidRPr="000A63D8" w:rsidRDefault="000A63D8" w:rsidP="005320C4">
      <w:pPr>
        <w:spacing w:after="0"/>
        <w:rPr>
          <w:lang w:val="nl-NL"/>
        </w:rPr>
      </w:pPr>
      <w:r w:rsidRPr="000A63D8">
        <w:rPr>
          <w:lang w:val="nl-NL"/>
        </w:rPr>
        <w:t>Dat is te veel tegelijk.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Beter: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Zoek een camping.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Bekijk daarna de resultaten.</w:t>
      </w:r>
    </w:p>
    <w:p w14:paraId="576298C4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>8.17 Mijn gouden regel</w:t>
      </w:r>
    </w:p>
    <w:p w14:paraId="4CD0F104" w14:textId="06460B1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Ik gebruik tijdens het rijden eigenlijk maar één regel:</w:t>
      </w:r>
      <w:r w:rsidR="005320C4">
        <w:rPr>
          <w:lang w:val="nl-NL"/>
        </w:rPr>
        <w:t xml:space="preserve"> </w:t>
      </w:r>
      <w:r w:rsidRPr="000A63D8">
        <w:rPr>
          <w:b/>
          <w:bCs/>
          <w:lang w:val="nl-NL"/>
        </w:rPr>
        <w:t>Als S</w:t>
      </w:r>
      <w:proofErr w:type="spellStart"/>
      <w:r w:rsidRPr="000A63D8">
        <w:rPr>
          <w:b/>
          <w:bCs/>
          <w:lang w:val="nl-NL"/>
        </w:rPr>
        <w:t>iri</w:t>
      </w:r>
      <w:proofErr w:type="spellEnd"/>
      <w:r w:rsidRPr="000A63D8">
        <w:rPr>
          <w:b/>
          <w:bCs/>
          <w:lang w:val="nl-NL"/>
        </w:rPr>
        <w:t xml:space="preserve"> het kan doen, raak ik het scherm niet aan.</w:t>
      </w:r>
      <w:r w:rsidR="005320C4">
        <w:rPr>
          <w:b/>
          <w:bCs/>
          <w:lang w:val="nl-NL"/>
        </w:rPr>
        <w:t xml:space="preserve"> </w:t>
      </w:r>
      <w:r w:rsidRPr="000A63D8">
        <w:rPr>
          <w:lang w:val="nl-NL"/>
        </w:rPr>
        <w:t>Dat maakt het rijden rustiger en veiliger.</w:t>
      </w:r>
    </w:p>
    <w:p w14:paraId="06BB09F6" w14:textId="4824AF4D" w:rsidR="000A63D8" w:rsidRPr="000A63D8" w:rsidRDefault="000A63D8" w:rsidP="00A248D5">
      <w:pPr>
        <w:spacing w:after="0"/>
        <w:rPr>
          <w:lang w:val="nl-NL"/>
        </w:rPr>
      </w:pPr>
    </w:p>
    <w:p w14:paraId="5079DE3C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>Praktijkoefeningen</w:t>
      </w:r>
    </w:p>
    <w:p w14:paraId="6E4F82A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Doe deze oefeningen terwijl je stilstaat.</w:t>
      </w:r>
    </w:p>
    <w:p w14:paraId="23081D42" w14:textId="11E71D0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1</w:t>
      </w:r>
      <w:r w:rsidR="005320C4">
        <w:rPr>
          <w:b/>
          <w:bCs/>
          <w:lang w:val="nl-NL"/>
        </w:rPr>
        <w:t xml:space="preserve"> </w:t>
      </w:r>
      <w:r w:rsidR="005320C4" w:rsidRPr="005320C4">
        <w:rPr>
          <w:b/>
          <w:bCs/>
          <w:lang w:val="nl-NL"/>
        </w:rPr>
        <w:sym w:font="Wingdings" w:char="F0E0"/>
      </w:r>
      <w:r w:rsidR="005320C4">
        <w:rPr>
          <w:b/>
          <w:bCs/>
          <w:lang w:val="nl-NL"/>
        </w:rPr>
        <w:t xml:space="preserve"> </w:t>
      </w:r>
      <w:r w:rsidRPr="000A63D8">
        <w:rPr>
          <w:lang w:val="nl-NL"/>
        </w:rPr>
        <w:t>Zeg: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"Hoe laat is het?"</w:t>
      </w:r>
    </w:p>
    <w:p w14:paraId="6E807786" w14:textId="12EEEC06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2</w:t>
      </w:r>
      <w:r w:rsidR="005320C4">
        <w:rPr>
          <w:b/>
          <w:bCs/>
          <w:lang w:val="nl-NL"/>
        </w:rPr>
        <w:t xml:space="preserve"> </w:t>
      </w:r>
      <w:r w:rsidR="005320C4" w:rsidRPr="005320C4">
        <w:rPr>
          <w:b/>
          <w:bCs/>
          <w:lang w:val="nl-NL"/>
        </w:rPr>
        <w:sym w:font="Wingdings" w:char="F0E0"/>
      </w:r>
      <w:r w:rsidR="005320C4">
        <w:rPr>
          <w:b/>
          <w:bCs/>
          <w:lang w:val="nl-NL"/>
        </w:rPr>
        <w:t xml:space="preserve"> </w:t>
      </w:r>
      <w:r w:rsidRPr="000A63D8">
        <w:rPr>
          <w:lang w:val="nl-NL"/>
        </w:rPr>
        <w:t>Zeg: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"Breng me naar huis."</w:t>
      </w:r>
    </w:p>
    <w:p w14:paraId="1B1E5074" w14:textId="21B3D17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3</w:t>
      </w:r>
      <w:r w:rsidR="005320C4">
        <w:rPr>
          <w:b/>
          <w:bCs/>
          <w:lang w:val="nl-NL"/>
        </w:rPr>
        <w:t xml:space="preserve"> </w:t>
      </w:r>
      <w:r w:rsidR="005320C4" w:rsidRPr="005320C4">
        <w:rPr>
          <w:b/>
          <w:bCs/>
          <w:lang w:val="nl-NL"/>
        </w:rPr>
        <w:sym w:font="Wingdings" w:char="F0E0"/>
      </w:r>
      <w:r w:rsidR="005320C4">
        <w:rPr>
          <w:b/>
          <w:bCs/>
          <w:lang w:val="nl-NL"/>
        </w:rPr>
        <w:t xml:space="preserve"> </w:t>
      </w:r>
      <w:r w:rsidRPr="000A63D8">
        <w:rPr>
          <w:lang w:val="nl-NL"/>
        </w:rPr>
        <w:t>Zeg: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"Speel mijn favoriete muziek."</w:t>
      </w:r>
    </w:p>
    <w:p w14:paraId="6B95DA82" w14:textId="1D950436" w:rsidR="000A63D8" w:rsidRPr="000A63D8" w:rsidRDefault="000A63D8" w:rsidP="005320C4">
      <w:pPr>
        <w:spacing w:after="0"/>
        <w:rPr>
          <w:lang w:val="nl-NL"/>
        </w:rPr>
      </w:pPr>
      <w:r w:rsidRPr="000A63D8">
        <w:rPr>
          <w:b/>
          <w:bCs/>
          <w:lang w:val="nl-NL"/>
        </w:rPr>
        <w:lastRenderedPageBreak/>
        <w:t>Oefening 4</w:t>
      </w:r>
      <w:r w:rsidR="005320C4">
        <w:rPr>
          <w:b/>
          <w:bCs/>
          <w:lang w:val="nl-NL"/>
        </w:rPr>
        <w:t xml:space="preserve"> </w:t>
      </w:r>
      <w:r w:rsidR="005320C4" w:rsidRPr="005320C4">
        <w:rPr>
          <w:b/>
          <w:bCs/>
          <w:lang w:val="nl-NL"/>
        </w:rPr>
        <w:sym w:font="Wingdings" w:char="F0E0"/>
      </w:r>
      <w:r w:rsidR="005320C4">
        <w:rPr>
          <w:b/>
          <w:bCs/>
          <w:lang w:val="nl-NL"/>
        </w:rPr>
        <w:t xml:space="preserve">  </w:t>
      </w:r>
      <w:r w:rsidRPr="000A63D8">
        <w:rPr>
          <w:lang w:val="nl-NL"/>
        </w:rPr>
        <w:t>Zeg: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"Zoek een supermarkt."</w:t>
      </w:r>
    </w:p>
    <w:p w14:paraId="6EECAE07" w14:textId="78CF5FAF" w:rsidR="000A63D8" w:rsidRPr="000A63D8" w:rsidRDefault="000A63D8" w:rsidP="00A248D5">
      <w:pPr>
        <w:spacing w:after="0"/>
        <w:rPr>
          <w:lang w:val="nl-NL"/>
        </w:rPr>
      </w:pPr>
    </w:p>
    <w:p w14:paraId="08DD25AD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 xml:space="preserve">De 25 handigste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-opdrachten voor in de camper</w:t>
      </w:r>
    </w:p>
    <w:p w14:paraId="186DB32D" w14:textId="303E9CD2" w:rsidR="000A63D8" w:rsidRPr="000A63D8" w:rsidRDefault="000A63D8" w:rsidP="005320C4">
      <w:pPr>
        <w:tabs>
          <w:tab w:val="num" w:pos="720"/>
        </w:tabs>
        <w:spacing w:after="0"/>
        <w:rPr>
          <w:lang w:val="nl-NL"/>
        </w:rPr>
      </w:pPr>
      <w:r w:rsidRPr="000A63D8">
        <w:rPr>
          <w:b/>
          <w:bCs/>
          <w:lang w:val="nl-NL"/>
        </w:rPr>
        <w:t>Navigatie</w:t>
      </w:r>
      <w:r w:rsidR="005320C4">
        <w:rPr>
          <w:b/>
          <w:bCs/>
          <w:lang w:val="nl-NL"/>
        </w:rPr>
        <w:t xml:space="preserve"> </w:t>
      </w:r>
      <w:r w:rsidR="005320C4" w:rsidRPr="005320C4">
        <w:rPr>
          <w:b/>
          <w:bCs/>
          <w:lang w:val="nl-NL"/>
        </w:rPr>
        <w:sym w:font="Wingdings" w:char="F0E0"/>
      </w:r>
      <w:r w:rsidR="005320C4">
        <w:rPr>
          <w:b/>
          <w:bCs/>
          <w:lang w:val="nl-NL"/>
        </w:rPr>
        <w:t xml:space="preserve"> </w:t>
      </w:r>
      <w:r w:rsidRPr="000A63D8">
        <w:rPr>
          <w:lang w:val="nl-NL"/>
        </w:rPr>
        <w:t>Navigeer naar de camping.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Zoek een camperplaats.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Zoek een tankstation.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 xml:space="preserve">Zoek een </w:t>
      </w:r>
      <w:proofErr w:type="spellStart"/>
      <w:proofErr w:type="gramStart"/>
      <w:r w:rsidRPr="000A63D8">
        <w:rPr>
          <w:lang w:val="nl-NL"/>
        </w:rPr>
        <w:t>supermarkt.Hoe</w:t>
      </w:r>
      <w:proofErr w:type="spellEnd"/>
      <w:proofErr w:type="gramEnd"/>
      <w:r w:rsidRPr="000A63D8">
        <w:rPr>
          <w:lang w:val="nl-NL"/>
        </w:rPr>
        <w:t xml:space="preserve"> laat kom ik aan?</w:t>
      </w:r>
    </w:p>
    <w:p w14:paraId="0F9DE20C" w14:textId="505793AB" w:rsidR="000A63D8" w:rsidRPr="000A63D8" w:rsidRDefault="000A63D8" w:rsidP="005320C4">
      <w:pPr>
        <w:tabs>
          <w:tab w:val="num" w:pos="720"/>
        </w:tabs>
        <w:spacing w:after="0"/>
        <w:rPr>
          <w:lang w:val="nl-NL"/>
        </w:rPr>
      </w:pPr>
      <w:r w:rsidRPr="000A63D8">
        <w:rPr>
          <w:b/>
          <w:bCs/>
          <w:lang w:val="nl-NL"/>
        </w:rPr>
        <w:t>Muziek</w:t>
      </w:r>
      <w:r w:rsidR="005320C4">
        <w:rPr>
          <w:b/>
          <w:bCs/>
          <w:lang w:val="nl-NL"/>
        </w:rPr>
        <w:t xml:space="preserve"> </w:t>
      </w:r>
      <w:r w:rsidR="005320C4" w:rsidRPr="005320C4">
        <w:rPr>
          <w:b/>
          <w:bCs/>
          <w:lang w:val="nl-NL"/>
        </w:rPr>
        <w:sym w:font="Wingdings" w:char="F0E0"/>
      </w:r>
      <w:r w:rsidR="005320C4">
        <w:rPr>
          <w:b/>
          <w:bCs/>
          <w:lang w:val="nl-NL"/>
        </w:rPr>
        <w:t xml:space="preserve"> </w:t>
      </w:r>
      <w:r w:rsidRPr="000A63D8">
        <w:rPr>
          <w:lang w:val="nl-NL"/>
        </w:rPr>
        <w:t>Speel mijn afspeellijst Camper.</w:t>
      </w:r>
    </w:p>
    <w:p w14:paraId="04F094E8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Een tip speciaal voor jou</w:t>
      </w:r>
    </w:p>
    <w:p w14:paraId="7145D2A1" w14:textId="1962186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Je hebt aangegeven dat je regelmatig door </w:t>
      </w:r>
      <w:r w:rsidRPr="000A63D8">
        <w:rPr>
          <w:b/>
          <w:bCs/>
          <w:lang w:val="nl-NL"/>
        </w:rPr>
        <w:t>Frankrijk</w:t>
      </w:r>
      <w:r w:rsidRPr="000A63D8">
        <w:rPr>
          <w:lang w:val="nl-NL"/>
        </w:rPr>
        <w:t xml:space="preserve"> reist. Dan is de volgende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>-opdracht bijzonder handig:</w:t>
      </w:r>
      <w:r w:rsidR="005320C4">
        <w:rPr>
          <w:lang w:val="nl-NL"/>
        </w:rPr>
        <w:t xml:space="preserve"> </w:t>
      </w:r>
      <w:r w:rsidRPr="000A63D8">
        <w:rPr>
          <w:b/>
          <w:bCs/>
          <w:lang w:val="nl-NL"/>
        </w:rPr>
        <w:t>"Zoek een supermarkt langs mijn route."</w:t>
      </w:r>
    </w:p>
    <w:p w14:paraId="6FC6A3E3" w14:textId="77777777" w:rsidR="005320C4" w:rsidRDefault="005320C4" w:rsidP="00A248D5">
      <w:pPr>
        <w:spacing w:after="0"/>
        <w:rPr>
          <w:lang w:val="nl-NL"/>
        </w:rPr>
      </w:pPr>
    </w:p>
    <w:p w14:paraId="6673636D" w14:textId="634F2EE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Het grote voordeel is dat de navigatie </w:t>
      </w:r>
      <w:r w:rsidRPr="000A63D8">
        <w:rPr>
          <w:b/>
          <w:bCs/>
          <w:lang w:val="nl-NL"/>
        </w:rPr>
        <w:t>je eindbestemming behoudt</w:t>
      </w:r>
      <w:r w:rsidRPr="000A63D8">
        <w:rPr>
          <w:lang w:val="nl-NL"/>
        </w:rPr>
        <w:t xml:space="preserve">. Je maakt alleen een korte tussenstop en daarna leidt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je automatisch weer verder naar de camping of eindbestemming. Veel mensen weten niet dat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ook </w:t>
      </w:r>
      <w:r w:rsidRPr="000A63D8">
        <w:rPr>
          <w:b/>
          <w:bCs/>
          <w:lang w:val="nl-NL"/>
        </w:rPr>
        <w:t>langs de route</w:t>
      </w:r>
      <w:r w:rsidRPr="000A63D8">
        <w:rPr>
          <w:lang w:val="nl-NL"/>
        </w:rPr>
        <w:t xml:space="preserve"> kan zoeken; dat bespaart veel tijd en voorkomt dat je de route opnieuw moet instellen.</w:t>
      </w:r>
    </w:p>
    <w:p w14:paraId="5EEB5E6D" w14:textId="77777777" w:rsidR="005320C4" w:rsidRDefault="005320C4">
      <w:pPr>
        <w:rPr>
          <w:b/>
          <w:bCs/>
          <w:lang w:val="nl-NL"/>
        </w:rPr>
      </w:pPr>
      <w:r>
        <w:rPr>
          <w:b/>
          <w:bCs/>
          <w:lang w:val="nl-NL"/>
        </w:rPr>
        <w:br w:type="page"/>
      </w:r>
    </w:p>
    <w:p w14:paraId="259D878B" w14:textId="2A9D1FB3" w:rsidR="000A63D8" w:rsidRPr="000A63D8" w:rsidRDefault="000A63D8" w:rsidP="005320C4">
      <w:pPr>
        <w:pStyle w:val="Titel"/>
      </w:pPr>
      <w:r w:rsidRPr="000A63D8">
        <w:lastRenderedPageBreak/>
        <w:t xml:space="preserve">9 – </w:t>
      </w:r>
      <w:r w:rsidR="005320C4">
        <w:t>A</w:t>
      </w:r>
      <w:r w:rsidRPr="000A63D8">
        <w:t>pps voor camperreizen</w:t>
      </w:r>
    </w:p>
    <w:p w14:paraId="6EB1AB1E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>9.1 Mijn gouden regel</w:t>
      </w:r>
    </w:p>
    <w:p w14:paraId="0CF66066" w14:textId="0A3726F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Installeer </w:t>
      </w:r>
      <w:r w:rsidRPr="000A63D8">
        <w:rPr>
          <w:b/>
          <w:bCs/>
          <w:lang w:val="nl-NL"/>
        </w:rPr>
        <w:t>niet te veel apps</w:t>
      </w:r>
      <w:r w:rsidRPr="000A63D8">
        <w:rPr>
          <w:lang w:val="nl-NL"/>
        </w:rPr>
        <w:t>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Veel mensen hebben 80 tot 100 apps op hun iPhone.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Tijdens het rijden gebruik je er misschien maar tien.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 xml:space="preserve">Dat maakt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overzichtelijk en veiliger.</w:t>
      </w:r>
    </w:p>
    <w:p w14:paraId="4BE017C7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>9.2 Mijn Top 10 voor iedere camper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8"/>
        <w:gridCol w:w="1862"/>
        <w:gridCol w:w="890"/>
      </w:tblGrid>
      <w:tr w:rsidR="000A63D8" w:rsidRPr="000A63D8" w14:paraId="7DEEF3B9" w14:textId="77777777" w:rsidTr="000A63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FD1A89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App</w:t>
            </w:r>
          </w:p>
        </w:tc>
        <w:tc>
          <w:tcPr>
            <w:tcW w:w="0" w:type="auto"/>
            <w:vAlign w:val="center"/>
            <w:hideMark/>
          </w:tcPr>
          <w:p w14:paraId="7EEFF386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Waarom?</w:t>
            </w:r>
          </w:p>
        </w:tc>
        <w:tc>
          <w:tcPr>
            <w:tcW w:w="0" w:type="auto"/>
            <w:vAlign w:val="center"/>
            <w:hideMark/>
          </w:tcPr>
          <w:p w14:paraId="565E6253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proofErr w:type="spellStart"/>
            <w:r w:rsidRPr="000A63D8">
              <w:rPr>
                <w:b/>
                <w:bCs/>
                <w:lang w:val="nl-NL"/>
              </w:rPr>
              <w:t>CarPlay</w:t>
            </w:r>
            <w:proofErr w:type="spellEnd"/>
          </w:p>
        </w:tc>
      </w:tr>
      <w:tr w:rsidR="000A63D8" w:rsidRPr="000A63D8" w14:paraId="4CC84E8E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8FDC9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Symbol" w:hAnsi="Segoe UI Symbol" w:cs="Segoe UI Symbol"/>
                <w:lang w:val="nl-NL"/>
              </w:rPr>
              <w:t>🗺</w:t>
            </w:r>
            <w:r w:rsidRPr="000A63D8">
              <w:rPr>
                <w:lang w:val="nl-NL"/>
              </w:rPr>
              <w:t xml:space="preserve">️ Google </w:t>
            </w:r>
            <w:proofErr w:type="spellStart"/>
            <w:r w:rsidRPr="000A63D8">
              <w:rPr>
                <w:lang w:val="nl-NL"/>
              </w:rPr>
              <w:t>Maps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FCF258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Navigatie en zoeken</w:t>
            </w:r>
          </w:p>
        </w:tc>
        <w:tc>
          <w:tcPr>
            <w:tcW w:w="0" w:type="auto"/>
            <w:vAlign w:val="center"/>
            <w:hideMark/>
          </w:tcPr>
          <w:p w14:paraId="74E9EA24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✅</w:t>
            </w:r>
          </w:p>
        </w:tc>
      </w:tr>
      <w:tr w:rsidR="000A63D8" w:rsidRPr="000A63D8" w14:paraId="367548EA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7A7195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🍏</w:t>
            </w:r>
            <w:r w:rsidRPr="000A63D8">
              <w:rPr>
                <w:lang w:val="nl-NL"/>
              </w:rPr>
              <w:t xml:space="preserve"> Apple Kaarten</w:t>
            </w:r>
          </w:p>
        </w:tc>
        <w:tc>
          <w:tcPr>
            <w:tcW w:w="0" w:type="auto"/>
            <w:vAlign w:val="center"/>
            <w:hideMark/>
          </w:tcPr>
          <w:p w14:paraId="63642C5B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Snelle navigatie</w:t>
            </w:r>
          </w:p>
        </w:tc>
        <w:tc>
          <w:tcPr>
            <w:tcW w:w="0" w:type="auto"/>
            <w:vAlign w:val="center"/>
            <w:hideMark/>
          </w:tcPr>
          <w:p w14:paraId="150686FD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✅</w:t>
            </w:r>
          </w:p>
        </w:tc>
      </w:tr>
      <w:tr w:rsidR="000A63D8" w:rsidRPr="000A63D8" w14:paraId="528FEC58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B0AE7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🚗</w:t>
            </w:r>
            <w:r w:rsidRPr="000A63D8">
              <w:rPr>
                <w:lang w:val="nl-NL"/>
              </w:rPr>
              <w:t xml:space="preserve"> </w:t>
            </w:r>
            <w:proofErr w:type="spellStart"/>
            <w:r w:rsidRPr="000A63D8">
              <w:rPr>
                <w:lang w:val="nl-NL"/>
              </w:rPr>
              <w:t>Waze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5E2E37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Verkeer en files</w:t>
            </w:r>
          </w:p>
        </w:tc>
        <w:tc>
          <w:tcPr>
            <w:tcW w:w="0" w:type="auto"/>
            <w:vAlign w:val="center"/>
            <w:hideMark/>
          </w:tcPr>
          <w:p w14:paraId="631FB5D7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✅</w:t>
            </w:r>
          </w:p>
        </w:tc>
      </w:tr>
      <w:tr w:rsidR="000A63D8" w:rsidRPr="000A63D8" w14:paraId="33DC166F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AD3BE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🎵</w:t>
            </w:r>
            <w:r w:rsidRPr="000A63D8">
              <w:rPr>
                <w:lang w:val="nl-NL"/>
              </w:rPr>
              <w:t xml:space="preserve"> </w:t>
            </w:r>
            <w:proofErr w:type="spellStart"/>
            <w:r w:rsidRPr="000A63D8">
              <w:rPr>
                <w:lang w:val="nl-NL"/>
              </w:rPr>
              <w:t>Spotify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4A0FD0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Muziek</w:t>
            </w:r>
          </w:p>
        </w:tc>
        <w:tc>
          <w:tcPr>
            <w:tcW w:w="0" w:type="auto"/>
            <w:vAlign w:val="center"/>
            <w:hideMark/>
          </w:tcPr>
          <w:p w14:paraId="634D9F10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✅</w:t>
            </w:r>
          </w:p>
        </w:tc>
      </w:tr>
      <w:tr w:rsidR="000A63D8" w:rsidRPr="000A63D8" w14:paraId="2241C374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557033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📞</w:t>
            </w:r>
            <w:r w:rsidRPr="000A63D8">
              <w:rPr>
                <w:lang w:val="nl-NL"/>
              </w:rPr>
              <w:t xml:space="preserve"> Telefoon</w:t>
            </w:r>
          </w:p>
        </w:tc>
        <w:tc>
          <w:tcPr>
            <w:tcW w:w="0" w:type="auto"/>
            <w:vAlign w:val="center"/>
            <w:hideMark/>
          </w:tcPr>
          <w:p w14:paraId="71BE2021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Handsfree bellen</w:t>
            </w:r>
          </w:p>
        </w:tc>
        <w:tc>
          <w:tcPr>
            <w:tcW w:w="0" w:type="auto"/>
            <w:vAlign w:val="center"/>
            <w:hideMark/>
          </w:tcPr>
          <w:p w14:paraId="25E37665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✅</w:t>
            </w:r>
          </w:p>
        </w:tc>
      </w:tr>
      <w:tr w:rsidR="000A63D8" w:rsidRPr="000A63D8" w14:paraId="72815213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40CE9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💬</w:t>
            </w:r>
            <w:r w:rsidRPr="000A63D8">
              <w:rPr>
                <w:lang w:val="nl-NL"/>
              </w:rPr>
              <w:t xml:space="preserve"> Berichten</w:t>
            </w:r>
          </w:p>
        </w:tc>
        <w:tc>
          <w:tcPr>
            <w:tcW w:w="0" w:type="auto"/>
            <w:vAlign w:val="center"/>
            <w:hideMark/>
          </w:tcPr>
          <w:p w14:paraId="60A02354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 xml:space="preserve">SMS en </w:t>
            </w:r>
            <w:proofErr w:type="spellStart"/>
            <w:r w:rsidRPr="000A63D8">
              <w:rPr>
                <w:lang w:val="nl-NL"/>
              </w:rPr>
              <w:t>iMessage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7841CD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✅</w:t>
            </w:r>
          </w:p>
        </w:tc>
      </w:tr>
      <w:tr w:rsidR="000A63D8" w:rsidRPr="000A63D8" w14:paraId="1CEE3452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36A5CD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Symbol" w:hAnsi="Segoe UI Symbol" w:cs="Segoe UI Symbol"/>
                <w:lang w:val="nl-NL"/>
              </w:rPr>
              <w:t>🏕</w:t>
            </w:r>
            <w:r w:rsidRPr="000A63D8">
              <w:rPr>
                <w:lang w:val="nl-NL"/>
              </w:rPr>
              <w:t>️ Campercontact</w:t>
            </w:r>
          </w:p>
        </w:tc>
        <w:tc>
          <w:tcPr>
            <w:tcW w:w="0" w:type="auto"/>
            <w:vAlign w:val="center"/>
            <w:hideMark/>
          </w:tcPr>
          <w:p w14:paraId="59838FE6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Camperplaatsen</w:t>
            </w:r>
          </w:p>
        </w:tc>
        <w:tc>
          <w:tcPr>
            <w:tcW w:w="0" w:type="auto"/>
            <w:vAlign w:val="center"/>
            <w:hideMark/>
          </w:tcPr>
          <w:p w14:paraId="27345002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Beperkt*</w:t>
            </w:r>
          </w:p>
        </w:tc>
      </w:tr>
      <w:tr w:rsidR="000A63D8" w:rsidRPr="000A63D8" w14:paraId="028CD4E2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59EE39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🌙</w:t>
            </w:r>
            <w:r w:rsidRPr="000A63D8">
              <w:rPr>
                <w:lang w:val="nl-NL"/>
              </w:rPr>
              <w:t xml:space="preserve"> park4night</w:t>
            </w:r>
          </w:p>
        </w:tc>
        <w:tc>
          <w:tcPr>
            <w:tcW w:w="0" w:type="auto"/>
            <w:vAlign w:val="center"/>
            <w:hideMark/>
          </w:tcPr>
          <w:p w14:paraId="0A150901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Camperplaatsen</w:t>
            </w:r>
          </w:p>
        </w:tc>
        <w:tc>
          <w:tcPr>
            <w:tcW w:w="0" w:type="auto"/>
            <w:vAlign w:val="center"/>
            <w:hideMark/>
          </w:tcPr>
          <w:p w14:paraId="64072E6C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Beperkt*</w:t>
            </w:r>
          </w:p>
        </w:tc>
      </w:tr>
      <w:tr w:rsidR="000A63D8" w:rsidRPr="000A63D8" w14:paraId="16471AC2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F87F0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Symbol" w:hAnsi="Segoe UI Symbol" w:cs="Segoe UI Symbol"/>
                <w:lang w:val="nl-NL"/>
              </w:rPr>
              <w:t>🌦</w:t>
            </w:r>
            <w:r w:rsidRPr="000A63D8">
              <w:rPr>
                <w:lang w:val="nl-NL"/>
              </w:rPr>
              <w:t>️ Weer-app</w:t>
            </w:r>
          </w:p>
        </w:tc>
        <w:tc>
          <w:tcPr>
            <w:tcW w:w="0" w:type="auto"/>
            <w:vAlign w:val="center"/>
            <w:hideMark/>
          </w:tcPr>
          <w:p w14:paraId="079EF7FB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Weersverwachting</w:t>
            </w:r>
          </w:p>
        </w:tc>
        <w:tc>
          <w:tcPr>
            <w:tcW w:w="0" w:type="auto"/>
            <w:vAlign w:val="center"/>
            <w:hideMark/>
          </w:tcPr>
          <w:p w14:paraId="789C110D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Beperkt*</w:t>
            </w:r>
          </w:p>
        </w:tc>
      </w:tr>
      <w:tr w:rsidR="000A63D8" w:rsidRPr="000A63D8" w14:paraId="579C4E21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A41D8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📅</w:t>
            </w:r>
            <w:r w:rsidRPr="000A63D8">
              <w:rPr>
                <w:lang w:val="nl-NL"/>
              </w:rPr>
              <w:t xml:space="preserve"> Agenda</w:t>
            </w:r>
          </w:p>
        </w:tc>
        <w:tc>
          <w:tcPr>
            <w:tcW w:w="0" w:type="auto"/>
            <w:vAlign w:val="center"/>
            <w:hideMark/>
          </w:tcPr>
          <w:p w14:paraId="101CCC3F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Afspraken</w:t>
            </w:r>
          </w:p>
        </w:tc>
        <w:tc>
          <w:tcPr>
            <w:tcW w:w="0" w:type="auto"/>
            <w:vAlign w:val="center"/>
            <w:hideMark/>
          </w:tcPr>
          <w:p w14:paraId="3BD43905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rFonts w:ascii="Segoe UI Emoji" w:hAnsi="Segoe UI Emoji" w:cs="Segoe UI Emoji"/>
                <w:lang w:val="nl-NL"/>
              </w:rPr>
              <w:t>✅</w:t>
            </w:r>
          </w:p>
        </w:tc>
      </w:tr>
    </w:tbl>
    <w:p w14:paraId="790B718B" w14:textId="11E8F786" w:rsidR="000A63D8" w:rsidRDefault="000A63D8" w:rsidP="00A248D5">
      <w:pPr>
        <w:spacing w:after="0"/>
        <w:rPr>
          <w:lang w:val="nl-NL"/>
        </w:rPr>
      </w:pPr>
    </w:p>
    <w:p w14:paraId="470FD376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 xml:space="preserve">9.3 Google </w:t>
      </w:r>
      <w:proofErr w:type="spellStart"/>
      <w:r w:rsidRPr="000A63D8">
        <w:rPr>
          <w:lang w:val="nl-NL"/>
        </w:rPr>
        <w:t>Maps</w:t>
      </w:r>
      <w:proofErr w:type="spellEnd"/>
    </w:p>
    <w:p w14:paraId="07FC5F77" w14:textId="0F31E7C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Voor mij is dit de belangrijkste app.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Waarom?</w:t>
      </w:r>
      <w:r w:rsidR="005320C4">
        <w:rPr>
          <w:lang w:val="nl-NL"/>
        </w:rPr>
        <w:t xml:space="preserve"> </w:t>
      </w:r>
      <w:proofErr w:type="gramStart"/>
      <w:r w:rsidRPr="000A63D8">
        <w:rPr>
          <w:lang w:val="nl-NL"/>
        </w:rPr>
        <w:t>Omdat</w:t>
      </w:r>
      <w:proofErr w:type="gramEnd"/>
      <w:r w:rsidRPr="000A63D8">
        <w:rPr>
          <w:lang w:val="nl-NL"/>
        </w:rPr>
        <w:t xml:space="preserve"> je vrijwel alles kunt vinden.</w:t>
      </w:r>
    </w:p>
    <w:p w14:paraId="4A794993" w14:textId="53F44DA1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Bijvoorbeeld: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campings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restaurants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bakkers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supermarkten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ziekenhuizen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garages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wasserettes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musea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Vrijwel alles staat erin.</w:t>
      </w:r>
    </w:p>
    <w:p w14:paraId="2A086D10" w14:textId="5E52FFEA" w:rsidR="000A63D8" w:rsidRPr="000A63D8" w:rsidRDefault="000A63D8" w:rsidP="00A248D5">
      <w:pPr>
        <w:spacing w:after="0"/>
        <w:rPr>
          <w:lang w:val="nl-NL"/>
        </w:rPr>
      </w:pPr>
    </w:p>
    <w:p w14:paraId="204CBE6E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Mijn favoriete functie</w:t>
      </w:r>
    </w:p>
    <w:p w14:paraId="1FC02A7F" w14:textId="09343D7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zegt: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"Zoek een Lidl."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Klaar.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"Zoek een camping."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Binnen enkele seconden zie je de resultaten.</w:t>
      </w:r>
    </w:p>
    <w:p w14:paraId="2A2B1105" w14:textId="34271789" w:rsidR="000A63D8" w:rsidRPr="000A63D8" w:rsidRDefault="000A63D8" w:rsidP="00A248D5">
      <w:pPr>
        <w:spacing w:after="0"/>
        <w:rPr>
          <w:lang w:val="nl-NL"/>
        </w:rPr>
      </w:pPr>
    </w:p>
    <w:p w14:paraId="5138C036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9.4 Apple Kaarten</w:t>
      </w:r>
    </w:p>
    <w:p w14:paraId="7693BC44" w14:textId="262E84E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Apple Kaarten is rustiger.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Minder informatie.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Grotere letters.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Heel overzichtelijk.</w:t>
      </w:r>
    </w:p>
    <w:p w14:paraId="0D5EC3FD" w14:textId="27D3150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Ik gebruik Apple Kaarten vooral:</w:t>
      </w:r>
      <w:r w:rsidR="005320C4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korte ritten</w:t>
      </w:r>
      <w:r w:rsidR="005320C4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binnen Nederland</w:t>
      </w:r>
      <w:r w:rsidR="005320C4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eenvoudige bestemmingen</w:t>
      </w:r>
    </w:p>
    <w:p w14:paraId="75698642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 xml:space="preserve">9.5 </w:t>
      </w:r>
      <w:proofErr w:type="spellStart"/>
      <w:r w:rsidRPr="000A63D8">
        <w:rPr>
          <w:lang w:val="nl-NL"/>
        </w:rPr>
        <w:t>Waze</w:t>
      </w:r>
      <w:proofErr w:type="spellEnd"/>
    </w:p>
    <w:p w14:paraId="556109FA" w14:textId="5A355394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Waze</w:t>
      </w:r>
      <w:proofErr w:type="spellEnd"/>
      <w:r w:rsidRPr="000A63D8">
        <w:rPr>
          <w:lang w:val="nl-NL"/>
        </w:rPr>
        <w:t xml:space="preserve"> is gemaakt door automobilisten.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Het bijzondere: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Gebruikers melden onderweg:</w:t>
      </w:r>
    </w:p>
    <w:p w14:paraId="06C8A446" w14:textId="77777777" w:rsidR="000A63D8" w:rsidRPr="000A63D8" w:rsidRDefault="000A63D8" w:rsidP="00A248D5">
      <w:pPr>
        <w:numPr>
          <w:ilvl w:val="0"/>
          <w:numId w:val="73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file</w:t>
      </w:r>
      <w:proofErr w:type="gramEnd"/>
    </w:p>
    <w:p w14:paraId="5A52CCD9" w14:textId="77777777" w:rsidR="000A63D8" w:rsidRPr="000A63D8" w:rsidRDefault="000A63D8" w:rsidP="00A248D5">
      <w:pPr>
        <w:numPr>
          <w:ilvl w:val="0"/>
          <w:numId w:val="73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ongeluk</w:t>
      </w:r>
      <w:proofErr w:type="gramEnd"/>
    </w:p>
    <w:p w14:paraId="35897C3F" w14:textId="77777777" w:rsidR="000A63D8" w:rsidRPr="000A63D8" w:rsidRDefault="000A63D8" w:rsidP="00A248D5">
      <w:pPr>
        <w:numPr>
          <w:ilvl w:val="0"/>
          <w:numId w:val="73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stilstaande</w:t>
      </w:r>
      <w:proofErr w:type="gramEnd"/>
      <w:r w:rsidRPr="000A63D8">
        <w:rPr>
          <w:lang w:val="nl-NL"/>
        </w:rPr>
        <w:t xml:space="preserve"> auto</w:t>
      </w:r>
    </w:p>
    <w:p w14:paraId="76704770" w14:textId="77777777" w:rsidR="000A63D8" w:rsidRPr="000A63D8" w:rsidRDefault="000A63D8" w:rsidP="00A248D5">
      <w:pPr>
        <w:numPr>
          <w:ilvl w:val="0"/>
          <w:numId w:val="73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wegwerkzaamheden</w:t>
      </w:r>
      <w:proofErr w:type="gramEnd"/>
    </w:p>
    <w:p w14:paraId="4C7189A0" w14:textId="77777777" w:rsidR="000A63D8" w:rsidRPr="000A63D8" w:rsidRDefault="000A63D8" w:rsidP="00A248D5">
      <w:pPr>
        <w:numPr>
          <w:ilvl w:val="0"/>
          <w:numId w:val="73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gevaar</w:t>
      </w:r>
      <w:proofErr w:type="gramEnd"/>
      <w:r w:rsidRPr="000A63D8">
        <w:rPr>
          <w:lang w:val="nl-NL"/>
        </w:rPr>
        <w:t xml:space="preserve"> op de weg</w:t>
      </w:r>
    </w:p>
    <w:p w14:paraId="3AB9955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Daardoor ben je vaak eerder gewaarschuwd dan met andere navigatie-apps.</w:t>
      </w:r>
    </w:p>
    <w:p w14:paraId="3D91270E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>9.6 Campercontact</w:t>
      </w:r>
    </w:p>
    <w:p w14:paraId="049426C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Een van de populairste camperapps in Europa.</w:t>
      </w:r>
    </w:p>
    <w:p w14:paraId="6255C388" w14:textId="4D74CF8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vindt:</w:t>
      </w:r>
      <w:r w:rsidR="005320C4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camperplaatsen</w:t>
      </w:r>
      <w:r w:rsidR="005320C4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voorzieningen</w:t>
      </w:r>
      <w:r w:rsidR="005320C4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foto's</w:t>
      </w:r>
      <w:r w:rsidR="005320C4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beoordelingen</w:t>
      </w:r>
      <w:r w:rsidR="005320C4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prijzen</w:t>
      </w:r>
      <w:r w:rsidR="005320C4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✔</w:t>
      </w:r>
      <w:r w:rsidRPr="000A63D8">
        <w:rPr>
          <w:lang w:val="nl-NL"/>
        </w:rPr>
        <w:t xml:space="preserve"> </w:t>
      </w:r>
      <w:r w:rsidR="005320C4">
        <w:rPr>
          <w:lang w:val="nl-NL"/>
        </w:rPr>
        <w:t>o</w:t>
      </w:r>
      <w:r w:rsidRPr="000A63D8">
        <w:rPr>
          <w:lang w:val="nl-NL"/>
        </w:rPr>
        <w:t>peningstijden</w:t>
      </w:r>
    </w:p>
    <w:p w14:paraId="0F3B34B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Mijn advies:</w:t>
      </w:r>
      <w:r w:rsidRPr="000A63D8">
        <w:rPr>
          <w:lang w:val="nl-NL"/>
        </w:rPr>
        <w:t xml:space="preserve"> gebruik Campercontact terwijl je nog op de camping staat of tijdens een pauze. Stuur daarna de gekozen locatie naar 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 xml:space="preserve"> of Apple Kaarten voor de route.</w:t>
      </w:r>
    </w:p>
    <w:p w14:paraId="6635A90B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>9.7 park4night</w:t>
      </w:r>
    </w:p>
    <w:p w14:paraId="33A2EC2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Deze app is ideaal voor bijzondere overnachtingsplekken.</w:t>
      </w:r>
    </w:p>
    <w:p w14:paraId="19C8E75D" w14:textId="2F4A5A8C" w:rsidR="000A63D8" w:rsidRPr="000A63D8" w:rsidRDefault="000A63D8" w:rsidP="005320C4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Je vindt bijvoorbeeld: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kleine camperplaatsen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parkeerplaatsen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natuurcampings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uitzichtpunten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rustige plekken</w:t>
      </w:r>
    </w:p>
    <w:p w14:paraId="4B60879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beoordelingen van andere camperaars zijn vaak erg waardevol.</w:t>
      </w:r>
    </w:p>
    <w:p w14:paraId="6A2DE635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>9.8 Weer-app</w:t>
      </w:r>
    </w:p>
    <w:p w14:paraId="20B70BC4" w14:textId="406AB5BB" w:rsidR="000A63D8" w:rsidRPr="000A63D8" w:rsidRDefault="000A63D8" w:rsidP="005320C4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Voor camperreizen is het weer belangrijk.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Controleer elke ochtend: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temperatuur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regen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wind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onweer</w:t>
      </w:r>
      <w:r w:rsidR="005320C4">
        <w:rPr>
          <w:lang w:val="nl-NL"/>
        </w:rPr>
        <w:t xml:space="preserve"> </w:t>
      </w:r>
      <w:r w:rsidRPr="000A63D8">
        <w:rPr>
          <w:lang w:val="nl-NL"/>
        </w:rPr>
        <w:t>Zo kun je besluiten eerder te vertrekken of juist langer te blijven.</w:t>
      </w:r>
    </w:p>
    <w:p w14:paraId="4167C112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lastRenderedPageBreak/>
        <w:t xml:space="preserve">9.9 </w:t>
      </w:r>
      <w:proofErr w:type="spellStart"/>
      <w:r w:rsidRPr="000A63D8">
        <w:rPr>
          <w:lang w:val="nl-NL"/>
        </w:rPr>
        <w:t>Spotify</w:t>
      </w:r>
      <w:proofErr w:type="spellEnd"/>
    </w:p>
    <w:p w14:paraId="4466AA4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Maak vóór vertrek een paar afspeellijsten.</w:t>
      </w:r>
    </w:p>
    <w:p w14:paraId="62DD1C7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Download ze zodat je onderweg geen internet nodig hebt.</w:t>
      </w:r>
    </w:p>
    <w:p w14:paraId="200936BF" w14:textId="77777777" w:rsidR="000A63D8" w:rsidRPr="000A63D8" w:rsidRDefault="000A63D8" w:rsidP="005320C4">
      <w:pPr>
        <w:pStyle w:val="Kop1"/>
        <w:rPr>
          <w:lang w:val="nl-NL"/>
        </w:rPr>
      </w:pPr>
      <w:r w:rsidRPr="000A63D8">
        <w:rPr>
          <w:lang w:val="nl-NL"/>
        </w:rPr>
        <w:t>9.10 Podcasts</w:t>
      </w:r>
    </w:p>
    <w:p w14:paraId="44867169" w14:textId="2BBCD4BF" w:rsidR="000A63D8" w:rsidRPr="000A63D8" w:rsidRDefault="000A63D8" w:rsidP="004B462B">
      <w:pPr>
        <w:spacing w:after="0"/>
        <w:rPr>
          <w:lang w:val="nl-NL"/>
        </w:rPr>
      </w:pPr>
      <w:r w:rsidRPr="000A63D8">
        <w:rPr>
          <w:lang w:val="nl-NL"/>
        </w:rPr>
        <w:t>Een aanrader voor lange reisdagen.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Bijvoorbeeld:</w:t>
      </w:r>
      <w:r w:rsidR="004B462B">
        <w:rPr>
          <w:lang w:val="nl-NL"/>
        </w:rPr>
        <w:t xml:space="preserve"> </w:t>
      </w:r>
      <w:proofErr w:type="gramStart"/>
      <w:r w:rsidRPr="000A63D8">
        <w:rPr>
          <w:lang w:val="nl-NL"/>
        </w:rPr>
        <w:t>geschiedenis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wetenschap</w:t>
      </w:r>
      <w:proofErr w:type="gramEnd"/>
      <w:r w:rsidR="004B462B">
        <w:rPr>
          <w:lang w:val="nl-NL"/>
        </w:rPr>
        <w:t xml:space="preserve"> </w:t>
      </w:r>
      <w:r w:rsidRPr="000A63D8">
        <w:rPr>
          <w:lang w:val="nl-NL"/>
        </w:rPr>
        <w:t>reizen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interviews</w:t>
      </w:r>
    </w:p>
    <w:p w14:paraId="74B9A27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Na een paar uur afwisseling met muziek voelt de rit vaak minder lang.</w:t>
      </w:r>
    </w:p>
    <w:p w14:paraId="0B00AB94" w14:textId="77777777" w:rsidR="000A63D8" w:rsidRPr="000A63D8" w:rsidRDefault="000A63D8" w:rsidP="004B462B">
      <w:pPr>
        <w:pStyle w:val="Kop1"/>
        <w:rPr>
          <w:lang w:val="nl-NL"/>
        </w:rPr>
      </w:pPr>
      <w:r w:rsidRPr="000A63D8">
        <w:rPr>
          <w:lang w:val="nl-NL"/>
        </w:rPr>
        <w:t>9.11 Agenda</w:t>
      </w:r>
    </w:p>
    <w:p w14:paraId="0F699F52" w14:textId="50CA3516" w:rsidR="000A63D8" w:rsidRPr="000A63D8" w:rsidRDefault="000A63D8" w:rsidP="004B462B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Zet belangrijke afspraken erin.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Bijvoorbeeld: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campingreservering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museumbezoek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veerboot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onderhoud van de camper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Je kunt dan vanuit de agenda direct naar het adres navigeren.</w:t>
      </w:r>
    </w:p>
    <w:p w14:paraId="603D2907" w14:textId="77777777" w:rsidR="000A63D8" w:rsidRPr="000A63D8" w:rsidRDefault="000A63D8" w:rsidP="004B462B">
      <w:pPr>
        <w:pStyle w:val="Kop1"/>
        <w:rPr>
          <w:lang w:val="nl-NL"/>
        </w:rPr>
      </w:pPr>
      <w:r w:rsidRPr="000A63D8">
        <w:rPr>
          <w:lang w:val="nl-NL"/>
        </w:rPr>
        <w:t>9.12 Kaarten downloaden</w:t>
      </w:r>
    </w:p>
    <w:p w14:paraId="255BC8D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Voor iedere vakantie download ik vooraf de kaarten van de landen waar ik naartoe ga.</w:t>
      </w:r>
    </w:p>
    <w:p w14:paraId="2FC4833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Dan kun je ook zonder mobiel bereik blijven navigeren.</w:t>
      </w:r>
    </w:p>
    <w:p w14:paraId="28F74650" w14:textId="77777777" w:rsidR="000A63D8" w:rsidRPr="000A63D8" w:rsidRDefault="000A63D8" w:rsidP="004B462B">
      <w:pPr>
        <w:pStyle w:val="Kop1"/>
        <w:rPr>
          <w:lang w:val="nl-NL"/>
        </w:rPr>
      </w:pPr>
      <w:r w:rsidRPr="000A63D8">
        <w:rPr>
          <w:lang w:val="nl-NL"/>
        </w:rPr>
        <w:t xml:space="preserve">9.15 Mijn ideale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>-scherm</w:t>
      </w:r>
    </w:p>
    <w:p w14:paraId="315128B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Ik zou de apps als volgt ordenen:</w:t>
      </w:r>
    </w:p>
    <w:p w14:paraId="1194543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Symbol" w:hAnsi="Segoe UI Symbol" w:cs="Segoe UI Symbol"/>
          <w:lang w:val="nl-NL"/>
        </w:rPr>
        <w:t>🗺</w:t>
      </w:r>
      <w:r w:rsidRPr="000A63D8">
        <w:rPr>
          <w:lang w:val="nl-NL"/>
        </w:rPr>
        <w:t xml:space="preserve">️ Google </w:t>
      </w:r>
      <w:proofErr w:type="spellStart"/>
      <w:r w:rsidRPr="000A63D8">
        <w:rPr>
          <w:lang w:val="nl-NL"/>
        </w:rPr>
        <w:t>Maps</w:t>
      </w:r>
      <w:proofErr w:type="spellEnd"/>
    </w:p>
    <w:p w14:paraId="10E73FE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📞</w:t>
      </w:r>
      <w:r w:rsidRPr="000A63D8">
        <w:rPr>
          <w:lang w:val="nl-NL"/>
        </w:rPr>
        <w:t xml:space="preserve"> Telefoon</w:t>
      </w:r>
    </w:p>
    <w:p w14:paraId="5A02350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🎵</w:t>
      </w:r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Spotify</w:t>
      </w:r>
      <w:proofErr w:type="spellEnd"/>
    </w:p>
    <w:p w14:paraId="6BC91EB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💬</w:t>
      </w:r>
      <w:r w:rsidRPr="000A63D8">
        <w:rPr>
          <w:lang w:val="nl-NL"/>
        </w:rPr>
        <w:t xml:space="preserve"> Berichten</w:t>
      </w:r>
    </w:p>
    <w:p w14:paraId="5DF1152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📅</w:t>
      </w:r>
      <w:r w:rsidRPr="000A63D8">
        <w:rPr>
          <w:lang w:val="nl-NL"/>
        </w:rPr>
        <w:t xml:space="preserve"> Agenda</w:t>
      </w:r>
    </w:p>
    <w:p w14:paraId="17A851A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🍏</w:t>
      </w:r>
      <w:r w:rsidRPr="000A63D8">
        <w:rPr>
          <w:lang w:val="nl-NL"/>
        </w:rPr>
        <w:t xml:space="preserve"> Apple Kaarten</w:t>
      </w:r>
    </w:p>
    <w:p w14:paraId="510530E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🚗</w:t>
      </w:r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Waze</w:t>
      </w:r>
      <w:proofErr w:type="spellEnd"/>
    </w:p>
    <w:p w14:paraId="6802852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Symbol" w:hAnsi="Segoe UI Symbol" w:cs="Segoe UI Symbol"/>
          <w:lang w:val="nl-NL"/>
        </w:rPr>
        <w:t>⚙</w:t>
      </w:r>
      <w:r w:rsidRPr="000A63D8">
        <w:rPr>
          <w:lang w:val="nl-NL"/>
        </w:rPr>
        <w:t>️ Instellingen</w:t>
      </w:r>
    </w:p>
    <w:p w14:paraId="43BB822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Zo staan de apps die je het vaakst gebruikt direct bovenaan.</w:t>
      </w:r>
    </w:p>
    <w:p w14:paraId="0B7D39F0" w14:textId="67BC00BB" w:rsidR="000A63D8" w:rsidRPr="000A63D8" w:rsidRDefault="000A63D8" w:rsidP="00A248D5">
      <w:pPr>
        <w:spacing w:after="0"/>
        <w:rPr>
          <w:lang w:val="nl-NL"/>
        </w:rPr>
      </w:pPr>
    </w:p>
    <w:p w14:paraId="5E2453E6" w14:textId="77777777" w:rsidR="000A63D8" w:rsidRPr="000A63D8" w:rsidRDefault="000A63D8" w:rsidP="004B462B">
      <w:pPr>
        <w:pStyle w:val="Kop1"/>
        <w:rPr>
          <w:lang w:val="nl-NL"/>
        </w:rPr>
      </w:pPr>
      <w:r w:rsidRPr="000A63D8">
        <w:rPr>
          <w:lang w:val="nl-NL"/>
        </w:rPr>
        <w:t>9.16 Apps die ik liever niet tijdens het rijden gebruik</w:t>
      </w:r>
    </w:p>
    <w:p w14:paraId="041E5515" w14:textId="64C8C084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Emoji" w:hAnsi="Segoe UI Emoji" w:cs="Segoe UI Emoji"/>
          <w:lang w:val="nl-NL"/>
        </w:rPr>
        <w:t>❌</w:t>
      </w:r>
      <w:r w:rsidRPr="000A63D8">
        <w:rPr>
          <w:lang w:val="nl-NL"/>
        </w:rPr>
        <w:t xml:space="preserve"> Mail</w:t>
      </w:r>
      <w:r w:rsidR="004B462B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❌</w:t>
      </w:r>
      <w:r w:rsidRPr="000A63D8">
        <w:rPr>
          <w:lang w:val="nl-NL"/>
        </w:rPr>
        <w:t xml:space="preserve"> Internetbrowser</w:t>
      </w:r>
      <w:r w:rsidR="004B462B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❌</w:t>
      </w:r>
      <w:r w:rsidRPr="000A63D8">
        <w:rPr>
          <w:lang w:val="nl-NL"/>
        </w:rPr>
        <w:t xml:space="preserve"> Sociale media</w:t>
      </w:r>
      <w:r w:rsidR="004B462B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❌</w:t>
      </w:r>
      <w:r w:rsidRPr="000A63D8">
        <w:rPr>
          <w:lang w:val="nl-NL"/>
        </w:rPr>
        <w:t xml:space="preserve"> Foto</w:t>
      </w:r>
      <w:r w:rsidR="004B462B">
        <w:rPr>
          <w:lang w:val="nl-NL"/>
        </w:rPr>
        <w:t>’</w:t>
      </w:r>
      <w:r w:rsidRPr="000A63D8">
        <w:rPr>
          <w:lang w:val="nl-NL"/>
        </w:rPr>
        <w:t>s bekijken</w:t>
      </w:r>
      <w:r w:rsidR="004B462B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❌</w:t>
      </w:r>
      <w:r w:rsidRPr="000A63D8">
        <w:rPr>
          <w:lang w:val="nl-NL"/>
        </w:rPr>
        <w:t xml:space="preserve"> YouTube</w:t>
      </w:r>
    </w:p>
    <w:p w14:paraId="1AB2A79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lastRenderedPageBreak/>
        <w:t>Niet omdat ze slecht zijn, maar omdat ze afleiden. Bewaar die voor als je op de camping bent.</w:t>
      </w:r>
    </w:p>
    <w:p w14:paraId="52D46F6C" w14:textId="048E6E16" w:rsidR="000A63D8" w:rsidRPr="000A63D8" w:rsidRDefault="000A63D8" w:rsidP="00A248D5">
      <w:pPr>
        <w:spacing w:after="0"/>
        <w:rPr>
          <w:lang w:val="nl-NL"/>
        </w:rPr>
      </w:pPr>
    </w:p>
    <w:p w14:paraId="3AC37014" w14:textId="77777777" w:rsidR="000A63D8" w:rsidRPr="000A63D8" w:rsidRDefault="000A63D8" w:rsidP="004B462B">
      <w:pPr>
        <w:pStyle w:val="Kop1"/>
        <w:rPr>
          <w:lang w:val="nl-NL"/>
        </w:rPr>
      </w:pPr>
      <w:r w:rsidRPr="000A63D8">
        <w:rPr>
          <w:lang w:val="nl-NL"/>
        </w:rPr>
        <w:t>Praktijkoefeningen</w:t>
      </w:r>
    </w:p>
    <w:p w14:paraId="48CF4F99" w14:textId="3E36650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1</w:t>
      </w:r>
      <w:r w:rsidR="004B462B">
        <w:rPr>
          <w:b/>
          <w:bCs/>
          <w:lang w:val="nl-NL"/>
        </w:rPr>
        <w:t xml:space="preserve"> </w:t>
      </w:r>
      <w:r w:rsidR="004B462B" w:rsidRPr="004B462B">
        <w:rPr>
          <w:b/>
          <w:bCs/>
          <w:lang w:val="nl-NL"/>
        </w:rPr>
        <w:sym w:font="Wingdings" w:char="F0E0"/>
      </w:r>
      <w:r w:rsidR="004B462B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Controleer welke apps nu in jouw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>-scherm zichtbaar zijn.</w:t>
      </w:r>
    </w:p>
    <w:p w14:paraId="533CD24E" w14:textId="2BCE997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2</w:t>
      </w:r>
      <w:r w:rsidR="004B462B">
        <w:rPr>
          <w:b/>
          <w:bCs/>
          <w:lang w:val="nl-NL"/>
        </w:rPr>
        <w:t xml:space="preserve"> </w:t>
      </w:r>
      <w:r w:rsidR="004B462B" w:rsidRPr="004B462B">
        <w:rPr>
          <w:b/>
          <w:bCs/>
          <w:lang w:val="nl-NL"/>
        </w:rPr>
        <w:sym w:font="Wingdings" w:char="F0E0"/>
      </w:r>
      <w:r w:rsidR="004B462B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Open 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>.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Zoek: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"Lidl"</w:t>
      </w:r>
    </w:p>
    <w:p w14:paraId="027E2DB8" w14:textId="62873051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3</w:t>
      </w:r>
      <w:r w:rsidR="004B462B">
        <w:rPr>
          <w:b/>
          <w:bCs/>
          <w:lang w:val="nl-NL"/>
        </w:rPr>
        <w:t xml:space="preserve"> </w:t>
      </w:r>
      <w:r w:rsidR="004B462B" w:rsidRPr="004B462B">
        <w:rPr>
          <w:b/>
          <w:bCs/>
          <w:lang w:val="nl-NL"/>
        </w:rPr>
        <w:sym w:font="Wingdings" w:char="F0E0"/>
      </w:r>
      <w:r w:rsidR="004B462B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Open </w:t>
      </w:r>
      <w:proofErr w:type="spellStart"/>
      <w:r w:rsidRPr="000A63D8">
        <w:rPr>
          <w:lang w:val="nl-NL"/>
        </w:rPr>
        <w:t>Waze</w:t>
      </w:r>
      <w:proofErr w:type="spellEnd"/>
      <w:r w:rsidRPr="000A63D8">
        <w:rPr>
          <w:lang w:val="nl-NL"/>
        </w:rPr>
        <w:t>.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Bekijk de verkeersinformatie.</w:t>
      </w:r>
    </w:p>
    <w:p w14:paraId="6CE4C68B" w14:textId="1A6E27F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4</w:t>
      </w:r>
      <w:r w:rsidR="004B462B">
        <w:rPr>
          <w:b/>
          <w:bCs/>
          <w:lang w:val="nl-NL"/>
        </w:rPr>
        <w:t xml:space="preserve"> </w:t>
      </w:r>
      <w:r w:rsidR="004B462B" w:rsidRPr="004B462B">
        <w:rPr>
          <w:b/>
          <w:bCs/>
          <w:lang w:val="nl-NL"/>
        </w:rPr>
        <w:sym w:font="Wingdings" w:char="F0E0"/>
      </w:r>
      <w:r w:rsidR="004B462B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Open </w:t>
      </w:r>
      <w:proofErr w:type="spellStart"/>
      <w:r w:rsidRPr="000A63D8">
        <w:rPr>
          <w:lang w:val="nl-NL"/>
        </w:rPr>
        <w:t>Spotify</w:t>
      </w:r>
      <w:proofErr w:type="spellEnd"/>
      <w:r w:rsidRPr="000A63D8">
        <w:rPr>
          <w:lang w:val="nl-NL"/>
        </w:rPr>
        <w:t>.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Speel een afspeellijst.</w:t>
      </w:r>
    </w:p>
    <w:p w14:paraId="209C2709" w14:textId="4B05277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5</w:t>
      </w:r>
      <w:r w:rsidR="004B462B">
        <w:rPr>
          <w:b/>
          <w:bCs/>
          <w:lang w:val="nl-NL"/>
        </w:rPr>
        <w:t xml:space="preserve"> </w:t>
      </w:r>
      <w:r w:rsidR="004B462B" w:rsidRPr="004B462B">
        <w:rPr>
          <w:b/>
          <w:bCs/>
          <w:lang w:val="nl-NL"/>
        </w:rPr>
        <w:sym w:font="Wingdings" w:char="F0E0"/>
      </w:r>
      <w:r w:rsidR="004B462B">
        <w:rPr>
          <w:b/>
          <w:bCs/>
          <w:lang w:val="nl-NL"/>
        </w:rPr>
        <w:t xml:space="preserve"> </w:t>
      </w:r>
      <w:r w:rsidRPr="000A63D8">
        <w:rPr>
          <w:lang w:val="nl-NL"/>
        </w:rPr>
        <w:t>Open Campercontact of park4night terwijl je stilstaat.</w:t>
      </w:r>
      <w:r w:rsidR="004B462B">
        <w:rPr>
          <w:lang w:val="nl-NL"/>
        </w:rPr>
        <w:t xml:space="preserve"> </w:t>
      </w:r>
      <w:r w:rsidRPr="000A63D8">
        <w:rPr>
          <w:lang w:val="nl-NL"/>
        </w:rPr>
        <w:t>Kies een camperplaats.</w:t>
      </w:r>
    </w:p>
    <w:p w14:paraId="219250C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Open daarna de route in 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>.</w:t>
      </w:r>
    </w:p>
    <w:p w14:paraId="053180DE" w14:textId="1FC830C4" w:rsidR="000A63D8" w:rsidRPr="000A63D8" w:rsidRDefault="000A63D8" w:rsidP="00A248D5">
      <w:pPr>
        <w:spacing w:after="0"/>
        <w:rPr>
          <w:lang w:val="nl-NL"/>
        </w:rPr>
      </w:pPr>
    </w:p>
    <w:p w14:paraId="24599BC6" w14:textId="77777777" w:rsidR="004B462B" w:rsidRDefault="004B462B">
      <w:pPr>
        <w:rPr>
          <w:b/>
          <w:bCs/>
          <w:lang w:val="nl-NL"/>
        </w:rPr>
      </w:pPr>
      <w:r>
        <w:rPr>
          <w:b/>
          <w:bCs/>
          <w:lang w:val="nl-NL"/>
        </w:rPr>
        <w:br w:type="page"/>
      </w:r>
    </w:p>
    <w:p w14:paraId="3852F900" w14:textId="5271F9BB" w:rsidR="000A63D8" w:rsidRDefault="000A63D8" w:rsidP="004B462B">
      <w:pPr>
        <w:pStyle w:val="Titel"/>
      </w:pPr>
      <w:r w:rsidRPr="000A63D8">
        <w:lastRenderedPageBreak/>
        <w:t>10 –</w:t>
      </w:r>
      <w:r w:rsidR="004B462B">
        <w:t>O</w:t>
      </w:r>
      <w:r w:rsidRPr="000A63D8">
        <w:t>ptimaal instellen</w:t>
      </w:r>
    </w:p>
    <w:p w14:paraId="62274BD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 xml:space="preserve">"De meeste mensen gebruiken maar 20% van de mogelijkheden van hun </w:t>
      </w:r>
      <w:proofErr w:type="spellStart"/>
      <w:r w:rsidRPr="000A63D8">
        <w:rPr>
          <w:b/>
          <w:bCs/>
          <w:lang w:val="nl-NL"/>
        </w:rPr>
        <w:t>Pioneer</w:t>
      </w:r>
      <w:proofErr w:type="spellEnd"/>
      <w:r w:rsidRPr="000A63D8">
        <w:rPr>
          <w:b/>
          <w:bCs/>
          <w:lang w:val="nl-NL"/>
        </w:rPr>
        <w:t>."</w:t>
      </w:r>
    </w:p>
    <w:p w14:paraId="189564F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Dat is jammer.</w:t>
      </w:r>
    </w:p>
    <w:p w14:paraId="364EA30F" w14:textId="5800DACC" w:rsidR="00A63890" w:rsidRPr="000A63D8" w:rsidRDefault="000A63D8" w:rsidP="00A63890">
      <w:pPr>
        <w:spacing w:after="0"/>
        <w:rPr>
          <w:lang w:val="nl-NL"/>
        </w:rPr>
      </w:pPr>
      <w:r w:rsidRPr="000A63D8">
        <w:rPr>
          <w:lang w:val="nl-NL"/>
        </w:rPr>
        <w:t>Met een paar eenvoudige instellingen kun je de SPH-DA77DAB prettiger, veiliger en gebruiksvriendelijker maken</w:t>
      </w:r>
    </w:p>
    <w:p w14:paraId="5CD8EF12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10.1 Waar vind je de instellingen?</w:t>
      </w:r>
    </w:p>
    <w:p w14:paraId="09585CD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Op het beginscherm van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zie je het pictogram:</w:t>
      </w:r>
    </w:p>
    <w:p w14:paraId="1DEE224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rFonts w:ascii="Segoe UI Symbol" w:hAnsi="Segoe UI Symbol" w:cs="Segoe UI Symbol"/>
          <w:lang w:val="nl-NL"/>
        </w:rPr>
        <w:t>⚙</w:t>
      </w:r>
      <w:r w:rsidRPr="000A63D8">
        <w:rPr>
          <w:lang w:val="nl-NL"/>
        </w:rPr>
        <w:t xml:space="preserve">️ </w:t>
      </w:r>
      <w:r w:rsidRPr="000A63D8">
        <w:rPr>
          <w:b/>
          <w:bCs/>
          <w:lang w:val="nl-NL"/>
        </w:rPr>
        <w:t>Instellingen</w:t>
      </w:r>
    </w:p>
    <w:p w14:paraId="53A6FCC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Tik daarop.</w:t>
      </w:r>
    </w:p>
    <w:p w14:paraId="5831AA69" w14:textId="54A15160" w:rsidR="000A63D8" w:rsidRPr="000A63D8" w:rsidRDefault="000A63D8" w:rsidP="00A63890">
      <w:pPr>
        <w:spacing w:after="0"/>
        <w:rPr>
          <w:lang w:val="nl-NL"/>
        </w:rPr>
      </w:pPr>
      <w:r w:rsidRPr="000A63D8">
        <w:rPr>
          <w:lang w:val="nl-NL"/>
        </w:rPr>
        <w:t>Je ziet verschillende menu's, zoals: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Audio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Systeem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Bluetooth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Wi-Fi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Display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Camera</w:t>
      </w:r>
      <w:r w:rsidR="00A63890">
        <w:rPr>
          <w:lang w:val="nl-NL"/>
        </w:rPr>
        <w:t xml:space="preserve"> </w:t>
      </w:r>
      <w:proofErr w:type="spellStart"/>
      <w:r w:rsidRPr="000A63D8">
        <w:rPr>
          <w:lang w:val="nl-NL"/>
        </w:rPr>
        <w:t>CarPlay</w:t>
      </w:r>
      <w:proofErr w:type="spellEnd"/>
    </w:p>
    <w:p w14:paraId="0463729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hoeft echt niet alles aan te passen. We richten ons op de instellingen die in de praktijk het meeste verschil maken.</w:t>
      </w:r>
    </w:p>
    <w:p w14:paraId="69DDEE85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10.3 Balans en Fader</w:t>
      </w:r>
    </w:p>
    <w:p w14:paraId="02144461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Hiermee bepaal je waar het geluid vandaan komt.</w:t>
      </w:r>
    </w:p>
    <w:p w14:paraId="5E8FEB78" w14:textId="77777777" w:rsidR="000A63D8" w:rsidRPr="000A63D8" w:rsidRDefault="000A63D8" w:rsidP="00A248D5">
      <w:pPr>
        <w:numPr>
          <w:ilvl w:val="0"/>
          <w:numId w:val="82"/>
        </w:numPr>
        <w:spacing w:after="0"/>
        <w:rPr>
          <w:lang w:val="nl-NL"/>
        </w:rPr>
      </w:pPr>
      <w:r w:rsidRPr="000A63D8">
        <w:rPr>
          <w:b/>
          <w:bCs/>
          <w:lang w:val="nl-NL"/>
        </w:rPr>
        <w:t>Balans</w:t>
      </w:r>
      <w:r w:rsidRPr="000A63D8">
        <w:rPr>
          <w:lang w:val="nl-NL"/>
        </w:rPr>
        <w:t xml:space="preserve"> = links ↔ rechts</w:t>
      </w:r>
    </w:p>
    <w:p w14:paraId="52493735" w14:textId="77777777" w:rsidR="000A63D8" w:rsidRPr="000A63D8" w:rsidRDefault="000A63D8" w:rsidP="00A248D5">
      <w:pPr>
        <w:numPr>
          <w:ilvl w:val="0"/>
          <w:numId w:val="82"/>
        </w:numPr>
        <w:spacing w:after="0"/>
        <w:rPr>
          <w:lang w:val="nl-NL"/>
        </w:rPr>
      </w:pPr>
      <w:r w:rsidRPr="000A63D8">
        <w:rPr>
          <w:b/>
          <w:bCs/>
          <w:lang w:val="nl-NL"/>
        </w:rPr>
        <w:t>Fader</w:t>
      </w:r>
      <w:r w:rsidRPr="000A63D8">
        <w:rPr>
          <w:lang w:val="nl-NL"/>
        </w:rPr>
        <w:t xml:space="preserve"> = voor ↔ achter</w:t>
      </w:r>
    </w:p>
    <w:p w14:paraId="22C62916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10.4 DAB+-zenders opslaan</w:t>
      </w:r>
    </w:p>
    <w:p w14:paraId="5D747204" w14:textId="1ACB4DA4" w:rsidR="000A63D8" w:rsidRPr="000A63D8" w:rsidRDefault="00A63890" w:rsidP="00A63890">
      <w:pPr>
        <w:tabs>
          <w:tab w:val="num" w:pos="720"/>
        </w:tabs>
        <w:spacing w:after="0"/>
        <w:rPr>
          <w:lang w:val="nl-NL"/>
        </w:rPr>
      </w:pPr>
      <w:r>
        <w:rPr>
          <w:lang w:val="nl-NL"/>
        </w:rPr>
        <w:t>A</w:t>
      </w:r>
      <w:r w:rsidR="000A63D8" w:rsidRPr="000A63D8">
        <w:rPr>
          <w:lang w:val="nl-NL"/>
        </w:rPr>
        <w:t>ls je een favoriete zender hebt gevonden:</w:t>
      </w:r>
      <w:r>
        <w:rPr>
          <w:lang w:val="nl-NL"/>
        </w:rPr>
        <w:t xml:space="preserve"> </w:t>
      </w:r>
      <w:r w:rsidRPr="00A63890">
        <w:rPr>
          <w:lang w:val="nl-NL"/>
        </w:rPr>
        <w:sym w:font="Wingdings" w:char="F0E0"/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Kies de zender.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 xml:space="preserve">Houd een </w:t>
      </w:r>
      <w:proofErr w:type="gramStart"/>
      <w:r w:rsidR="000A63D8" w:rsidRPr="000A63D8">
        <w:rPr>
          <w:lang w:val="nl-NL"/>
        </w:rPr>
        <w:t xml:space="preserve">voorkeuzetoets </w:t>
      </w:r>
      <w:r>
        <w:rPr>
          <w:lang w:val="nl-NL"/>
        </w:rPr>
        <w:t xml:space="preserve"> i</w:t>
      </w:r>
      <w:r w:rsidR="000A63D8" w:rsidRPr="000A63D8">
        <w:rPr>
          <w:lang w:val="nl-NL"/>
        </w:rPr>
        <w:t>ngedrukt</w:t>
      </w:r>
      <w:proofErr w:type="gramEnd"/>
      <w:r w:rsidR="000A63D8" w:rsidRPr="000A63D8">
        <w:rPr>
          <w:lang w:val="nl-NL"/>
        </w:rPr>
        <w:t>.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De zender wordt opgeslagen.</w:t>
      </w:r>
    </w:p>
    <w:p w14:paraId="65F659CC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10.5 Schermhelderheid</w:t>
      </w:r>
    </w:p>
    <w:p w14:paraId="1030E388" w14:textId="77777777" w:rsidR="000A63D8" w:rsidRPr="000A63D8" w:rsidRDefault="000A63D8" w:rsidP="00A248D5">
      <w:pPr>
        <w:numPr>
          <w:ilvl w:val="0"/>
          <w:numId w:val="86"/>
        </w:numPr>
        <w:tabs>
          <w:tab w:val="num" w:pos="720"/>
        </w:tabs>
        <w:spacing w:after="0"/>
        <w:rPr>
          <w:lang w:val="nl-NL"/>
        </w:rPr>
      </w:pPr>
      <w:r w:rsidRPr="000A63D8">
        <w:rPr>
          <w:b/>
          <w:bCs/>
          <w:lang w:val="nl-NL"/>
        </w:rPr>
        <w:t>Overdag:</w:t>
      </w:r>
      <w:r w:rsidRPr="000A63D8">
        <w:rPr>
          <w:lang w:val="nl-NL"/>
        </w:rPr>
        <w:t xml:space="preserve"> automatische helderheid of hoog.</w:t>
      </w:r>
    </w:p>
    <w:p w14:paraId="3E9591E0" w14:textId="77777777" w:rsidR="000A63D8" w:rsidRPr="000A63D8" w:rsidRDefault="000A63D8" w:rsidP="00A248D5">
      <w:pPr>
        <w:numPr>
          <w:ilvl w:val="0"/>
          <w:numId w:val="86"/>
        </w:numPr>
        <w:tabs>
          <w:tab w:val="num" w:pos="720"/>
        </w:tabs>
        <w:spacing w:after="0"/>
        <w:rPr>
          <w:lang w:val="nl-NL"/>
        </w:rPr>
      </w:pPr>
      <w:r w:rsidRPr="000A63D8">
        <w:rPr>
          <w:b/>
          <w:bCs/>
          <w:lang w:val="nl-NL"/>
        </w:rPr>
        <w:t>'s Avonds:</w:t>
      </w:r>
      <w:r w:rsidRPr="000A63D8">
        <w:rPr>
          <w:lang w:val="nl-NL"/>
        </w:rPr>
        <w:t xml:space="preserve"> automatische nachtmodus of een lagere helderheid.</w:t>
      </w:r>
    </w:p>
    <w:p w14:paraId="0B0A246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Als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gekoppeld is aan de verlichting van de camper, schakelt hij vaak automatisch tussen dag- en nachtweergave.</w:t>
      </w:r>
    </w:p>
    <w:p w14:paraId="4F80973C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10.6 Bluetooth</w:t>
      </w:r>
    </w:p>
    <w:p w14:paraId="1336BDB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In het Bluetooth-menu kun je:</w:t>
      </w:r>
    </w:p>
    <w:p w14:paraId="361955BF" w14:textId="77777777" w:rsidR="000A63D8" w:rsidRPr="000A63D8" w:rsidRDefault="000A63D8" w:rsidP="00A248D5">
      <w:pPr>
        <w:numPr>
          <w:ilvl w:val="0"/>
          <w:numId w:val="87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gekoppelde</w:t>
      </w:r>
      <w:proofErr w:type="gramEnd"/>
      <w:r w:rsidRPr="000A63D8">
        <w:rPr>
          <w:lang w:val="nl-NL"/>
        </w:rPr>
        <w:t xml:space="preserve"> telefoons bekijken;</w:t>
      </w:r>
    </w:p>
    <w:p w14:paraId="04FB5DAD" w14:textId="77777777" w:rsidR="000A63D8" w:rsidRPr="000A63D8" w:rsidRDefault="000A63D8" w:rsidP="00A248D5">
      <w:pPr>
        <w:numPr>
          <w:ilvl w:val="0"/>
          <w:numId w:val="87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een</w:t>
      </w:r>
      <w:proofErr w:type="gramEnd"/>
      <w:r w:rsidRPr="000A63D8">
        <w:rPr>
          <w:lang w:val="nl-NL"/>
        </w:rPr>
        <w:t xml:space="preserve"> telefoon verwijderen;</w:t>
      </w:r>
    </w:p>
    <w:p w14:paraId="3A456ECB" w14:textId="77777777" w:rsidR="000A63D8" w:rsidRPr="000A63D8" w:rsidRDefault="000A63D8" w:rsidP="00A248D5">
      <w:pPr>
        <w:numPr>
          <w:ilvl w:val="0"/>
          <w:numId w:val="87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een</w:t>
      </w:r>
      <w:proofErr w:type="gramEnd"/>
      <w:r w:rsidRPr="000A63D8">
        <w:rPr>
          <w:lang w:val="nl-NL"/>
        </w:rPr>
        <w:t xml:space="preserve"> nieuwe telefoon toevoegen;</w:t>
      </w:r>
    </w:p>
    <w:p w14:paraId="14B83D63" w14:textId="77777777" w:rsidR="000A63D8" w:rsidRPr="000A63D8" w:rsidRDefault="000A63D8" w:rsidP="00A248D5">
      <w:pPr>
        <w:numPr>
          <w:ilvl w:val="0"/>
          <w:numId w:val="87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kiezen</w:t>
      </w:r>
      <w:proofErr w:type="gramEnd"/>
      <w:r w:rsidRPr="000A63D8">
        <w:rPr>
          <w:lang w:val="nl-NL"/>
        </w:rPr>
        <w:t xml:space="preserve"> welke telefoon actief is.</w:t>
      </w:r>
    </w:p>
    <w:p w14:paraId="57FD0106" w14:textId="3BA09C3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Tip</w:t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Geef je iPhone een herkenbare naam, bijvoorbeeld:</w:t>
      </w:r>
    </w:p>
    <w:p w14:paraId="201D1A79" w14:textId="37C10090" w:rsidR="000A63D8" w:rsidRPr="000A63D8" w:rsidRDefault="00A63890" w:rsidP="00A248D5">
      <w:pPr>
        <w:numPr>
          <w:ilvl w:val="0"/>
          <w:numId w:val="88"/>
        </w:numPr>
        <w:spacing w:after="0"/>
        <w:rPr>
          <w:lang w:val="nl-NL"/>
        </w:rPr>
      </w:pPr>
      <w:r>
        <w:rPr>
          <w:lang w:val="nl-NL"/>
        </w:rPr>
        <w:t>Jan Olav</w:t>
      </w:r>
      <w:r w:rsidR="000A63D8" w:rsidRPr="000A63D8">
        <w:rPr>
          <w:lang w:val="nl-NL"/>
        </w:rPr>
        <w:t xml:space="preserve"> iPhone</w:t>
      </w:r>
    </w:p>
    <w:p w14:paraId="178D5EE3" w14:textId="220D9FD0" w:rsidR="000A63D8" w:rsidRPr="000A63D8" w:rsidRDefault="00A63890" w:rsidP="00A248D5">
      <w:pPr>
        <w:numPr>
          <w:ilvl w:val="0"/>
          <w:numId w:val="88"/>
        </w:numPr>
        <w:spacing w:after="0"/>
        <w:rPr>
          <w:lang w:val="nl-NL"/>
        </w:rPr>
      </w:pPr>
      <w:r>
        <w:rPr>
          <w:lang w:val="nl-NL"/>
        </w:rPr>
        <w:t>Yvonne</w:t>
      </w:r>
      <w:r w:rsidR="000A63D8" w:rsidRPr="000A63D8">
        <w:rPr>
          <w:lang w:val="nl-NL"/>
        </w:rPr>
        <w:t xml:space="preserve"> iPhone</w:t>
      </w:r>
    </w:p>
    <w:p w14:paraId="4889683C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10.7 Wi-Fi</w:t>
      </w:r>
    </w:p>
    <w:p w14:paraId="2D19485B" w14:textId="6CC501E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Voor draadloos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moet Wi-Fi ingeschakeld zijn.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Verder hoef je hier meestal niets aan te veranderen.</w:t>
      </w:r>
    </w:p>
    <w:p w14:paraId="298907A6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 xml:space="preserve">10.8 Twee </w:t>
      </w:r>
      <w:proofErr w:type="spellStart"/>
      <w:r w:rsidRPr="000A63D8">
        <w:rPr>
          <w:lang w:val="nl-NL"/>
        </w:rPr>
        <w:t>iPhones</w:t>
      </w:r>
      <w:proofErr w:type="spellEnd"/>
      <w:r w:rsidRPr="000A63D8">
        <w:rPr>
          <w:lang w:val="nl-NL"/>
        </w:rPr>
        <w:t xml:space="preserve"> koppelen</w:t>
      </w:r>
    </w:p>
    <w:p w14:paraId="4C288771" w14:textId="3A332B9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Veel camperstellen hebben allebei een iPhone.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Dat werkt prima.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Maar onthoud:</w:t>
      </w:r>
    </w:p>
    <w:p w14:paraId="49E0CC9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Er kan </w:t>
      </w:r>
      <w:r w:rsidRPr="000A63D8">
        <w:rPr>
          <w:b/>
          <w:bCs/>
          <w:lang w:val="nl-NL"/>
        </w:rPr>
        <w:t xml:space="preserve">maar één </w:t>
      </w:r>
      <w:proofErr w:type="spellStart"/>
      <w:r w:rsidRPr="000A63D8">
        <w:rPr>
          <w:b/>
          <w:bCs/>
          <w:lang w:val="nl-NL"/>
        </w:rPr>
        <w:t>CarPlay</w:t>
      </w:r>
      <w:proofErr w:type="spellEnd"/>
      <w:r w:rsidRPr="000A63D8">
        <w:rPr>
          <w:b/>
          <w:bCs/>
          <w:lang w:val="nl-NL"/>
        </w:rPr>
        <w:t>-sessie tegelijk actief zijn</w:t>
      </w:r>
      <w:r w:rsidRPr="000A63D8">
        <w:rPr>
          <w:lang w:val="nl-NL"/>
        </w:rPr>
        <w:t>.</w:t>
      </w:r>
    </w:p>
    <w:p w14:paraId="5016D00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Als de verkeerde telefoon verbinding maakt:</w:t>
      </w:r>
    </w:p>
    <w:p w14:paraId="16381F7F" w14:textId="77777777" w:rsidR="000A63D8" w:rsidRPr="000A63D8" w:rsidRDefault="000A63D8" w:rsidP="00A248D5">
      <w:pPr>
        <w:numPr>
          <w:ilvl w:val="0"/>
          <w:numId w:val="89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schakel</w:t>
      </w:r>
      <w:proofErr w:type="gramEnd"/>
      <w:r w:rsidRPr="000A63D8">
        <w:rPr>
          <w:lang w:val="nl-NL"/>
        </w:rPr>
        <w:t xml:space="preserve"> Bluetooth op die telefoon tijdelijk uit;</w:t>
      </w:r>
    </w:p>
    <w:p w14:paraId="021D1B64" w14:textId="77777777" w:rsidR="000A63D8" w:rsidRPr="000A63D8" w:rsidRDefault="000A63D8" w:rsidP="00A248D5">
      <w:pPr>
        <w:numPr>
          <w:ilvl w:val="0"/>
          <w:numId w:val="89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of</w:t>
      </w:r>
      <w:proofErr w:type="gramEnd"/>
      <w:r w:rsidRPr="000A63D8">
        <w:rPr>
          <w:lang w:val="nl-NL"/>
        </w:rPr>
        <w:t xml:space="preserve"> kies in het Bluetooth-menu van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de juiste telefoon.</w:t>
      </w:r>
    </w:p>
    <w:p w14:paraId="58543529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10.9 Achteruitrijcamera</w:t>
      </w:r>
    </w:p>
    <w:p w14:paraId="5346DDDD" w14:textId="475D15B1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Heeft jouw camper een achteruitrijcamera?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Dan kun je instellen:</w:t>
      </w:r>
    </w:p>
    <w:p w14:paraId="60BA50DC" w14:textId="77777777" w:rsidR="000A63D8" w:rsidRPr="000A63D8" w:rsidRDefault="000A63D8" w:rsidP="00A248D5">
      <w:pPr>
        <w:numPr>
          <w:ilvl w:val="0"/>
          <w:numId w:val="90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automatisch</w:t>
      </w:r>
      <w:proofErr w:type="gramEnd"/>
      <w:r w:rsidRPr="000A63D8">
        <w:rPr>
          <w:lang w:val="nl-NL"/>
        </w:rPr>
        <w:t xml:space="preserve"> beeld bij achteruitrijden;</w:t>
      </w:r>
    </w:p>
    <w:p w14:paraId="66BCDF23" w14:textId="77777777" w:rsidR="000A63D8" w:rsidRPr="000A63D8" w:rsidRDefault="000A63D8" w:rsidP="00A248D5">
      <w:pPr>
        <w:numPr>
          <w:ilvl w:val="0"/>
          <w:numId w:val="90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hulplijnen</w:t>
      </w:r>
      <w:proofErr w:type="gramEnd"/>
      <w:r w:rsidRPr="000A63D8">
        <w:rPr>
          <w:lang w:val="nl-NL"/>
        </w:rPr>
        <w:t xml:space="preserve"> aan of uit;</w:t>
      </w:r>
    </w:p>
    <w:p w14:paraId="76C92C09" w14:textId="77777777" w:rsidR="000A63D8" w:rsidRPr="000A63D8" w:rsidRDefault="000A63D8" w:rsidP="00A248D5">
      <w:pPr>
        <w:numPr>
          <w:ilvl w:val="0"/>
          <w:numId w:val="90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helderheid</w:t>
      </w:r>
      <w:proofErr w:type="gramEnd"/>
      <w:r w:rsidRPr="000A63D8">
        <w:rPr>
          <w:lang w:val="nl-NL"/>
        </w:rPr>
        <w:t xml:space="preserve"> en contrast.</w:t>
      </w:r>
    </w:p>
    <w:p w14:paraId="1EAB4BCF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Mijn advies</w:t>
      </w:r>
    </w:p>
    <w:p w14:paraId="2C88057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Laat de hulplijnen aan. Ze helpen vooral bij het achteruit inparkeren.</w:t>
      </w:r>
    </w:p>
    <w:p w14:paraId="1C1FD897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10.10 Opstartscherm</w:t>
      </w:r>
    </w:p>
    <w:p w14:paraId="016E34D8" w14:textId="024114D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Sommige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-modellen laten toe om het opstartscherm aan te passen.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Dat is leuk, maar niet noodzakelijk.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Mijn advies: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Laat de standaardinstelling staan.</w:t>
      </w:r>
    </w:p>
    <w:p w14:paraId="701E57D2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10.11 Firmware-updates</w:t>
      </w:r>
    </w:p>
    <w:p w14:paraId="33787B95" w14:textId="617A2DA8" w:rsidR="000A63D8" w:rsidRPr="000A63D8" w:rsidRDefault="000A63D8" w:rsidP="00A63890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brengt af en toe een firmware-update uit.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Zo'n update kan: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fouten oplossen;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tabiliteit</w:t>
      </w:r>
      <w:proofErr w:type="spellEnd"/>
      <w:r w:rsidRPr="000A63D8">
        <w:rPr>
          <w:lang w:val="nl-NL"/>
        </w:rPr>
        <w:t xml:space="preserve"> verbeteren;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nieuwe functies toevoegen.</w:t>
      </w:r>
    </w:p>
    <w:p w14:paraId="35080647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10.12 Geluidsvolume van navigatie</w:t>
      </w:r>
    </w:p>
    <w:p w14:paraId="63C76A93" w14:textId="5D41243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kunt het volume van de navigatiestem apart instellen.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Doe dit terwijl de navigatie een aanwijzing geeft.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Draai dan aan de volumeknop.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Zo stel je precies de stem van de navigatie harder of zachter in.</w:t>
      </w:r>
    </w:p>
    <w:p w14:paraId="4C0D26E9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10.13 Taal</w:t>
      </w:r>
    </w:p>
    <w:p w14:paraId="56B63EF2" w14:textId="6ACF2EA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Controleer of de taal van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op </w:t>
      </w:r>
      <w:r w:rsidRPr="000A63D8">
        <w:rPr>
          <w:b/>
          <w:bCs/>
          <w:lang w:val="nl-NL"/>
        </w:rPr>
        <w:t>Nederlands</w:t>
      </w:r>
      <w:r w:rsidRPr="000A63D8">
        <w:rPr>
          <w:lang w:val="nl-NL"/>
        </w:rPr>
        <w:t xml:space="preserve"> staat.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Dat maakt de menu's veel duidelijker.</w:t>
      </w:r>
    </w:p>
    <w:p w14:paraId="28999C43" w14:textId="77777777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kun je desgewenst ook Nederlands laten spreken.</w:t>
      </w:r>
    </w:p>
    <w:p w14:paraId="02D93F59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10.14 Automatisch verbinden</w:t>
      </w:r>
    </w:p>
    <w:p w14:paraId="4DE77B3B" w14:textId="5AB9DD7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Controleer of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automatisch verbinding maakt met je iPhone.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Dat is de prettigste manier van werken.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Je stapt in.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Je start de camper.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 xml:space="preserve">Na enkele seconden verschijnt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vanzelf.</w:t>
      </w:r>
    </w:p>
    <w:p w14:paraId="01BB98DD" w14:textId="2312E3C1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 xml:space="preserve">10.15 </w:t>
      </w:r>
      <w:r w:rsidR="00A63890">
        <w:rPr>
          <w:lang w:val="nl-NL"/>
        </w:rPr>
        <w:t>A</w:t>
      </w:r>
      <w:r w:rsidRPr="000A63D8">
        <w:rPr>
          <w:lang w:val="nl-NL"/>
        </w:rPr>
        <w:t>anbevolen instellingen</w:t>
      </w:r>
    </w:p>
    <w:p w14:paraId="14E3F70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Als ik jouw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zou instellen, zou ik kiezen voor: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7"/>
        <w:gridCol w:w="2742"/>
      </w:tblGrid>
      <w:tr w:rsidR="000A63D8" w:rsidRPr="000A63D8" w14:paraId="60E6EA03" w14:textId="77777777" w:rsidTr="000A63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88AFD9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Instelling</w:t>
            </w:r>
          </w:p>
        </w:tc>
        <w:tc>
          <w:tcPr>
            <w:tcW w:w="0" w:type="auto"/>
            <w:vAlign w:val="center"/>
            <w:hideMark/>
          </w:tcPr>
          <w:p w14:paraId="7ECEDC50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Aanbevolen</w:t>
            </w:r>
          </w:p>
        </w:tc>
      </w:tr>
      <w:tr w:rsidR="000A63D8" w:rsidRPr="000A63D8" w14:paraId="233A75D9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AC6629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proofErr w:type="spellStart"/>
            <w:r w:rsidRPr="000A63D8">
              <w:rPr>
                <w:lang w:val="nl-NL"/>
              </w:rPr>
              <w:t>CarPlay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D7EA0B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Automatisch</w:t>
            </w:r>
          </w:p>
        </w:tc>
      </w:tr>
      <w:tr w:rsidR="000A63D8" w:rsidRPr="000A63D8" w14:paraId="3770D457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C7D51C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Bluetooth</w:t>
            </w:r>
          </w:p>
        </w:tc>
        <w:tc>
          <w:tcPr>
            <w:tcW w:w="0" w:type="auto"/>
            <w:vAlign w:val="center"/>
            <w:hideMark/>
          </w:tcPr>
          <w:p w14:paraId="51474D64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Aan</w:t>
            </w:r>
          </w:p>
        </w:tc>
      </w:tr>
      <w:tr w:rsidR="000A63D8" w:rsidRPr="000A63D8" w14:paraId="353D7D95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ECD5E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Wi-Fi</w:t>
            </w:r>
          </w:p>
        </w:tc>
        <w:tc>
          <w:tcPr>
            <w:tcW w:w="0" w:type="auto"/>
            <w:vAlign w:val="center"/>
            <w:hideMark/>
          </w:tcPr>
          <w:p w14:paraId="47697F17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Aan</w:t>
            </w:r>
          </w:p>
        </w:tc>
      </w:tr>
      <w:tr w:rsidR="000A63D8" w:rsidRPr="000A63D8" w14:paraId="56B19E82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78A02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Taal</w:t>
            </w:r>
          </w:p>
        </w:tc>
        <w:tc>
          <w:tcPr>
            <w:tcW w:w="0" w:type="auto"/>
            <w:vAlign w:val="center"/>
            <w:hideMark/>
          </w:tcPr>
          <w:p w14:paraId="23463024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Nederlands</w:t>
            </w:r>
          </w:p>
        </w:tc>
      </w:tr>
      <w:tr w:rsidR="000A63D8" w:rsidRPr="000A63D8" w14:paraId="35B5A1EF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ABB5D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Dag-/nachtmodus</w:t>
            </w:r>
          </w:p>
        </w:tc>
        <w:tc>
          <w:tcPr>
            <w:tcW w:w="0" w:type="auto"/>
            <w:vAlign w:val="center"/>
            <w:hideMark/>
          </w:tcPr>
          <w:p w14:paraId="5792CC54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Automatisch</w:t>
            </w:r>
          </w:p>
        </w:tc>
      </w:tr>
      <w:tr w:rsidR="000A63D8" w:rsidRPr="000A63D8" w14:paraId="613B4BC6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22B7D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Fader</w:t>
            </w:r>
          </w:p>
        </w:tc>
        <w:tc>
          <w:tcPr>
            <w:tcW w:w="0" w:type="auto"/>
            <w:vAlign w:val="center"/>
            <w:hideMark/>
          </w:tcPr>
          <w:p w14:paraId="181B0FD6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1–2 stapjes naar voren</w:t>
            </w:r>
          </w:p>
        </w:tc>
      </w:tr>
      <w:tr w:rsidR="000A63D8" w:rsidRPr="000A63D8" w14:paraId="5336D99D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6CC43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Balans</w:t>
            </w:r>
          </w:p>
        </w:tc>
        <w:tc>
          <w:tcPr>
            <w:tcW w:w="0" w:type="auto"/>
            <w:vAlign w:val="center"/>
            <w:hideMark/>
          </w:tcPr>
          <w:p w14:paraId="5D66FE4E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Midden</w:t>
            </w:r>
          </w:p>
        </w:tc>
      </w:tr>
      <w:tr w:rsidR="000A63D8" w:rsidRPr="000A63D8" w14:paraId="1988EE1B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74FB9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Equalizer</w:t>
            </w:r>
          </w:p>
        </w:tc>
        <w:tc>
          <w:tcPr>
            <w:tcW w:w="0" w:type="auto"/>
            <w:vAlign w:val="center"/>
            <w:hideMark/>
          </w:tcPr>
          <w:p w14:paraId="1CCA576F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Standaard (later fijn afstellen)</w:t>
            </w:r>
          </w:p>
        </w:tc>
      </w:tr>
      <w:tr w:rsidR="000A63D8" w:rsidRPr="000A63D8" w14:paraId="7035D04D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33ECD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Navigatiestem</w:t>
            </w:r>
          </w:p>
        </w:tc>
        <w:tc>
          <w:tcPr>
            <w:tcW w:w="0" w:type="auto"/>
            <w:vAlign w:val="center"/>
            <w:hideMark/>
          </w:tcPr>
          <w:p w14:paraId="242D12C5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Iets luider dan de muziek</w:t>
            </w:r>
          </w:p>
        </w:tc>
      </w:tr>
      <w:tr w:rsidR="000A63D8" w:rsidRPr="000A63D8" w14:paraId="1571F694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8517C7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Achteruitrijcamera</w:t>
            </w:r>
          </w:p>
        </w:tc>
        <w:tc>
          <w:tcPr>
            <w:tcW w:w="0" w:type="auto"/>
            <w:vAlign w:val="center"/>
            <w:hideMark/>
          </w:tcPr>
          <w:p w14:paraId="1BEE063C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Automatisch met hulplijnen</w:t>
            </w:r>
          </w:p>
        </w:tc>
      </w:tr>
    </w:tbl>
    <w:p w14:paraId="083CB708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Praktijkoefeningen</w:t>
      </w:r>
    </w:p>
    <w:p w14:paraId="538E58B6" w14:textId="7FA884D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1</w:t>
      </w:r>
      <w:r w:rsidR="00A63890">
        <w:rPr>
          <w:b/>
          <w:bCs/>
          <w:lang w:val="nl-NL"/>
        </w:rPr>
        <w:t xml:space="preserve"> </w:t>
      </w:r>
      <w:r w:rsidR="00A63890" w:rsidRPr="00A63890">
        <w:rPr>
          <w:b/>
          <w:bCs/>
          <w:lang w:val="nl-NL"/>
        </w:rPr>
        <w:sym w:font="Wingdings" w:char="F0E0"/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Open de instellingen en controleer of de taal op Nederlands staat.</w:t>
      </w:r>
    </w:p>
    <w:p w14:paraId="313C6A93" w14:textId="331BC45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2</w:t>
      </w:r>
      <w:r w:rsidR="00A63890">
        <w:rPr>
          <w:b/>
          <w:bCs/>
          <w:lang w:val="nl-NL"/>
        </w:rPr>
        <w:t xml:space="preserve"> </w:t>
      </w:r>
      <w:r w:rsidR="00A63890" w:rsidRPr="00A63890">
        <w:rPr>
          <w:b/>
          <w:bCs/>
          <w:lang w:val="nl-NL"/>
        </w:rPr>
        <w:sym w:font="Wingdings" w:char="F0E0"/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Controleer of Bluetooth en Wi-Fi zijn ingeschakeld.</w:t>
      </w:r>
    </w:p>
    <w:p w14:paraId="62657423" w14:textId="0E79585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3</w:t>
      </w:r>
      <w:r w:rsidR="00A63890">
        <w:rPr>
          <w:b/>
          <w:bCs/>
          <w:lang w:val="nl-NL"/>
        </w:rPr>
        <w:t xml:space="preserve"> </w:t>
      </w:r>
      <w:r w:rsidR="00A63890" w:rsidRPr="00A63890">
        <w:rPr>
          <w:b/>
          <w:bCs/>
          <w:lang w:val="nl-NL"/>
        </w:rPr>
        <w:sym w:font="Wingdings" w:char="F0E0"/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Sla vijf favoriete DAB+-zenders op.</w:t>
      </w:r>
    </w:p>
    <w:p w14:paraId="28079F30" w14:textId="3FC617A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4</w:t>
      </w:r>
      <w:r w:rsidR="00A63890">
        <w:rPr>
          <w:b/>
          <w:bCs/>
          <w:lang w:val="nl-NL"/>
        </w:rPr>
        <w:t xml:space="preserve"> </w:t>
      </w:r>
      <w:r w:rsidR="00A63890" w:rsidRPr="00A63890">
        <w:rPr>
          <w:b/>
          <w:bCs/>
          <w:lang w:val="nl-NL"/>
        </w:rPr>
        <w:sym w:font="Wingdings" w:char="F0E0"/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Zet de fader één stap naar voren en luister of dat prettiger klinkt.</w:t>
      </w:r>
    </w:p>
    <w:p w14:paraId="3880B4A2" w14:textId="1172CED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Oefening 5</w:t>
      </w:r>
      <w:r w:rsidR="00A63890">
        <w:rPr>
          <w:b/>
          <w:bCs/>
          <w:lang w:val="nl-NL"/>
        </w:rPr>
        <w:t xml:space="preserve"> </w:t>
      </w:r>
      <w:r w:rsidR="00A63890" w:rsidRPr="00A63890">
        <w:rPr>
          <w:b/>
          <w:bCs/>
          <w:lang w:val="nl-NL"/>
        </w:rPr>
        <w:sym w:font="Wingdings" w:char="F0E0"/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 xml:space="preserve">Controleer of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automatisch start wanneer je de camper opnieuw opstart.</w:t>
      </w:r>
    </w:p>
    <w:p w14:paraId="7298DA72" w14:textId="777777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Persoonlijk advies voor jouw camper</w:t>
      </w:r>
    </w:p>
    <w:p w14:paraId="6D0145D1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hebt eerder verteld dat je veel lange vakanties maakt en graag zo min mogelijk gedoe onderweg wilt. Daarom zou ik jouw systeem zo eenvoudig mogelijk houden:</w:t>
      </w:r>
    </w:p>
    <w:p w14:paraId="64E04D3F" w14:textId="77777777" w:rsidR="000A63D8" w:rsidRPr="000A63D8" w:rsidRDefault="000A63D8" w:rsidP="00A248D5">
      <w:pPr>
        <w:numPr>
          <w:ilvl w:val="0"/>
          <w:numId w:val="92"/>
        </w:numPr>
        <w:spacing w:after="0"/>
        <w:rPr>
          <w:lang w:val="nl-NL"/>
        </w:rPr>
      </w:pPr>
      <w:r w:rsidRPr="000A63D8">
        <w:rPr>
          <w:lang w:val="nl-NL"/>
        </w:rPr>
        <w:t xml:space="preserve">Gebruik </w:t>
      </w:r>
      <w:r w:rsidRPr="000A63D8">
        <w:rPr>
          <w:b/>
          <w:bCs/>
          <w:lang w:val="nl-NL"/>
        </w:rPr>
        <w:t xml:space="preserve">draadloze </w:t>
      </w:r>
      <w:proofErr w:type="spellStart"/>
      <w:r w:rsidRPr="000A63D8">
        <w:rPr>
          <w:b/>
          <w:bCs/>
          <w:lang w:val="nl-NL"/>
        </w:rPr>
        <w:t>CarPlay</w:t>
      </w:r>
      <w:proofErr w:type="spellEnd"/>
      <w:r w:rsidRPr="000A63D8">
        <w:rPr>
          <w:lang w:val="nl-NL"/>
        </w:rPr>
        <w:t xml:space="preserve"> voor het gemak, maar sluit je iPhone tijdens lange ritten met een USB-kabel aan zodat hij tegelijk oplaadt.</w:t>
      </w:r>
    </w:p>
    <w:p w14:paraId="0C006080" w14:textId="77777777" w:rsidR="000A63D8" w:rsidRPr="000A63D8" w:rsidRDefault="000A63D8" w:rsidP="00A248D5">
      <w:pPr>
        <w:numPr>
          <w:ilvl w:val="0"/>
          <w:numId w:val="92"/>
        </w:numPr>
        <w:spacing w:after="0"/>
        <w:rPr>
          <w:lang w:val="nl-NL"/>
        </w:rPr>
      </w:pPr>
      <w:r w:rsidRPr="000A63D8">
        <w:rPr>
          <w:lang w:val="nl-NL"/>
        </w:rPr>
        <w:t xml:space="preserve">Gebruik </w:t>
      </w:r>
      <w:r w:rsidRPr="000A63D8">
        <w:rPr>
          <w:b/>
          <w:bCs/>
          <w:lang w:val="nl-NL"/>
        </w:rPr>
        <w:t xml:space="preserve">Google </w:t>
      </w:r>
      <w:proofErr w:type="spellStart"/>
      <w:r w:rsidRPr="000A63D8">
        <w:rPr>
          <w:b/>
          <w:bCs/>
          <w:lang w:val="nl-NL"/>
        </w:rPr>
        <w:t>Maps</w:t>
      </w:r>
      <w:proofErr w:type="spellEnd"/>
      <w:r w:rsidRPr="000A63D8">
        <w:rPr>
          <w:lang w:val="nl-NL"/>
        </w:rPr>
        <w:t xml:space="preserve"> als hoofdrouteplanner en </w:t>
      </w:r>
      <w:r w:rsidRPr="000A63D8">
        <w:rPr>
          <w:b/>
          <w:bCs/>
          <w:lang w:val="nl-NL"/>
        </w:rPr>
        <w:t>Apple Kaarten</w:t>
      </w:r>
      <w:r w:rsidRPr="000A63D8">
        <w:rPr>
          <w:lang w:val="nl-NL"/>
        </w:rPr>
        <w:t xml:space="preserve"> als reserve.</w:t>
      </w:r>
    </w:p>
    <w:p w14:paraId="0582D696" w14:textId="77777777" w:rsidR="000A63D8" w:rsidRPr="000A63D8" w:rsidRDefault="000A63D8" w:rsidP="00A248D5">
      <w:pPr>
        <w:numPr>
          <w:ilvl w:val="0"/>
          <w:numId w:val="92"/>
        </w:numPr>
        <w:spacing w:after="0"/>
        <w:rPr>
          <w:lang w:val="nl-NL"/>
        </w:rPr>
      </w:pPr>
      <w:r w:rsidRPr="000A63D8">
        <w:rPr>
          <w:lang w:val="nl-NL"/>
        </w:rPr>
        <w:t xml:space="preserve">Houd de eerste pagina van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overzichtelijk met alleen de apps die je echt gebruikt.</w:t>
      </w:r>
    </w:p>
    <w:p w14:paraId="076EE1EE" w14:textId="77777777" w:rsidR="000A63D8" w:rsidRPr="000A63D8" w:rsidRDefault="000A63D8" w:rsidP="00A248D5">
      <w:pPr>
        <w:numPr>
          <w:ilvl w:val="0"/>
          <w:numId w:val="92"/>
        </w:numPr>
        <w:spacing w:after="0"/>
        <w:rPr>
          <w:lang w:val="nl-NL"/>
        </w:rPr>
      </w:pPr>
      <w:r w:rsidRPr="000A63D8">
        <w:rPr>
          <w:lang w:val="nl-NL"/>
        </w:rPr>
        <w:t xml:space="preserve">Laat zoveel mogelijk door </w:t>
      </w:r>
      <w:proofErr w:type="spellStart"/>
      <w:r w:rsidRPr="000A63D8">
        <w:rPr>
          <w:b/>
          <w:bCs/>
          <w:lang w:val="nl-NL"/>
        </w:rPr>
        <w:t>Siri</w:t>
      </w:r>
      <w:proofErr w:type="spellEnd"/>
      <w:r w:rsidRPr="000A63D8">
        <w:rPr>
          <w:lang w:val="nl-NL"/>
        </w:rPr>
        <w:t xml:space="preserve"> doen. Dat is uiteindelijk de grootste winst in gemak én veiligheid.</w:t>
      </w:r>
    </w:p>
    <w:p w14:paraId="5458D564" w14:textId="77777777" w:rsidR="00A63890" w:rsidRDefault="00A63890">
      <w:pPr>
        <w:rPr>
          <w:b/>
          <w:bCs/>
          <w:lang w:val="nl-NL"/>
        </w:rPr>
      </w:pPr>
      <w:r>
        <w:rPr>
          <w:b/>
          <w:bCs/>
          <w:lang w:val="nl-NL"/>
        </w:rPr>
        <w:br w:type="page"/>
      </w:r>
    </w:p>
    <w:p w14:paraId="4263F3BA" w14:textId="05B0846F" w:rsidR="000A63D8" w:rsidRPr="000A63D8" w:rsidRDefault="000A63D8" w:rsidP="00A63890">
      <w:pPr>
        <w:pStyle w:val="Titel"/>
      </w:pPr>
      <w:r w:rsidRPr="000A63D8">
        <w:lastRenderedPageBreak/>
        <w:t xml:space="preserve">11 – Problemen oplossen </w:t>
      </w:r>
    </w:p>
    <w:p w14:paraId="314EBA73" w14:textId="43DCAF12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Probleem 1</w:t>
      </w:r>
      <w:r w:rsidR="00A63890">
        <w:rPr>
          <w:lang w:val="nl-NL"/>
        </w:rPr>
        <w:t xml:space="preserve">: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verschijnt helemaal niet</w:t>
      </w:r>
    </w:p>
    <w:p w14:paraId="15463579" w14:textId="0467E7F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Mogelijke oorzaken</w:t>
      </w:r>
      <w:r w:rsidR="00A63890">
        <w:rPr>
          <w:b/>
          <w:bCs/>
          <w:lang w:val="nl-NL"/>
        </w:rPr>
        <w:t xml:space="preserve">: </w:t>
      </w:r>
      <w:r w:rsidRPr="000A63D8">
        <w:rPr>
          <w:rFonts w:ascii="Segoe UI Symbol" w:hAnsi="Segoe UI Symbol" w:cs="Segoe UI Symbol"/>
          <w:lang w:val="nl-NL"/>
        </w:rPr>
        <w:t>✓</w:t>
      </w:r>
      <w:r w:rsidRPr="000A63D8">
        <w:rPr>
          <w:lang w:val="nl-NL"/>
        </w:rPr>
        <w:t xml:space="preserve"> Bluetooth uit</w:t>
      </w:r>
      <w:r w:rsidR="00A63890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✓</w:t>
      </w:r>
      <w:r w:rsidRPr="000A63D8">
        <w:rPr>
          <w:lang w:val="nl-NL"/>
        </w:rPr>
        <w:t xml:space="preserve"> Wi-Fi uit</w:t>
      </w:r>
      <w:r w:rsidR="00A63890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✓</w:t>
      </w:r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uit</w:t>
      </w:r>
      <w:r w:rsidR="00A63890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✓</w:t>
      </w:r>
      <w:r w:rsidRPr="000A63D8">
        <w:rPr>
          <w:lang w:val="nl-NL"/>
        </w:rPr>
        <w:t xml:space="preserve"> iPhone nog niet ontgrendeld</w:t>
      </w:r>
      <w:r w:rsidR="00A63890">
        <w:rPr>
          <w:lang w:val="nl-NL"/>
        </w:rPr>
        <w:t xml:space="preserve"> </w:t>
      </w:r>
      <w:r w:rsidRPr="000A63D8">
        <w:rPr>
          <w:rFonts w:ascii="Segoe UI Symbol" w:hAnsi="Segoe UI Symbol" w:cs="Segoe UI Symbol"/>
          <w:lang w:val="nl-NL"/>
        </w:rPr>
        <w:t>✓</w:t>
      </w:r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nog bezig met opstarten</w:t>
      </w:r>
    </w:p>
    <w:p w14:paraId="417E2545" w14:textId="213B78CE" w:rsidR="000A63D8" w:rsidRPr="000A63D8" w:rsidRDefault="000A63D8" w:rsidP="00A248D5">
      <w:pPr>
        <w:spacing w:after="0"/>
        <w:rPr>
          <w:lang w:val="nl-NL"/>
        </w:rPr>
      </w:pPr>
    </w:p>
    <w:p w14:paraId="34E4DA97" w14:textId="20C21FB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Controlelijst</w:t>
      </w:r>
      <w:r w:rsidR="00A63890">
        <w:rPr>
          <w:b/>
          <w:bCs/>
          <w:lang w:val="nl-NL"/>
        </w:rPr>
        <w:t xml:space="preserve"> </w:t>
      </w:r>
      <w:r w:rsidR="00A63890" w:rsidRPr="00A63890">
        <w:rPr>
          <w:b/>
          <w:bCs/>
          <w:lang w:val="nl-NL"/>
        </w:rPr>
        <w:sym w:font="Wingdings" w:char="F0E0"/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Pak de iPhone.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Controleer: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Bluetooth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AAN</w:t>
      </w:r>
      <w:r w:rsidR="00A63890">
        <w:rPr>
          <w:lang w:val="nl-NL"/>
        </w:rPr>
        <w:t xml:space="preserve"> | </w:t>
      </w:r>
      <w:r w:rsidRPr="000A63D8">
        <w:rPr>
          <w:lang w:val="nl-NL"/>
        </w:rPr>
        <w:t>Wi-Fi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AAN</w:t>
      </w:r>
      <w:r w:rsidR="00A63890">
        <w:rPr>
          <w:lang w:val="nl-NL"/>
        </w:rPr>
        <w:t xml:space="preserve"> | </w:t>
      </w:r>
      <w:proofErr w:type="spellStart"/>
      <w:r w:rsidRPr="000A63D8">
        <w:rPr>
          <w:lang w:val="nl-NL"/>
        </w:rPr>
        <w:t>Siri</w:t>
      </w:r>
      <w:proofErr w:type="spellEnd"/>
      <w:r w:rsidR="00A63890">
        <w:rPr>
          <w:lang w:val="nl-NL"/>
        </w:rPr>
        <w:t xml:space="preserve"> </w:t>
      </w:r>
      <w:r w:rsidRPr="000A63D8">
        <w:rPr>
          <w:lang w:val="nl-NL"/>
        </w:rPr>
        <w:t>AAN</w:t>
      </w:r>
    </w:p>
    <w:p w14:paraId="28580483" w14:textId="71EE32E0" w:rsidR="000A63D8" w:rsidRPr="000A63D8" w:rsidRDefault="000A63D8" w:rsidP="00A63890">
      <w:pPr>
        <w:tabs>
          <w:tab w:val="num" w:pos="720"/>
        </w:tabs>
        <w:spacing w:after="0"/>
        <w:rPr>
          <w:lang w:val="nl-NL"/>
        </w:rPr>
      </w:pPr>
      <w:r w:rsidRPr="000A63D8">
        <w:rPr>
          <w:b/>
          <w:bCs/>
          <w:lang w:val="nl-NL"/>
        </w:rPr>
        <w:t>Nog steeds niets?</w:t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Doe dan dit.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 xml:space="preserve">Zet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uit.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Zet de iPhone uit.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Wacht 30 seconden.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 xml:space="preserve">Start eerst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Start daarna de iPhone.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In de meeste gevallen is het probleem nu opgelost.</w:t>
      </w:r>
    </w:p>
    <w:p w14:paraId="412C711E" w14:textId="1544AEA6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Probleem 2</w:t>
      </w:r>
      <w:r w:rsidR="00A63890">
        <w:rPr>
          <w:lang w:val="nl-NL"/>
        </w:rPr>
        <w:t xml:space="preserve">: </w:t>
      </w:r>
      <w:r w:rsidRPr="000A63D8">
        <w:rPr>
          <w:lang w:val="nl-NL"/>
        </w:rPr>
        <w:t>De iPhone maakt geen verbinding</w:t>
      </w:r>
    </w:p>
    <w:p w14:paraId="4BAA2E6C" w14:textId="4736561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Controleer eerst: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Is dit wel de juiste iPhone?</w:t>
      </w:r>
    </w:p>
    <w:p w14:paraId="218918F5" w14:textId="296A840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Veel stellen hebben twee telefoons.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probeert soms automatisch de verkeerde telefoon te verbinden.</w:t>
      </w:r>
    </w:p>
    <w:p w14:paraId="238F336A" w14:textId="76588FEE" w:rsidR="000A63D8" w:rsidRPr="000A63D8" w:rsidRDefault="000A63D8" w:rsidP="00A248D5">
      <w:pPr>
        <w:spacing w:after="0"/>
        <w:rPr>
          <w:lang w:val="nl-NL"/>
        </w:rPr>
      </w:pPr>
    </w:p>
    <w:p w14:paraId="070CD90A" w14:textId="6F5CB014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Oplossing</w:t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Bluetooth uitzetten op de andere telefoon.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Of: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In Bluetooth kiezen:</w:t>
      </w:r>
      <w:r w:rsidR="00A63890">
        <w:rPr>
          <w:lang w:val="nl-NL"/>
        </w:rPr>
        <w:t xml:space="preserve"> </w:t>
      </w:r>
      <w:r w:rsidR="00A63890">
        <w:rPr>
          <w:b/>
          <w:bCs/>
          <w:lang w:val="nl-NL"/>
        </w:rPr>
        <w:t>Jan Olav</w:t>
      </w:r>
      <w:r w:rsidRPr="000A63D8">
        <w:rPr>
          <w:b/>
          <w:bCs/>
          <w:lang w:val="nl-NL"/>
        </w:rPr>
        <w:t xml:space="preserve"> iPhone</w:t>
      </w:r>
    </w:p>
    <w:p w14:paraId="77396A4A" w14:textId="7A4A7C0C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Probleem 3</w:t>
      </w:r>
      <w:r w:rsidR="00A63890">
        <w:rPr>
          <w:lang w:val="nl-NL"/>
        </w:rPr>
        <w:t xml:space="preserve">: </w:t>
      </w:r>
      <w:r w:rsidRPr="000A63D8">
        <w:rPr>
          <w:lang w:val="nl-NL"/>
        </w:rPr>
        <w:t>Geen geluid</w:t>
      </w:r>
    </w:p>
    <w:p w14:paraId="64F1339C" w14:textId="77777777" w:rsidR="00A63890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komt vaker voor dan je denkt.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Controleer eerst:</w:t>
      </w:r>
      <w:r w:rsidR="00A63890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🔊</w:t>
      </w:r>
      <w:r w:rsidRPr="000A63D8">
        <w:rPr>
          <w:lang w:val="nl-NL"/>
        </w:rPr>
        <w:t xml:space="preserve"> Staat het volume op nul?</w:t>
      </w:r>
    </w:p>
    <w:p w14:paraId="18FF5669" w14:textId="45F5D4D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Controleer daarna: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Is de muziek misschien nog verbonden met:</w:t>
      </w:r>
      <w:r w:rsidR="00A63890">
        <w:rPr>
          <w:lang w:val="nl-NL"/>
        </w:rPr>
        <w:t xml:space="preserve"> </w:t>
      </w:r>
      <w:proofErr w:type="spellStart"/>
      <w:r w:rsidRPr="000A63D8">
        <w:rPr>
          <w:lang w:val="nl-NL"/>
        </w:rPr>
        <w:t>AirPods</w:t>
      </w:r>
      <w:proofErr w:type="spellEnd"/>
      <w:r w:rsidRPr="000A63D8">
        <w:rPr>
          <w:lang w:val="nl-NL"/>
        </w:rPr>
        <w:t>?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Bluetooth-speaker?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Koptelefoon?</w:t>
      </w:r>
      <w:r w:rsidR="00A63890">
        <w:rPr>
          <w:lang w:val="nl-NL"/>
        </w:rPr>
        <w:t xml:space="preserve"> </w:t>
      </w:r>
      <w:proofErr w:type="gramStart"/>
      <w:r w:rsidRPr="000A63D8">
        <w:rPr>
          <w:lang w:val="nl-NL"/>
        </w:rPr>
        <w:t>Dat</w:t>
      </w:r>
      <w:proofErr w:type="gramEnd"/>
      <w:r w:rsidRPr="000A63D8">
        <w:rPr>
          <w:lang w:val="nl-NL"/>
        </w:rPr>
        <w:t xml:space="preserve"> gebeurt verrassend vaak.</w:t>
      </w:r>
    </w:p>
    <w:p w14:paraId="1D57B4EB" w14:textId="0CDBA80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Probleem 4</w:t>
      </w:r>
      <w:r w:rsidR="00A63890">
        <w:rPr>
          <w:lang w:val="nl-NL"/>
        </w:rPr>
        <w:t xml:space="preserve">: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hoort mij niet</w:t>
      </w:r>
    </w:p>
    <w:p w14:paraId="7D557D07" w14:textId="48C07EE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Controleer: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Spreek je richting de microfoon?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Is de ventilator heel hard aan het blazen?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Staan de ramen open?</w:t>
      </w:r>
      <w:r w:rsidR="00A63890">
        <w:rPr>
          <w:lang w:val="nl-NL"/>
        </w:rPr>
        <w:t xml:space="preserve"> </w:t>
      </w:r>
      <w:proofErr w:type="gramStart"/>
      <w:r w:rsidRPr="000A63D8">
        <w:rPr>
          <w:lang w:val="nl-NL"/>
        </w:rPr>
        <w:t>Is</w:t>
      </w:r>
      <w:proofErr w:type="gramEnd"/>
      <w:r w:rsidRPr="000A63D8">
        <w:rPr>
          <w:lang w:val="nl-NL"/>
        </w:rPr>
        <w:t xml:space="preserve"> de microfoon nog aangesloten?</w:t>
      </w:r>
    </w:p>
    <w:p w14:paraId="53AA7A64" w14:textId="1BD238FE" w:rsidR="000A63D8" w:rsidRPr="000A63D8" w:rsidRDefault="000A63D8" w:rsidP="00A248D5">
      <w:pPr>
        <w:spacing w:after="0"/>
        <w:rPr>
          <w:lang w:val="nl-NL"/>
        </w:rPr>
      </w:pPr>
    </w:p>
    <w:p w14:paraId="16DA4666" w14:textId="51849E0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Praktische test</w:t>
      </w:r>
      <w:r w:rsidR="00A63890">
        <w:rPr>
          <w:b/>
          <w:bCs/>
          <w:lang w:val="nl-NL"/>
        </w:rPr>
        <w:t xml:space="preserve"> </w:t>
      </w:r>
      <w:r w:rsidR="00A63890" w:rsidRPr="00A63890">
        <w:rPr>
          <w:b/>
          <w:bCs/>
          <w:lang w:val="nl-NL"/>
        </w:rPr>
        <w:sym w:font="Wingdings" w:char="F0E0"/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Zeg: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"Hoe laat is het?"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 xml:space="preserve">Geeft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antwoord?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Dan werkt de microfoon.</w:t>
      </w:r>
    </w:p>
    <w:p w14:paraId="218E4DF0" w14:textId="507B409C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Probleem 5</w:t>
      </w:r>
      <w:r w:rsidR="00A63890">
        <w:rPr>
          <w:lang w:val="nl-NL"/>
        </w:rPr>
        <w:t xml:space="preserve">: </w:t>
      </w:r>
      <w:r w:rsidRPr="000A63D8">
        <w:rPr>
          <w:lang w:val="nl-NL"/>
        </w:rPr>
        <w:t>Muziek stopt steeds</w:t>
      </w:r>
    </w:p>
    <w:p w14:paraId="346E6F8E" w14:textId="6424E19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Meestal is dit geen probleem van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Vaak heeft de iPhone: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slecht bereik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of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weinig internet.</w:t>
      </w:r>
    </w:p>
    <w:p w14:paraId="0BBA5A6E" w14:textId="75F05757" w:rsidR="000A63D8" w:rsidRPr="000A63D8" w:rsidRDefault="000A63D8" w:rsidP="00A248D5">
      <w:pPr>
        <w:spacing w:after="0"/>
        <w:rPr>
          <w:lang w:val="nl-NL"/>
        </w:rPr>
      </w:pPr>
    </w:p>
    <w:p w14:paraId="388149A5" w14:textId="26BAC6B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Oplossing</w:t>
      </w:r>
      <w:r w:rsidR="00A63890">
        <w:rPr>
          <w:b/>
          <w:bCs/>
          <w:lang w:val="nl-NL"/>
        </w:rPr>
        <w:t xml:space="preserve"> </w:t>
      </w:r>
      <w:r w:rsidR="00A63890" w:rsidRPr="00A63890">
        <w:rPr>
          <w:b/>
          <w:bCs/>
          <w:lang w:val="nl-NL"/>
        </w:rPr>
        <w:sym w:font="Wingdings" w:char="F0E0"/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Download de muziek thuis.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Offline.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Dat voorkomt bijna alle onderbrekingen.</w:t>
      </w:r>
    </w:p>
    <w:p w14:paraId="4769F908" w14:textId="6BB9ACCB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Probleem 6</w:t>
      </w:r>
      <w:r w:rsidR="00A63890">
        <w:rPr>
          <w:lang w:val="nl-NL"/>
        </w:rPr>
        <w:t xml:space="preserve">: </w:t>
      </w:r>
      <w:r w:rsidRPr="000A63D8">
        <w:rPr>
          <w:lang w:val="nl-NL"/>
        </w:rPr>
        <w:t>De navigatie loopt vast</w:t>
      </w:r>
    </w:p>
    <w:p w14:paraId="6240F503" w14:textId="3E8359D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Eerste stap: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Sluit de app.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Open hem opnieuw.</w:t>
      </w:r>
      <w:r w:rsidR="00A63890">
        <w:rPr>
          <w:lang w:val="nl-NL"/>
        </w:rPr>
        <w:t xml:space="preserve"> </w:t>
      </w:r>
    </w:p>
    <w:p w14:paraId="4E454896" w14:textId="2FE3ABB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Nog steeds?</w:t>
      </w:r>
      <w:r w:rsidR="00A63890">
        <w:rPr>
          <w:lang w:val="nl-NL"/>
        </w:rPr>
        <w:t xml:space="preserve"> </w:t>
      </w:r>
      <w:proofErr w:type="gramStart"/>
      <w:r w:rsidRPr="000A63D8">
        <w:rPr>
          <w:lang w:val="nl-NL"/>
        </w:rPr>
        <w:t>Herstart</w:t>
      </w:r>
      <w:proofErr w:type="gramEnd"/>
      <w:r w:rsidRPr="000A63D8">
        <w:rPr>
          <w:lang w:val="nl-NL"/>
        </w:rPr>
        <w:t xml:space="preserve"> de iPhone.</w:t>
      </w:r>
    </w:p>
    <w:p w14:paraId="162AB4B0" w14:textId="7DFA06F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Nog steeds?</w:t>
      </w:r>
      <w:r w:rsidR="00A63890">
        <w:rPr>
          <w:lang w:val="nl-NL"/>
        </w:rPr>
        <w:t xml:space="preserve"> </w:t>
      </w:r>
      <w:proofErr w:type="gramStart"/>
      <w:r w:rsidRPr="000A63D8">
        <w:rPr>
          <w:lang w:val="nl-NL"/>
        </w:rPr>
        <w:t>Controleer</w:t>
      </w:r>
      <w:proofErr w:type="gramEnd"/>
      <w:r w:rsidRPr="000A63D8">
        <w:rPr>
          <w:lang w:val="nl-NL"/>
        </w:rPr>
        <w:t xml:space="preserve"> of er een update beschikbaar is voor de app.</w:t>
      </w:r>
    </w:p>
    <w:p w14:paraId="41ADCC74" w14:textId="01AB0715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Probleem 7</w:t>
      </w:r>
      <w:r w:rsidR="00A63890">
        <w:rPr>
          <w:lang w:val="nl-NL"/>
        </w:rPr>
        <w:t xml:space="preserve">: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verbreekt steeds de verbinding</w:t>
      </w:r>
    </w:p>
    <w:p w14:paraId="4389498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is meestal één van deze oorzaken.</w:t>
      </w:r>
    </w:p>
    <w:p w14:paraId="7E6190CC" w14:textId="571B30B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Oorzaak 1</w:t>
      </w:r>
      <w:r w:rsidR="00A63890">
        <w:rPr>
          <w:b/>
          <w:bCs/>
          <w:lang w:val="nl-NL"/>
        </w:rPr>
        <w:t xml:space="preserve"> </w:t>
      </w:r>
      <w:r w:rsidR="00A63890" w:rsidRPr="00A63890">
        <w:rPr>
          <w:b/>
          <w:bCs/>
          <w:lang w:val="nl-NL"/>
        </w:rPr>
        <w:sym w:font="Wingdings" w:char="F0E0"/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Slechte USB-kabel.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Gebruik een goede kabel.</w:t>
      </w:r>
    </w:p>
    <w:p w14:paraId="68353504" w14:textId="1D016C9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Oorzaak 2</w:t>
      </w:r>
      <w:r w:rsidR="00A63890">
        <w:rPr>
          <w:b/>
          <w:bCs/>
          <w:lang w:val="nl-NL"/>
        </w:rPr>
        <w:t xml:space="preserve"> </w:t>
      </w:r>
      <w:r w:rsidR="00A63890" w:rsidRPr="00A63890">
        <w:rPr>
          <w:b/>
          <w:bCs/>
          <w:lang w:val="nl-NL"/>
        </w:rPr>
        <w:sym w:font="Wingdings" w:char="F0E0"/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Wi-Fi stoort.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Herstart de iPhone.</w:t>
      </w:r>
    </w:p>
    <w:p w14:paraId="5F94CDD4" w14:textId="411BC6B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Oorzaak 3</w:t>
      </w:r>
      <w:r w:rsidR="00A63890">
        <w:rPr>
          <w:b/>
          <w:bCs/>
          <w:lang w:val="nl-NL"/>
        </w:rPr>
        <w:t xml:space="preserve"> </w:t>
      </w:r>
      <w:r w:rsidR="00A63890" w:rsidRPr="00A63890">
        <w:rPr>
          <w:b/>
          <w:bCs/>
          <w:lang w:val="nl-NL"/>
        </w:rPr>
        <w:sym w:font="Wingdings" w:char="F0E0"/>
      </w:r>
      <w:r w:rsidR="00A63890">
        <w:rPr>
          <w:b/>
          <w:bCs/>
          <w:lang w:val="nl-NL"/>
        </w:rPr>
        <w:t xml:space="preserve"> </w:t>
      </w:r>
      <w:r w:rsidRPr="000A63D8">
        <w:rPr>
          <w:lang w:val="nl-NL"/>
        </w:rPr>
        <w:t>Bluetooth-probleem.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Verwijder de koppeling.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Maak opnieuw verbinding.</w:t>
      </w:r>
    </w:p>
    <w:p w14:paraId="0E6CA8DF" w14:textId="2B436277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Probleem 8</w:t>
      </w:r>
      <w:r w:rsidR="00A63890">
        <w:rPr>
          <w:lang w:val="nl-NL"/>
        </w:rPr>
        <w:t xml:space="preserve">: </w:t>
      </w:r>
      <w:r w:rsidRPr="000A63D8">
        <w:rPr>
          <w:lang w:val="nl-NL"/>
        </w:rPr>
        <w:t>Het scherm reageert traag</w:t>
      </w:r>
    </w:p>
    <w:p w14:paraId="188546A9" w14:textId="07EA343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Sluit alle apps op de iPhone.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Herstart.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Dat lost het vaak op.</w:t>
      </w:r>
    </w:p>
    <w:p w14:paraId="7FD1F709" w14:textId="63C49738" w:rsidR="000A63D8" w:rsidRPr="000A63D8" w:rsidRDefault="000A63D8" w:rsidP="00A63890">
      <w:pPr>
        <w:pStyle w:val="Kop1"/>
        <w:rPr>
          <w:lang w:val="nl-NL"/>
        </w:rPr>
      </w:pPr>
      <w:r w:rsidRPr="000A63D8">
        <w:rPr>
          <w:lang w:val="nl-NL"/>
        </w:rPr>
        <w:t>Probleem 9</w:t>
      </w:r>
      <w:r w:rsidR="00A63890">
        <w:rPr>
          <w:lang w:val="nl-NL"/>
        </w:rPr>
        <w:t xml:space="preserve">: </w:t>
      </w:r>
      <w:r w:rsidRPr="000A63D8">
        <w:rPr>
          <w:lang w:val="nl-NL"/>
        </w:rPr>
        <w:t>DAB-radio valt weg</w:t>
      </w:r>
    </w:p>
    <w:p w14:paraId="3B0B9D52" w14:textId="6071B36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Dat ligt meestal niet aan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>.</w:t>
      </w:r>
      <w:r w:rsidR="00A63890">
        <w:rPr>
          <w:lang w:val="nl-NL"/>
        </w:rPr>
        <w:t xml:space="preserve"> </w:t>
      </w:r>
      <w:r w:rsidRPr="000A63D8">
        <w:rPr>
          <w:lang w:val="nl-NL"/>
        </w:rPr>
        <w:t>DAB heeft nu eenmaal minder dekking dan FM.</w:t>
      </w:r>
    </w:p>
    <w:p w14:paraId="74E8A3F5" w14:textId="5706E405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Mijn advies.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Laat 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automatisch overschakelen naar FM wanneer DAB wegvalt (als jouw instellingen dat ondersteunen).</w:t>
      </w:r>
    </w:p>
    <w:p w14:paraId="53439EAB" w14:textId="4A75061D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Probleem 10</w:t>
      </w:r>
      <w:r w:rsidR="00323853">
        <w:rPr>
          <w:lang w:val="nl-NL"/>
        </w:rPr>
        <w:t xml:space="preserve">: </w:t>
      </w:r>
      <w:r w:rsidRPr="000A63D8">
        <w:rPr>
          <w:lang w:val="nl-NL"/>
        </w:rPr>
        <w:t>Achteruitrijcamera doet niets</w:t>
      </w:r>
    </w:p>
    <w:p w14:paraId="5E9652BE" w14:textId="5363B10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Controleer: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Staat de camper echt in de achteruit?</w:t>
      </w:r>
    </w:p>
    <w:p w14:paraId="753CB7D4" w14:textId="4658540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Controleer: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Is de camera aangesloten?</w:t>
      </w:r>
    </w:p>
    <w:p w14:paraId="2262EDFB" w14:textId="0234F235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Controleer: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Camera-instellingen.</w:t>
      </w:r>
    </w:p>
    <w:p w14:paraId="0769CC3A" w14:textId="6992AD16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Probleem 11</w:t>
      </w:r>
      <w:r w:rsidR="00323853">
        <w:rPr>
          <w:lang w:val="nl-NL"/>
        </w:rPr>
        <w:t xml:space="preserve">: </w:t>
      </w:r>
      <w:r w:rsidRPr="000A63D8">
        <w:rPr>
          <w:lang w:val="nl-NL"/>
        </w:rPr>
        <w:t>Telefoonboek ontbreekt</w:t>
      </w:r>
    </w:p>
    <w:p w14:paraId="4A6CB632" w14:textId="0A860C7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Bluetooth</w:t>
      </w:r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Toestaan</w:t>
      </w:r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Contacten delen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Dat wordt vaak vergeten.</w:t>
      </w:r>
    </w:p>
    <w:p w14:paraId="49C5A88F" w14:textId="79EA1C33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Probleem 12</w:t>
      </w:r>
      <w:r w:rsidR="00323853">
        <w:rPr>
          <w:lang w:val="nl-NL"/>
        </w:rPr>
        <w:t xml:space="preserve">: </w:t>
      </w:r>
      <w:r w:rsidRPr="000A63D8">
        <w:rPr>
          <w:lang w:val="nl-NL"/>
        </w:rPr>
        <w:t>WhatsApp verschijnt niet</w:t>
      </w:r>
    </w:p>
    <w:p w14:paraId="7AAE11D9" w14:textId="61AED37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Controleer: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Is WhatsApp geïnstalleerd?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Controleer: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Mag WhatsApp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gebruiken?</w:t>
      </w:r>
    </w:p>
    <w:p w14:paraId="4142ECF2" w14:textId="4605D53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Op de iPhone kun je in de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>-instellingen zien welke apps beschikbaar zijn en ze desgewenst toevoegen of verwijderen.</w:t>
      </w:r>
    </w:p>
    <w:p w14:paraId="7DB26555" w14:textId="7DB4413F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Probleem 13</w:t>
      </w:r>
      <w:r w:rsidR="00323853">
        <w:rPr>
          <w:lang w:val="nl-NL"/>
        </w:rPr>
        <w:t xml:space="preserve">: </w:t>
      </w:r>
      <w:r w:rsidRPr="000A63D8">
        <w:rPr>
          <w:lang w:val="nl-NL"/>
        </w:rPr>
        <w:t>De kaart toont een verkeerde locatie</w:t>
      </w:r>
    </w:p>
    <w:p w14:paraId="4154FF68" w14:textId="1A45F39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komt soms voor wanneer: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GPS nog geen goed signaal heeft.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Wacht even.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Rijd een klein stukje.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Vrijwel altijd lost dit zichzelf op.</w:t>
      </w:r>
    </w:p>
    <w:p w14:paraId="30420C9B" w14:textId="5E0F3C52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Probleem 14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De iPhone wordt erg warm</w:t>
      </w:r>
    </w:p>
    <w:p w14:paraId="7F179E70" w14:textId="792CAE94" w:rsidR="000A63D8" w:rsidRPr="000A63D8" w:rsidRDefault="000A63D8" w:rsidP="00323853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Dat gebeurt vooral: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in de zon;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tijdens draadloos opladen;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bij langdurig gebruik van navigatie.</w:t>
      </w:r>
    </w:p>
    <w:p w14:paraId="48263B54" w14:textId="42325881" w:rsidR="000A63D8" w:rsidRPr="000A63D8" w:rsidRDefault="000A63D8" w:rsidP="00A248D5">
      <w:pPr>
        <w:spacing w:after="0"/>
        <w:rPr>
          <w:lang w:val="nl-NL"/>
        </w:rPr>
      </w:pPr>
    </w:p>
    <w:p w14:paraId="7B3CB19A" w14:textId="0D74CC2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Oplossing</w:t>
      </w:r>
      <w:r w:rsidR="00323853">
        <w:rPr>
          <w:b/>
          <w:bCs/>
          <w:lang w:val="nl-NL"/>
        </w:rPr>
        <w:t xml:space="preserve"> </w:t>
      </w:r>
      <w:r w:rsidR="00323853" w:rsidRPr="00323853">
        <w:rPr>
          <w:b/>
          <w:bCs/>
          <w:lang w:val="nl-NL"/>
        </w:rPr>
        <w:sym w:font="Wingdings" w:char="F0E0"/>
      </w:r>
      <w:r w:rsidR="00323853">
        <w:rPr>
          <w:b/>
          <w:bCs/>
          <w:lang w:val="nl-NL"/>
        </w:rPr>
        <w:t xml:space="preserve"> L</w:t>
      </w:r>
      <w:r w:rsidRPr="000A63D8">
        <w:rPr>
          <w:lang w:val="nl-NL"/>
        </w:rPr>
        <w:t>eg de telefoon niet in de zon.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Gebruik eventueel een USB-kabel in plaats van draadloos opladen.</w:t>
      </w:r>
    </w:p>
    <w:p w14:paraId="61FB78CC" w14:textId="62B54A6E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Probleem 15</w:t>
      </w:r>
      <w:r w:rsidR="00323853">
        <w:rPr>
          <w:lang w:val="nl-NL"/>
        </w:rPr>
        <w:t xml:space="preserve">: </w:t>
      </w: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lijkt vastgelopen</w:t>
      </w:r>
    </w:p>
    <w:p w14:paraId="0756176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Doe nooit direct een </w:t>
      </w:r>
      <w:proofErr w:type="spellStart"/>
      <w:r w:rsidRPr="000A63D8">
        <w:rPr>
          <w:lang w:val="nl-NL"/>
        </w:rPr>
        <w:t>fabrieksreset</w:t>
      </w:r>
      <w:proofErr w:type="spellEnd"/>
      <w:r w:rsidRPr="000A63D8">
        <w:rPr>
          <w:lang w:val="nl-NL"/>
        </w:rPr>
        <w:t>.</w:t>
      </w:r>
    </w:p>
    <w:p w14:paraId="7D6335EE" w14:textId="6102360E" w:rsidR="000A63D8" w:rsidRPr="000A63D8" w:rsidRDefault="000A63D8" w:rsidP="00323853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Probeer eerst:</w:t>
      </w:r>
      <w:r w:rsidR="00323853">
        <w:rPr>
          <w:lang w:val="nl-NL"/>
        </w:rPr>
        <w:t xml:space="preserve">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</w:t>
      </w:r>
      <w:proofErr w:type="gramStart"/>
      <w:r w:rsidRPr="000A63D8">
        <w:rPr>
          <w:lang w:val="nl-NL"/>
        </w:rPr>
        <w:t>uit.</w:t>
      </w:r>
      <w:r w:rsidR="00323853">
        <w:rPr>
          <w:lang w:val="nl-NL"/>
        </w:rPr>
        <w:t>--</w:t>
      </w:r>
      <w:proofErr w:type="gramEnd"/>
      <w:r w:rsidR="00323853">
        <w:rPr>
          <w:lang w:val="nl-NL"/>
        </w:rPr>
        <w:t xml:space="preserve">&gt; </w:t>
      </w:r>
      <w:r w:rsidRPr="000A63D8">
        <w:rPr>
          <w:lang w:val="nl-NL"/>
        </w:rPr>
        <w:t>30 seconden wachten.</w:t>
      </w:r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Weer aanzetten.</w:t>
      </w:r>
    </w:p>
    <w:p w14:paraId="6218F81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Pas als het probleem blijft terugkomen, kun je denken aan een reset.</w:t>
      </w:r>
    </w:p>
    <w:p w14:paraId="68E3A112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Mijn EHBO-schema</w:t>
      </w:r>
    </w:p>
    <w:p w14:paraId="2183AC32" w14:textId="2C82EC4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Wanneer iets niet werkt.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Volg altijd deze volgorde.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START</w:t>
      </w:r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Controleer Bluetooth</w:t>
      </w:r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Controleer Wi-Fi</w:t>
      </w:r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Controleer </w:t>
      </w:r>
      <w:proofErr w:type="spellStart"/>
      <w:r w:rsidRPr="000A63D8">
        <w:rPr>
          <w:lang w:val="nl-NL"/>
        </w:rPr>
        <w:t>Siri</w:t>
      </w:r>
      <w:proofErr w:type="spellEnd"/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Controleer USB</w:t>
      </w:r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Herstart iPhone</w:t>
      </w:r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Herstart </w:t>
      </w:r>
      <w:proofErr w:type="spellStart"/>
      <w:r w:rsidRPr="000A63D8">
        <w:rPr>
          <w:lang w:val="nl-NL"/>
        </w:rPr>
        <w:t>Pioneer</w:t>
      </w:r>
      <w:proofErr w:type="spellEnd"/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Nieuwe koppeling maken</w:t>
      </w:r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Probleem opgelost</w:t>
      </w:r>
    </w:p>
    <w:p w14:paraId="4E389A8E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lastRenderedPageBreak/>
        <w:t xml:space="preserve">Wanneer moet je een </w:t>
      </w:r>
      <w:proofErr w:type="spellStart"/>
      <w:r w:rsidRPr="000A63D8">
        <w:rPr>
          <w:lang w:val="nl-NL"/>
        </w:rPr>
        <w:t>fabrieksreset</w:t>
      </w:r>
      <w:proofErr w:type="spellEnd"/>
      <w:r w:rsidRPr="000A63D8">
        <w:rPr>
          <w:lang w:val="nl-NL"/>
        </w:rPr>
        <w:t xml:space="preserve"> doen?</w:t>
      </w:r>
    </w:p>
    <w:p w14:paraId="513718C4" w14:textId="1FF8D5D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Bijna nooit.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Alleen wanneer: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zich vreemd blijft gedragen;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software beschadigd lijkt;</w:t>
      </w:r>
      <w:r w:rsidR="00323853">
        <w:rPr>
          <w:lang w:val="nl-NL"/>
        </w:rPr>
        <w:t xml:space="preserve">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dit adviseert.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Na een </w:t>
      </w:r>
      <w:proofErr w:type="spellStart"/>
      <w:r w:rsidRPr="000A63D8">
        <w:rPr>
          <w:lang w:val="nl-NL"/>
        </w:rPr>
        <w:t>fabrieksreset</w:t>
      </w:r>
      <w:proofErr w:type="spellEnd"/>
      <w:r w:rsidRPr="000A63D8">
        <w:rPr>
          <w:lang w:val="nl-NL"/>
        </w:rPr>
        <w:t xml:space="preserve"> moet je alles opnieuw instellen.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Gebruik dit dus als </w:t>
      </w:r>
      <w:r w:rsidRPr="000A63D8">
        <w:rPr>
          <w:b/>
          <w:bCs/>
          <w:lang w:val="nl-NL"/>
        </w:rPr>
        <w:t>laatste redmiddel</w:t>
      </w:r>
      <w:r w:rsidRPr="000A63D8">
        <w:rPr>
          <w:lang w:val="nl-NL"/>
        </w:rPr>
        <w:t>.</w:t>
      </w:r>
    </w:p>
    <w:p w14:paraId="49BDF0F8" w14:textId="282FC44A" w:rsidR="000A63D8" w:rsidRPr="000A63D8" w:rsidRDefault="000A63D8" w:rsidP="00A248D5">
      <w:pPr>
        <w:spacing w:after="0"/>
        <w:rPr>
          <w:lang w:val="nl-NL"/>
        </w:rPr>
      </w:pPr>
    </w:p>
    <w:p w14:paraId="0A2347C0" w14:textId="77777777" w:rsidR="00323853" w:rsidRDefault="00323853" w:rsidP="00A248D5">
      <w:pPr>
        <w:spacing w:after="0"/>
        <w:rPr>
          <w:b/>
          <w:bCs/>
          <w:lang w:val="nl-NL"/>
        </w:rPr>
      </w:pPr>
    </w:p>
    <w:p w14:paraId="4A6B6ACB" w14:textId="77777777" w:rsidR="00323853" w:rsidRDefault="00323853">
      <w:pPr>
        <w:rPr>
          <w:b/>
          <w:bCs/>
          <w:lang w:val="nl-NL"/>
        </w:rPr>
      </w:pPr>
      <w:r>
        <w:rPr>
          <w:b/>
          <w:bCs/>
          <w:lang w:val="nl-NL"/>
        </w:rPr>
        <w:br w:type="page"/>
      </w:r>
    </w:p>
    <w:p w14:paraId="3E07331F" w14:textId="4F6E02BA" w:rsidR="000A63D8" w:rsidRPr="000A63D8" w:rsidRDefault="000A63D8" w:rsidP="00323853">
      <w:pPr>
        <w:pStyle w:val="Titel"/>
      </w:pPr>
      <w:r w:rsidRPr="000A63D8">
        <w:lastRenderedPageBreak/>
        <w:t xml:space="preserve">12 – Een complete camperreis met Apple </w:t>
      </w:r>
      <w:proofErr w:type="spellStart"/>
      <w:r w:rsidRPr="000A63D8">
        <w:t>CarPlay</w:t>
      </w:r>
      <w:proofErr w:type="spellEnd"/>
    </w:p>
    <w:p w14:paraId="638B2A12" w14:textId="5E65F5D0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Scenario</w:t>
      </w:r>
    </w:p>
    <w:p w14:paraId="20D52862" w14:textId="7AB9B3D4" w:rsidR="000A63D8" w:rsidRPr="000A63D8" w:rsidRDefault="00323853" w:rsidP="00A248D5">
      <w:pPr>
        <w:spacing w:after="0"/>
        <w:rPr>
          <w:lang w:val="nl-NL"/>
        </w:rPr>
      </w:pPr>
      <w:r>
        <w:rPr>
          <w:lang w:val="nl-NL"/>
        </w:rPr>
        <w:t>H</w:t>
      </w:r>
      <w:r w:rsidR="000A63D8" w:rsidRPr="000A63D8">
        <w:rPr>
          <w:lang w:val="nl-NL"/>
        </w:rPr>
        <w:t xml:space="preserve">et is </w:t>
      </w:r>
      <w:r w:rsidR="000A63D8" w:rsidRPr="000A63D8">
        <w:rPr>
          <w:b/>
          <w:bCs/>
          <w:lang w:val="nl-NL"/>
        </w:rPr>
        <w:t>8.30 uur</w:t>
      </w:r>
      <w:r w:rsidR="000A63D8" w:rsidRPr="000A63D8">
        <w:rPr>
          <w:lang w:val="nl-NL"/>
        </w:rPr>
        <w:t>.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 xml:space="preserve">Je staat op een camping in </w:t>
      </w:r>
      <w:r w:rsidR="000A63D8" w:rsidRPr="000A63D8">
        <w:rPr>
          <w:b/>
          <w:bCs/>
          <w:lang w:val="nl-NL"/>
        </w:rPr>
        <w:t>Langres (Frankrijk)</w:t>
      </w:r>
      <w:r w:rsidR="000A63D8" w:rsidRPr="000A63D8">
        <w:rPr>
          <w:lang w:val="nl-NL"/>
        </w:rPr>
        <w:t>.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 xml:space="preserve">Vandaag rijd je naar </w:t>
      </w:r>
      <w:proofErr w:type="spellStart"/>
      <w:r w:rsidR="000A63D8" w:rsidRPr="000A63D8">
        <w:rPr>
          <w:b/>
          <w:bCs/>
          <w:lang w:val="nl-NL"/>
        </w:rPr>
        <w:t>L'Isle-d'Abeau</w:t>
      </w:r>
      <w:proofErr w:type="spellEnd"/>
      <w:r w:rsidR="000A63D8" w:rsidRPr="000A63D8">
        <w:rPr>
          <w:lang w:val="nl-NL"/>
        </w:rPr>
        <w:t>.</w:t>
      </w:r>
    </w:p>
    <w:p w14:paraId="12D770DE" w14:textId="7C5C5813" w:rsidR="000A63D8" w:rsidRPr="000A63D8" w:rsidRDefault="000A63D8" w:rsidP="00323853">
      <w:pPr>
        <w:tabs>
          <w:tab w:val="num" w:pos="720"/>
        </w:tabs>
        <w:spacing w:after="0"/>
        <w:rPr>
          <w:lang w:val="nl-NL"/>
        </w:rPr>
      </w:pPr>
      <w:r w:rsidRPr="000A63D8">
        <w:rPr>
          <w:lang w:val="nl-NL"/>
        </w:rPr>
        <w:t>Onderweg wil je: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koffie drinken;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tanken;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boodschappen doen;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muziek luisteren;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een </w:t>
      </w:r>
      <w:proofErr w:type="gramStart"/>
      <w:r w:rsidRPr="000A63D8">
        <w:rPr>
          <w:lang w:val="nl-NL"/>
        </w:rPr>
        <w:t xml:space="preserve">WhatsApp 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turen</w:t>
      </w:r>
      <w:proofErr w:type="gramEnd"/>
      <w:r w:rsidRPr="000A63D8">
        <w:rPr>
          <w:lang w:val="nl-NL"/>
        </w:rPr>
        <w:t>;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veilig aankomen.</w:t>
      </w:r>
      <w:r w:rsidR="00323853">
        <w:rPr>
          <w:lang w:val="nl-NL"/>
        </w:rPr>
        <w:t xml:space="preserve"> </w:t>
      </w:r>
      <w:r w:rsidR="00323853" w:rsidRPr="00323853">
        <w:rPr>
          <w:lang w:val="nl-NL"/>
        </w:rPr>
        <w:sym w:font="Wingdings" w:char="F0E0"/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Alles doen we met Apple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>.</w:t>
      </w:r>
    </w:p>
    <w:p w14:paraId="397C61FE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08.30 – Je stapt in</w:t>
      </w:r>
    </w:p>
    <w:p w14:paraId="411508B0" w14:textId="2620E92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hoeft nog niets aan te raken.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start de camper.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De </w:t>
      </w:r>
      <w:proofErr w:type="spellStart"/>
      <w:r w:rsidRPr="000A63D8">
        <w:rPr>
          <w:lang w:val="nl-NL"/>
        </w:rPr>
        <w:t>Pioneer</w:t>
      </w:r>
      <w:proofErr w:type="spellEnd"/>
      <w:r w:rsidRPr="000A63D8">
        <w:rPr>
          <w:lang w:val="nl-NL"/>
        </w:rPr>
        <w:t xml:space="preserve"> start op.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Na ongeveer 15 seconden verschijnt automatisch Apple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>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Dat is het enige waarop je wacht.</w:t>
      </w:r>
    </w:p>
    <w:p w14:paraId="5EFB235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b/>
          <w:bCs/>
          <w:lang w:val="nl-NL"/>
        </w:rPr>
        <w:t>Niet meteen allerlei knoppen indrukken.</w:t>
      </w:r>
    </w:p>
    <w:p w14:paraId="7331ACD2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08.31 – Controle vóór vertrek</w:t>
      </w:r>
    </w:p>
    <w:p w14:paraId="53BFF0BE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Kijk even naar het scherm.</w:t>
      </w:r>
    </w:p>
    <w:p w14:paraId="7C0703BB" w14:textId="616FB20F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Controleer:</w:t>
      </w:r>
      <w:r w:rsidR="00323853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verbonden</w:t>
      </w:r>
      <w:r w:rsidR="00323853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Batterij van de iPhone voldoende</w:t>
      </w:r>
      <w:r w:rsidR="00323853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Bluetooth actief</w:t>
      </w:r>
      <w:r w:rsidR="00323853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4G/5G-bereik (indien beschikbaar)</w:t>
      </w:r>
      <w:r w:rsidR="00323853">
        <w:rPr>
          <w:lang w:val="nl-NL"/>
        </w:rPr>
        <w:t xml:space="preserve"> </w:t>
      </w:r>
      <w:r w:rsidRPr="000A63D8">
        <w:rPr>
          <w:rFonts w:ascii="Segoe UI Emoji" w:hAnsi="Segoe UI Emoji" w:cs="Segoe UI Emoji"/>
          <w:lang w:val="nl-NL"/>
        </w:rPr>
        <w:t>✅</w:t>
      </w:r>
      <w:r w:rsidRPr="000A63D8">
        <w:rPr>
          <w:lang w:val="nl-NL"/>
        </w:rPr>
        <w:t xml:space="preserve"> Tijd klopt</w:t>
      </w:r>
    </w:p>
    <w:p w14:paraId="115F5C1A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08.32 – Bestemming instellen</w:t>
      </w:r>
    </w:p>
    <w:p w14:paraId="399FA883" w14:textId="5005A41A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raakt het scherm niet aan.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zegt:</w:t>
      </w:r>
      <w:r w:rsidR="00323853">
        <w:rPr>
          <w:lang w:val="nl-NL"/>
        </w:rPr>
        <w:t xml:space="preserve"> </w:t>
      </w:r>
      <w:r w:rsidRPr="000A63D8">
        <w:rPr>
          <w:b/>
          <w:bCs/>
          <w:lang w:val="nl-NL"/>
        </w:rPr>
        <w:t xml:space="preserve">"Hé </w:t>
      </w:r>
      <w:proofErr w:type="spellStart"/>
      <w:r w:rsidRPr="000A63D8">
        <w:rPr>
          <w:b/>
          <w:bCs/>
          <w:lang w:val="nl-NL"/>
        </w:rPr>
        <w:t>Siri</w:t>
      </w:r>
      <w:proofErr w:type="spellEnd"/>
      <w:r w:rsidRPr="000A63D8">
        <w:rPr>
          <w:b/>
          <w:bCs/>
          <w:lang w:val="nl-NL"/>
        </w:rPr>
        <w:t xml:space="preserve">, navigeer naar </w:t>
      </w:r>
      <w:proofErr w:type="spellStart"/>
      <w:r w:rsidRPr="000A63D8">
        <w:rPr>
          <w:b/>
          <w:bCs/>
          <w:lang w:val="nl-NL"/>
        </w:rPr>
        <w:t>L'Isle-d'Abeau</w:t>
      </w:r>
      <w:proofErr w:type="spellEnd"/>
      <w:r w:rsidRPr="000A63D8">
        <w:rPr>
          <w:b/>
          <w:bCs/>
          <w:lang w:val="nl-NL"/>
        </w:rPr>
        <w:t>."</w:t>
      </w:r>
    </w:p>
    <w:p w14:paraId="0A53AAEB" w14:textId="02246A7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 xml:space="preserve"> opent.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De route verschijnt.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bent klaar.</w:t>
      </w:r>
    </w:p>
    <w:p w14:paraId="50893B39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08.33 – Muziek starten</w:t>
      </w:r>
    </w:p>
    <w:p w14:paraId="27E0610F" w14:textId="16C24589" w:rsidR="000A63D8" w:rsidRPr="000A63D8" w:rsidRDefault="00323853" w:rsidP="00A248D5">
      <w:pPr>
        <w:spacing w:after="0"/>
        <w:rPr>
          <w:lang w:val="nl-NL"/>
        </w:rPr>
      </w:pPr>
      <w:r>
        <w:rPr>
          <w:lang w:val="nl-NL"/>
        </w:rPr>
        <w:t xml:space="preserve"> J</w:t>
      </w:r>
      <w:r w:rsidR="000A63D8" w:rsidRPr="000A63D8">
        <w:rPr>
          <w:lang w:val="nl-NL"/>
        </w:rPr>
        <w:t>e zegt:</w:t>
      </w:r>
      <w:r>
        <w:rPr>
          <w:lang w:val="nl-NL"/>
        </w:rPr>
        <w:t xml:space="preserve"> </w:t>
      </w:r>
      <w:r w:rsidR="000A63D8" w:rsidRPr="000A63D8">
        <w:rPr>
          <w:b/>
          <w:bCs/>
          <w:lang w:val="nl-NL"/>
        </w:rPr>
        <w:t>"Speel mijn afspeellijst Frankrijk."</w:t>
      </w:r>
      <w:r>
        <w:rPr>
          <w:b/>
          <w:bCs/>
          <w:lang w:val="nl-NL"/>
        </w:rPr>
        <w:t xml:space="preserve"> </w:t>
      </w:r>
      <w:proofErr w:type="spellStart"/>
      <w:r w:rsidR="000A63D8" w:rsidRPr="000A63D8">
        <w:rPr>
          <w:lang w:val="nl-NL"/>
        </w:rPr>
        <w:t>Spotify</w:t>
      </w:r>
      <w:proofErr w:type="spellEnd"/>
      <w:r w:rsidR="000A63D8" w:rsidRPr="000A63D8">
        <w:rPr>
          <w:lang w:val="nl-NL"/>
        </w:rPr>
        <w:t xml:space="preserve"> begint te spelen.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Je hoeft niets te zoeken.</w:t>
      </w:r>
    </w:p>
    <w:p w14:paraId="02F0A81C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09.15 – Onderweg koffie</w:t>
      </w:r>
    </w:p>
    <w:p w14:paraId="5C48F9AB" w14:textId="068B828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Na ongeveer drie kwartier krijg je zin in koffie.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zegt:</w:t>
      </w:r>
      <w:r w:rsidR="00323853">
        <w:rPr>
          <w:lang w:val="nl-NL"/>
        </w:rPr>
        <w:t xml:space="preserve"> </w:t>
      </w:r>
      <w:r w:rsidRPr="000A63D8">
        <w:rPr>
          <w:b/>
          <w:bCs/>
          <w:lang w:val="nl-NL"/>
        </w:rPr>
        <w:t>"Zoek een koffiebar langs mijn route."</w:t>
      </w:r>
      <w:r w:rsidR="00323853">
        <w:rPr>
          <w:b/>
          <w:bCs/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laat een aantal mogelijkheden zien.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kiest er één.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 xml:space="preserve"> voegt deze toe als tussenstop.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Na de koffie gaat de route automatisch verder.</w:t>
      </w:r>
    </w:p>
    <w:p w14:paraId="4ED13088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10.00 – Tanken</w:t>
      </w:r>
    </w:p>
    <w:p w14:paraId="570FEF58" w14:textId="778405D2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brandstofmeter komt onder een kwart.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zegt:</w:t>
      </w:r>
      <w:r w:rsidR="00323853">
        <w:rPr>
          <w:lang w:val="nl-NL"/>
        </w:rPr>
        <w:t xml:space="preserve"> </w:t>
      </w:r>
      <w:r w:rsidRPr="000A63D8">
        <w:rPr>
          <w:b/>
          <w:bCs/>
          <w:lang w:val="nl-NL"/>
        </w:rPr>
        <w:t>"Zoek een tankstation langs mijn route."</w:t>
      </w:r>
    </w:p>
    <w:p w14:paraId="0C93F05E" w14:textId="2EE7AF0E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Binnen enkele seconden zie je verschillende opties.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kiest de meest geschikte.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Na het tanken ga je automatisch verder naar je eindbestemming.</w:t>
      </w:r>
    </w:p>
    <w:p w14:paraId="19435BD0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11.00 – Boodschappen</w:t>
      </w:r>
    </w:p>
    <w:p w14:paraId="05C6F4EB" w14:textId="70D42F2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hebt brood nodig.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zegt:</w:t>
      </w:r>
      <w:r w:rsidR="00323853">
        <w:rPr>
          <w:lang w:val="nl-NL"/>
        </w:rPr>
        <w:t xml:space="preserve"> </w:t>
      </w:r>
      <w:r w:rsidRPr="000A63D8">
        <w:rPr>
          <w:b/>
          <w:bCs/>
          <w:lang w:val="nl-NL"/>
        </w:rPr>
        <w:t>"Zoek een Lidl langs mijn route."</w:t>
      </w:r>
      <w:r w:rsidR="00323853">
        <w:rPr>
          <w:b/>
          <w:bCs/>
          <w:lang w:val="nl-NL"/>
        </w:rPr>
        <w:t xml:space="preserve"> </w:t>
      </w:r>
      <w:r w:rsidRPr="000A63D8">
        <w:rPr>
          <w:lang w:val="nl-NL"/>
        </w:rPr>
        <w:t>Of:</w:t>
      </w:r>
      <w:r w:rsidR="00323853">
        <w:rPr>
          <w:lang w:val="nl-NL"/>
        </w:rPr>
        <w:t xml:space="preserve"> </w:t>
      </w:r>
      <w:r w:rsidRPr="000A63D8">
        <w:rPr>
          <w:b/>
          <w:bCs/>
          <w:lang w:val="nl-NL"/>
        </w:rPr>
        <w:t>"Zoek een Carrefour."</w:t>
      </w:r>
    </w:p>
    <w:p w14:paraId="1273CC6F" w14:textId="1DB9992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 navigatie past de route tijdelijk aan.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Na het boodschappen doen vervolg je automatisch de reis.</w:t>
      </w:r>
    </w:p>
    <w:p w14:paraId="7FF8401F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12.30 – Een WhatsApp sturen</w:t>
      </w:r>
    </w:p>
    <w:p w14:paraId="2A7130A4" w14:textId="0003CBF4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wilt laten weten dat je rond twee uur aankomt.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zegt:</w:t>
      </w:r>
      <w:r w:rsidR="00323853">
        <w:rPr>
          <w:lang w:val="nl-NL"/>
        </w:rPr>
        <w:t xml:space="preserve"> </w:t>
      </w:r>
      <w:r w:rsidRPr="000A63D8">
        <w:rPr>
          <w:b/>
          <w:bCs/>
          <w:lang w:val="nl-NL"/>
        </w:rPr>
        <w:t>"Stuur een WhatsApp naar Frank."</w:t>
      </w:r>
      <w:r w:rsidR="00323853">
        <w:rPr>
          <w:b/>
          <w:bCs/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vraagt: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"Wat wil je zeggen?"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antwoordt: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"We verwachten rond twee uur aan te komen."</w:t>
      </w:r>
    </w:p>
    <w:p w14:paraId="40CE6B80" w14:textId="09E652AE" w:rsidR="000A63D8" w:rsidRPr="000A63D8" w:rsidRDefault="000A63D8" w:rsidP="00A248D5">
      <w:pPr>
        <w:spacing w:after="0"/>
        <w:rPr>
          <w:lang w:val="nl-NL"/>
        </w:rPr>
      </w:pP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leest het bericht voor.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zegt: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"Verstuur."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hebt het scherm niet één keer aangeraakt.</w:t>
      </w:r>
    </w:p>
    <w:p w14:paraId="540ED9FE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13.00 – Een telefoontje</w:t>
      </w:r>
    </w:p>
    <w:p w14:paraId="4250D8A9" w14:textId="5F86ABBD" w:rsidR="000A63D8" w:rsidRPr="000A63D8" w:rsidRDefault="00323853" w:rsidP="00A248D5">
      <w:pPr>
        <w:spacing w:after="0"/>
        <w:rPr>
          <w:lang w:val="nl-NL"/>
        </w:rPr>
      </w:pPr>
      <w:r>
        <w:rPr>
          <w:lang w:val="nl-NL"/>
        </w:rPr>
        <w:t>Lianne</w:t>
      </w:r>
      <w:r w:rsidR="000A63D8" w:rsidRPr="000A63D8">
        <w:rPr>
          <w:lang w:val="nl-NL"/>
        </w:rPr>
        <w:t xml:space="preserve"> belt.</w:t>
      </w:r>
      <w:r>
        <w:rPr>
          <w:lang w:val="nl-NL"/>
        </w:rPr>
        <w:t xml:space="preserve"> </w:t>
      </w:r>
      <w:r w:rsidR="000A63D8" w:rsidRPr="000A63D8">
        <w:rPr>
          <w:lang w:val="nl-NL"/>
        </w:rPr>
        <w:t>Op het scherm verschijnen twee knoppen:</w:t>
      </w:r>
      <w:r>
        <w:rPr>
          <w:lang w:val="nl-NL"/>
        </w:rPr>
        <w:t xml:space="preserve"> </w:t>
      </w:r>
      <w:r w:rsidR="000A63D8" w:rsidRPr="000A63D8">
        <w:rPr>
          <w:rFonts w:ascii="Segoe UI Emoji" w:hAnsi="Segoe UI Emoji" w:cs="Segoe UI Emoji"/>
          <w:lang w:val="nl-NL"/>
        </w:rPr>
        <w:t>✅</w:t>
      </w:r>
      <w:r w:rsidR="000A63D8" w:rsidRPr="000A63D8">
        <w:rPr>
          <w:lang w:val="nl-NL"/>
        </w:rPr>
        <w:t xml:space="preserve"> Accepteren</w:t>
      </w:r>
      <w:r>
        <w:rPr>
          <w:lang w:val="nl-NL"/>
        </w:rPr>
        <w:t xml:space="preserve"> </w:t>
      </w:r>
      <w:r w:rsidR="000A63D8" w:rsidRPr="000A63D8">
        <w:rPr>
          <w:rFonts w:ascii="Segoe UI Emoji" w:hAnsi="Segoe UI Emoji" w:cs="Segoe UI Emoji"/>
          <w:lang w:val="nl-NL"/>
        </w:rPr>
        <w:t>❌</w:t>
      </w:r>
      <w:r w:rsidR="000A63D8" w:rsidRPr="000A63D8">
        <w:rPr>
          <w:lang w:val="nl-NL"/>
        </w:rPr>
        <w:t xml:space="preserve"> Weigeren</w:t>
      </w:r>
    </w:p>
    <w:p w14:paraId="0B43F0F0" w14:textId="374D53EC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neemt het gesprek aan.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 xml:space="preserve">Na afloop keert 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 xml:space="preserve"> automatisch terug.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De route loopt gewoon door.</w:t>
      </w:r>
    </w:p>
    <w:p w14:paraId="447DCA1B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13.30 – Het weer</w:t>
      </w:r>
    </w:p>
    <w:p w14:paraId="4640F3B6" w14:textId="74E32708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ziet donkere wolken.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vraagt:</w:t>
      </w:r>
      <w:r w:rsidR="00323853">
        <w:rPr>
          <w:lang w:val="nl-NL"/>
        </w:rPr>
        <w:t xml:space="preserve"> </w:t>
      </w:r>
      <w:r w:rsidRPr="000A63D8">
        <w:rPr>
          <w:b/>
          <w:bCs/>
          <w:lang w:val="nl-NL"/>
        </w:rPr>
        <w:t xml:space="preserve">"Hoe wordt het weer in </w:t>
      </w:r>
      <w:proofErr w:type="spellStart"/>
      <w:r w:rsidRPr="000A63D8">
        <w:rPr>
          <w:b/>
          <w:bCs/>
          <w:lang w:val="nl-NL"/>
        </w:rPr>
        <w:t>L'Isle-d'Abeau</w:t>
      </w:r>
      <w:proofErr w:type="spellEnd"/>
      <w:r w:rsidRPr="000A63D8">
        <w:rPr>
          <w:b/>
          <w:bCs/>
          <w:lang w:val="nl-NL"/>
        </w:rPr>
        <w:t>?"</w:t>
      </w:r>
      <w:r w:rsidR="00323853">
        <w:rPr>
          <w:b/>
          <w:bCs/>
          <w:lang w:val="nl-NL"/>
        </w:rPr>
        <w:t xml:space="preserve">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geeft de weersverwachting.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besluit de luifel pas later uit te draaien.</w:t>
      </w:r>
    </w:p>
    <w:p w14:paraId="55DBC126" w14:textId="7777777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lastRenderedPageBreak/>
        <w:t>14.00 – Aankomst</w:t>
      </w:r>
    </w:p>
    <w:p w14:paraId="1FBE59AA" w14:textId="154ED94B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Je rijdt de camping op.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stopt de navigatie.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Je zet de camper uit.</w:t>
      </w:r>
      <w:r w:rsidR="00323853">
        <w:rPr>
          <w:lang w:val="nl-NL"/>
        </w:rPr>
        <w:t xml:space="preserve">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sluit automatisch af.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De volgende ochtend begint alles weer precies waar je gebleven was.</w:t>
      </w:r>
    </w:p>
    <w:p w14:paraId="648283BB" w14:textId="0CF2D576" w:rsidR="000A63D8" w:rsidRPr="000A63D8" w:rsidRDefault="000A63D8" w:rsidP="00A248D5">
      <w:pPr>
        <w:spacing w:after="0"/>
        <w:rPr>
          <w:lang w:val="nl-NL"/>
        </w:rPr>
      </w:pPr>
    </w:p>
    <w:p w14:paraId="19786ACC" w14:textId="77777777" w:rsidR="00323853" w:rsidRDefault="00323853" w:rsidP="00A248D5">
      <w:pPr>
        <w:spacing w:after="0"/>
        <w:rPr>
          <w:b/>
          <w:bCs/>
          <w:lang w:val="nl-NL"/>
        </w:rPr>
      </w:pPr>
    </w:p>
    <w:p w14:paraId="030C3DEB" w14:textId="77777777" w:rsidR="00323853" w:rsidRDefault="00323853">
      <w:pPr>
        <w:rPr>
          <w:rFonts w:ascii="Kozuka Gothic Pro H" w:eastAsiaTheme="majorEastAsia" w:hAnsi="Kozuka Gothic Pro H" w:cstheme="majorBidi"/>
          <w:color w:val="00B050"/>
          <w:spacing w:val="5"/>
          <w:kern w:val="28"/>
          <w:sz w:val="52"/>
          <w:szCs w:val="52"/>
          <w:lang w:val="nl-NL"/>
        </w:rPr>
      </w:pPr>
      <w:r>
        <w:br w:type="page"/>
      </w:r>
    </w:p>
    <w:p w14:paraId="2D727877" w14:textId="2F648F7B" w:rsidR="000A63D8" w:rsidRPr="000A63D8" w:rsidRDefault="000A63D8" w:rsidP="00323853">
      <w:pPr>
        <w:pStyle w:val="Titel"/>
      </w:pPr>
      <w:r w:rsidRPr="000A63D8">
        <w:lastRenderedPageBreak/>
        <w:t xml:space="preserve">13 – De beste </w:t>
      </w:r>
      <w:proofErr w:type="spellStart"/>
      <w:r w:rsidRPr="000A63D8">
        <w:t>Siri</w:t>
      </w:r>
      <w:proofErr w:type="spellEnd"/>
      <w:r w:rsidRPr="000A63D8">
        <w:t>-opdrachten voor camperreizigers</w:t>
      </w:r>
    </w:p>
    <w:p w14:paraId="23BC81D1" w14:textId="04FD7127" w:rsidR="000A63D8" w:rsidRPr="000A63D8" w:rsidRDefault="000A63D8" w:rsidP="00323853">
      <w:pPr>
        <w:pStyle w:val="Kop1"/>
        <w:rPr>
          <w:lang w:val="nl-NL"/>
        </w:rPr>
      </w:pPr>
      <w:r w:rsidRPr="000A63D8">
        <w:rPr>
          <w:lang w:val="nl-NL"/>
        </w:rPr>
        <w:t>Deel 1 – Navigeren</w:t>
      </w:r>
    </w:p>
    <w:p w14:paraId="11CCE38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Dit zijn de opdrachten die je waarschijnlijk het vaakst gebruikt.</w:t>
      </w:r>
    </w:p>
    <w:p w14:paraId="154FFDD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"Navigeer naar Leiden."</w:t>
      </w:r>
    </w:p>
    <w:p w14:paraId="1BFD051F" w14:textId="6CF2D481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"Breng me naar de camping."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"Zoek een camperplaats."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"Zoek een camping."</w:t>
      </w:r>
    </w:p>
    <w:p w14:paraId="5A349EA0" w14:textId="509D3E40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parkeerplaats."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"Zoek een tankstation."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 xml:space="preserve">"Zoek een </w:t>
      </w:r>
      <w:proofErr w:type="spellStart"/>
      <w:r w:rsidRPr="000A63D8">
        <w:rPr>
          <w:lang w:val="nl-NL"/>
        </w:rPr>
        <w:t>LPG-station</w:t>
      </w:r>
      <w:proofErr w:type="spellEnd"/>
      <w:r w:rsidRPr="000A63D8">
        <w:rPr>
          <w:lang w:val="nl-NL"/>
        </w:rPr>
        <w:t>."</w:t>
      </w:r>
    </w:p>
    <w:p w14:paraId="59DEB5D9" w14:textId="7BBE33E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lang w:val="nl-NL"/>
        </w:rPr>
        <w:t>"Zoek een supermarkt."</w:t>
      </w:r>
      <w:r w:rsidR="00323853">
        <w:rPr>
          <w:lang w:val="nl-NL"/>
        </w:rPr>
        <w:t xml:space="preserve"> </w:t>
      </w:r>
      <w:r w:rsidRPr="000A63D8">
        <w:rPr>
          <w:lang w:val="nl-NL"/>
        </w:rPr>
        <w:t>"Zoek een Lidl."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"Zoek een Carrefour."</w:t>
      </w:r>
    </w:p>
    <w:p w14:paraId="6A87E77D" w14:textId="396BFE69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restaurant."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"Zoek een ziekenhuis."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"Zoek een apotheek."</w:t>
      </w:r>
    </w:p>
    <w:p w14:paraId="28F6E7B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"Hoe laat kom ik aan?"</w:t>
      </w:r>
    </w:p>
    <w:p w14:paraId="5CED0A3F" w14:textId="7FFF7B95" w:rsidR="000A63D8" w:rsidRPr="000A63D8" w:rsidRDefault="000A63D8" w:rsidP="001467F6">
      <w:pPr>
        <w:pStyle w:val="Kop1"/>
        <w:rPr>
          <w:lang w:val="nl-NL"/>
        </w:rPr>
      </w:pPr>
      <w:r w:rsidRPr="000A63D8">
        <w:rPr>
          <w:lang w:val="nl-NL"/>
        </w:rPr>
        <w:t>Deel 2 – Muzie</w:t>
      </w:r>
      <w:r w:rsidR="001467F6">
        <w:rPr>
          <w:lang w:val="nl-NL"/>
        </w:rPr>
        <w:t>k</w:t>
      </w:r>
    </w:p>
    <w:p w14:paraId="33D790B8" w14:textId="20EB7BC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"Speel mijn afspeellijst Camper."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"Volgend nummer."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"Pauzeer de muziek."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"Ga verder."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"Zet het volume harder."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"Zet het volume zachter."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"Speel mijn favorieten."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"Speel blues."</w:t>
      </w:r>
    </w:p>
    <w:p w14:paraId="20774C11" w14:textId="4101BBC1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"Speel piano."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"Stop de muziek."</w:t>
      </w:r>
    </w:p>
    <w:p w14:paraId="79461686" w14:textId="618281DC" w:rsidR="000A63D8" w:rsidRPr="000A63D8" w:rsidRDefault="000A63D8" w:rsidP="001467F6">
      <w:pPr>
        <w:pStyle w:val="Kop1"/>
        <w:rPr>
          <w:lang w:val="nl-NL"/>
        </w:rPr>
      </w:pPr>
      <w:r w:rsidRPr="000A63D8">
        <w:rPr>
          <w:lang w:val="nl-NL"/>
        </w:rPr>
        <w:t xml:space="preserve">Deel 3 – Telefoneren </w:t>
      </w:r>
    </w:p>
    <w:p w14:paraId="37C1F6B8" w14:textId="1DD698F3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"Bel Lianne."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"Bel de ANWB."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 xml:space="preserve">"Bel via </w:t>
      </w:r>
      <w:proofErr w:type="spellStart"/>
      <w:r w:rsidRPr="000A63D8">
        <w:rPr>
          <w:lang w:val="nl-NL"/>
        </w:rPr>
        <w:t>FaceTime</w:t>
      </w:r>
      <w:proofErr w:type="spellEnd"/>
      <w:r w:rsidRPr="000A63D8">
        <w:rPr>
          <w:lang w:val="nl-NL"/>
        </w:rPr>
        <w:t xml:space="preserve"> Audio."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"Hang op."</w:t>
      </w:r>
    </w:p>
    <w:p w14:paraId="0F234E65" w14:textId="0EE58EF0" w:rsidR="000A63D8" w:rsidRPr="000A63D8" w:rsidRDefault="000A63D8" w:rsidP="001467F6">
      <w:pPr>
        <w:pStyle w:val="Kop1"/>
        <w:rPr>
          <w:lang w:val="nl-NL"/>
        </w:rPr>
      </w:pPr>
      <w:r w:rsidRPr="000A63D8">
        <w:rPr>
          <w:lang w:val="nl-NL"/>
        </w:rPr>
        <w:t xml:space="preserve">Deel 4 – Berichten </w:t>
      </w:r>
    </w:p>
    <w:p w14:paraId="449DD520" w14:textId="4CE746DD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"Lees mijn berichten."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"Lees mijn laatste WhatsApp."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"Stuur een WhatsApp naar Frank."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"Beantwoord mijn laatste bericht."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"Zeg dat ik onderweg ben."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"Zeg dat ik over een uur aankom."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"Stuur: Ik sta op de camping."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"Stuur een sms."</w:t>
      </w:r>
      <w:r w:rsidR="001467F6">
        <w:rPr>
          <w:lang w:val="nl-NL"/>
        </w:rPr>
        <w:t xml:space="preserve"> </w:t>
      </w:r>
      <w:r w:rsidRPr="000A63D8">
        <w:rPr>
          <w:lang w:val="nl-NL"/>
        </w:rPr>
        <w:t>"Maak een nieuw bericht."</w:t>
      </w:r>
    </w:p>
    <w:p w14:paraId="63A1664E" w14:textId="34B06616" w:rsidR="000A63D8" w:rsidRPr="000A63D8" w:rsidRDefault="000A63D8" w:rsidP="001467F6">
      <w:pPr>
        <w:pStyle w:val="Kop1"/>
        <w:rPr>
          <w:lang w:val="nl-NL"/>
        </w:rPr>
      </w:pPr>
      <w:r w:rsidRPr="000A63D8">
        <w:rPr>
          <w:lang w:val="nl-NL"/>
        </w:rPr>
        <w:t xml:space="preserve">Deel 5 – Informatie onderweg </w:t>
      </w:r>
    </w:p>
    <w:p w14:paraId="41DEBBEA" w14:textId="264094AA" w:rsidR="000A63D8" w:rsidRDefault="000A63D8" w:rsidP="00A248D5">
      <w:pPr>
        <w:spacing w:after="0"/>
        <w:rPr>
          <w:b/>
          <w:bCs/>
          <w:lang w:val="nl-NL"/>
        </w:rPr>
      </w:pPr>
    </w:p>
    <w:p w14:paraId="071FFD88" w14:textId="714E03B9" w:rsidR="001467F6" w:rsidRPr="000A63D8" w:rsidRDefault="001467F6" w:rsidP="00A248D5">
      <w:pPr>
        <w:spacing w:after="0"/>
        <w:rPr>
          <w:b/>
          <w:bCs/>
          <w:sz w:val="96"/>
          <w:szCs w:val="96"/>
          <w:lang w:val="nl-NL"/>
        </w:rPr>
      </w:pPr>
      <w:proofErr w:type="gramStart"/>
      <w:r w:rsidRPr="001467F6">
        <w:rPr>
          <w:sz w:val="96"/>
          <w:szCs w:val="96"/>
          <w:lang w:val="nl-NL"/>
        </w:rPr>
        <w:lastRenderedPageBreak/>
        <w:t>tot</w:t>
      </w:r>
      <w:proofErr w:type="gramEnd"/>
      <w:r w:rsidRPr="001467F6">
        <w:rPr>
          <w:sz w:val="96"/>
          <w:szCs w:val="96"/>
          <w:lang w:val="nl-NL"/>
        </w:rPr>
        <w:t xml:space="preserve"> hier gebleven</w:t>
      </w:r>
    </w:p>
    <w:p w14:paraId="18DBEA5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"Hoe wordt het weer?"</w:t>
      </w:r>
    </w:p>
    <w:p w14:paraId="47B98F0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135848D4">
          <v:rect id="_x0000_i4589" style="width:0;height:1.5pt" o:hralign="center" o:hrstd="t" o:hr="t" fillcolor="#a0a0a0" stroked="f"/>
        </w:pict>
      </w:r>
    </w:p>
    <w:p w14:paraId="34B1CD33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72</w:t>
      </w:r>
    </w:p>
    <w:p w14:paraId="2419F17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"Regent het vandaag?"</w:t>
      </w:r>
    </w:p>
    <w:p w14:paraId="12508D0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3CEE9986">
          <v:rect id="_x0000_i4590" style="width:0;height:1.5pt" o:hralign="center" o:hrstd="t" o:hr="t" fillcolor="#a0a0a0" stroked="f"/>
        </w:pict>
      </w:r>
    </w:p>
    <w:p w14:paraId="373F7E51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73</w:t>
      </w:r>
    </w:p>
    <w:p w14:paraId="19DDC06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"Hoe warm wordt het?"</w:t>
      </w:r>
    </w:p>
    <w:p w14:paraId="6B2B9E4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28847F79">
          <v:rect id="_x0000_i4591" style="width:0;height:1.5pt" o:hralign="center" o:hrstd="t" o:hr="t" fillcolor="#a0a0a0" stroked="f"/>
        </w:pict>
      </w:r>
    </w:p>
    <w:p w14:paraId="0364596C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74</w:t>
      </w:r>
    </w:p>
    <w:p w14:paraId="3BC7444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"Hoe laat gaat de zon onder?"</w:t>
      </w:r>
    </w:p>
    <w:p w14:paraId="6693FD0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7E1B1DF8">
          <v:rect id="_x0000_i4592" style="width:0;height:1.5pt" o:hralign="center" o:hrstd="t" o:hr="t" fillcolor="#a0a0a0" stroked="f"/>
        </w:pict>
      </w:r>
    </w:p>
    <w:p w14:paraId="56602667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75</w:t>
      </w:r>
    </w:p>
    <w:p w14:paraId="41AE243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"Hoe laat komt de zon op?"</w:t>
      </w:r>
    </w:p>
    <w:p w14:paraId="50B05A4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7159AB33">
          <v:rect id="_x0000_i4593" style="width:0;height:1.5pt" o:hralign="center" o:hrstd="t" o:hr="t" fillcolor="#a0a0a0" stroked="f"/>
        </w:pict>
      </w:r>
    </w:p>
    <w:p w14:paraId="188418C8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76</w:t>
      </w:r>
    </w:p>
    <w:p w14:paraId="1EB772F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"Zijn er files?"</w:t>
      </w:r>
    </w:p>
    <w:p w14:paraId="7EC2646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1809CA53">
          <v:rect id="_x0000_i4594" style="width:0;height:1.5pt" o:hralign="center" o:hrstd="t" o:hr="t" fillcolor="#a0a0a0" stroked="f"/>
        </w:pict>
      </w:r>
    </w:p>
    <w:p w14:paraId="02932BED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77</w:t>
      </w:r>
    </w:p>
    <w:p w14:paraId="6308C87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"Hoe druk is het onderweg?"</w:t>
      </w:r>
    </w:p>
    <w:p w14:paraId="63002F6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4AA3A34D">
          <v:rect id="_x0000_i4595" style="width:0;height:1.5pt" o:hralign="center" o:hrstd="t" o:hr="t" fillcolor="#a0a0a0" stroked="f"/>
        </w:pict>
      </w:r>
    </w:p>
    <w:p w14:paraId="1926E0DA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78</w:t>
      </w:r>
    </w:p>
    <w:p w14:paraId="038CD6A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"Hoeveel kilometer is het nog?"</w:t>
      </w:r>
    </w:p>
    <w:p w14:paraId="4D1374C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02BC8FF3">
          <v:rect id="_x0000_i4596" style="width:0;height:1.5pt" o:hralign="center" o:hrstd="t" o:hr="t" fillcolor="#a0a0a0" stroked="f"/>
        </w:pict>
      </w:r>
    </w:p>
    <w:p w14:paraId="7E739AEE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79</w:t>
      </w:r>
    </w:p>
    <w:p w14:paraId="340B95D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"Hoe lang moet ik nog rijden?"</w:t>
      </w:r>
    </w:p>
    <w:p w14:paraId="3B80633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16EB21FD">
          <v:rect id="_x0000_i4597" style="width:0;height:1.5pt" o:hralign="center" o:hrstd="t" o:hr="t" fillcolor="#a0a0a0" stroked="f"/>
        </w:pict>
      </w:r>
    </w:p>
    <w:p w14:paraId="476A6C4D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80</w:t>
      </w:r>
    </w:p>
    <w:p w14:paraId="58C9987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"Welke dag is het vandaag?"</w:t>
      </w:r>
    </w:p>
    <w:p w14:paraId="48EB0CE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5583B00B">
          <v:rect id="_x0000_i4598" style="width:0;height:1.5pt" o:hralign="center" o:hrstd="t" o:hr="t" fillcolor="#a0a0a0" stroked="f"/>
        </w:pict>
      </w:r>
    </w:p>
    <w:p w14:paraId="7C5B0DE6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81</w:t>
      </w:r>
    </w:p>
    <w:p w14:paraId="4C3126C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"Hoe laat is het?"</w:t>
      </w:r>
    </w:p>
    <w:p w14:paraId="14AA058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38056B44">
          <v:rect id="_x0000_i4599" style="width:0;height:1.5pt" o:hralign="center" o:hrstd="t" o:hr="t" fillcolor="#a0a0a0" stroked="f"/>
        </w:pict>
      </w:r>
    </w:p>
    <w:p w14:paraId="59A1CB7A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82</w:t>
      </w:r>
    </w:p>
    <w:p w14:paraId="2F07E83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"Wat staat vandaag in mijn agenda?"</w:t>
      </w:r>
    </w:p>
    <w:p w14:paraId="5D63E76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42F0DE4E">
          <v:rect id="_x0000_i4600" style="width:0;height:1.5pt" o:hralign="center" o:hrstd="t" o:hr="t" fillcolor="#a0a0a0" stroked="f"/>
        </w:pict>
      </w:r>
    </w:p>
    <w:p w14:paraId="5CB17CC9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83</w:t>
      </w:r>
    </w:p>
    <w:p w14:paraId="200D1C7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"Herinner me eraan om de camper te tanken."</w:t>
      </w:r>
    </w:p>
    <w:p w14:paraId="3209B4D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lastRenderedPageBreak/>
        <w:pict w14:anchorId="2D8D1E91">
          <v:rect id="_x0000_i4601" style="width:0;height:1.5pt" o:hralign="center" o:hrstd="t" o:hr="t" fillcolor="#a0a0a0" stroked="f"/>
        </w:pict>
      </w:r>
    </w:p>
    <w:p w14:paraId="396C152B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84</w:t>
      </w:r>
    </w:p>
    <w:p w14:paraId="0274E3C6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"Herinner me eraan om de schoonwatertank te vullen."</w:t>
      </w:r>
    </w:p>
    <w:p w14:paraId="5952CB8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19DA7E6A">
          <v:rect id="_x0000_i4602" style="width:0;height:1.5pt" o:hralign="center" o:hrstd="t" o:hr="t" fillcolor="#a0a0a0" stroked="f"/>
        </w:pict>
      </w:r>
    </w:p>
    <w:p w14:paraId="58575835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85</w:t>
      </w:r>
    </w:p>
    <w:p w14:paraId="29DFC96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"Herinner me eraan om boodschappen te doen."</w:t>
      </w:r>
    </w:p>
    <w:p w14:paraId="093DB68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6E3064E6">
          <v:rect id="_x0000_i4603" style="width:0;height:1.5pt" o:hralign="center" o:hrstd="t" o:hr="t" fillcolor="#a0a0a0" stroked="f"/>
        </w:pict>
      </w:r>
    </w:p>
    <w:p w14:paraId="1F903189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Deel 6 – Praktische camperopdrachten (86–100)</w:t>
      </w:r>
    </w:p>
    <w:p w14:paraId="79C91C1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Deze opdrachten zijn speciaal handig voor langere camperreizen.</w:t>
      </w:r>
    </w:p>
    <w:p w14:paraId="3347E84A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86</w:t>
      </w:r>
    </w:p>
    <w:p w14:paraId="68A7267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wasserette."</w:t>
      </w:r>
    </w:p>
    <w:p w14:paraId="6F7A826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519BB4D4">
          <v:rect id="_x0000_i4604" style="width:0;height:1.5pt" o:hralign="center" o:hrstd="t" o:hr="t" fillcolor="#a0a0a0" stroked="f"/>
        </w:pict>
      </w:r>
    </w:p>
    <w:p w14:paraId="49EABDCE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87</w:t>
      </w:r>
    </w:p>
    <w:p w14:paraId="4D806DD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camperservice."</w:t>
      </w:r>
    </w:p>
    <w:p w14:paraId="5301A691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5D750ACC">
          <v:rect id="_x0000_i4605" style="width:0;height:1.5pt" o:hralign="center" o:hrstd="t" o:hr="t" fillcolor="#a0a0a0" stroked="f"/>
        </w:pict>
      </w:r>
    </w:p>
    <w:p w14:paraId="015FF8FF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88</w:t>
      </w:r>
    </w:p>
    <w:p w14:paraId="59E00CD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garage."</w:t>
      </w:r>
    </w:p>
    <w:p w14:paraId="0358F1B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6E2C0F85">
          <v:rect id="_x0000_i4606" style="width:0;height:1.5pt" o:hralign="center" o:hrstd="t" o:hr="t" fillcolor="#a0a0a0" stroked="f"/>
        </w:pict>
      </w:r>
    </w:p>
    <w:p w14:paraId="063DD07A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89</w:t>
      </w:r>
    </w:p>
    <w:p w14:paraId="0C738761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bouwmarkt."</w:t>
      </w:r>
    </w:p>
    <w:p w14:paraId="471D4A6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2B5C523C">
          <v:rect id="_x0000_i4607" style="width:0;height:1.5pt" o:hralign="center" o:hrstd="t" o:hr="t" fillcolor="#a0a0a0" stroked="f"/>
        </w:pict>
      </w:r>
    </w:p>
    <w:p w14:paraId="49BC847F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90</w:t>
      </w:r>
    </w:p>
    <w:p w14:paraId="6033DA9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"Zoek een </w:t>
      </w:r>
      <w:proofErr w:type="spellStart"/>
      <w:r w:rsidRPr="000A63D8">
        <w:rPr>
          <w:lang w:val="nl-NL"/>
        </w:rPr>
        <w:t>gasvulpunt</w:t>
      </w:r>
      <w:proofErr w:type="spellEnd"/>
      <w:r w:rsidRPr="000A63D8">
        <w:rPr>
          <w:lang w:val="nl-NL"/>
        </w:rPr>
        <w:t>."</w:t>
      </w:r>
    </w:p>
    <w:p w14:paraId="4056E17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0FCB9773">
          <v:rect id="_x0000_i4608" style="width:0;height:1.5pt" o:hralign="center" o:hrstd="t" o:hr="t" fillcolor="#a0a0a0" stroked="f"/>
        </w:pict>
      </w:r>
    </w:p>
    <w:p w14:paraId="6014C562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91</w:t>
      </w:r>
    </w:p>
    <w:p w14:paraId="17E5260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uitzichtpunt."</w:t>
      </w:r>
    </w:p>
    <w:p w14:paraId="4CF1BEA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107DCD7A">
          <v:rect id="_x0000_i4609" style="width:0;height:1.5pt" o:hralign="center" o:hrstd="t" o:hr="t" fillcolor="#a0a0a0" stroked="f"/>
        </w:pict>
      </w:r>
    </w:p>
    <w:p w14:paraId="712CD9A6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92</w:t>
      </w:r>
    </w:p>
    <w:p w14:paraId="60A6973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wandelgebied."</w:t>
      </w:r>
    </w:p>
    <w:p w14:paraId="7204C23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45408BB9">
          <v:rect id="_x0000_i4610" style="width:0;height:1.5pt" o:hralign="center" o:hrstd="t" o:hr="t" fillcolor="#a0a0a0" stroked="f"/>
        </w:pict>
      </w:r>
    </w:p>
    <w:p w14:paraId="3B9BCDFD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93</w:t>
      </w:r>
    </w:p>
    <w:p w14:paraId="633A2F4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natuurgebied."</w:t>
      </w:r>
    </w:p>
    <w:p w14:paraId="4A33FAB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583D2035">
          <v:rect id="_x0000_i4611" style="width:0;height:1.5pt" o:hralign="center" o:hrstd="t" o:hr="t" fillcolor="#a0a0a0" stroked="f"/>
        </w:pict>
      </w:r>
    </w:p>
    <w:p w14:paraId="47258B4E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94</w:t>
      </w:r>
    </w:p>
    <w:p w14:paraId="065E06D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museum."</w:t>
      </w:r>
    </w:p>
    <w:p w14:paraId="6039B90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3C096F97">
          <v:rect id="_x0000_i4612" style="width:0;height:1.5pt" o:hralign="center" o:hrstd="t" o:hr="t" fillcolor="#a0a0a0" stroked="f"/>
        </w:pict>
      </w:r>
    </w:p>
    <w:p w14:paraId="217C2799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95</w:t>
      </w:r>
    </w:p>
    <w:p w14:paraId="3307DB32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"Zoek een VVV."</w:t>
      </w:r>
    </w:p>
    <w:p w14:paraId="4F70D2F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510AC1A1">
          <v:rect id="_x0000_i4613" style="width:0;height:1.5pt" o:hralign="center" o:hrstd="t" o:hr="t" fillcolor="#a0a0a0" stroked="f"/>
        </w:pict>
      </w:r>
    </w:p>
    <w:p w14:paraId="365B6591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96</w:t>
      </w:r>
    </w:p>
    <w:p w14:paraId="6B5438D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"Waar kan ik parkeren?"</w:t>
      </w:r>
    </w:p>
    <w:p w14:paraId="1915E07C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24B32C29">
          <v:rect id="_x0000_i4614" style="width:0;height:1.5pt" o:hralign="center" o:hrstd="t" o:hr="t" fillcolor="#a0a0a0" stroked="f"/>
        </w:pict>
      </w:r>
    </w:p>
    <w:p w14:paraId="7751AE10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lastRenderedPageBreak/>
        <w:t>97</w:t>
      </w:r>
    </w:p>
    <w:p w14:paraId="138FA4C9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"Voeg een koffiestop toe."</w:t>
      </w:r>
    </w:p>
    <w:p w14:paraId="08B167FF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08B1DF3D">
          <v:rect id="_x0000_i4615" style="width:0;height:1.5pt" o:hralign="center" o:hrstd="t" o:hr="t" fillcolor="#a0a0a0" stroked="f"/>
        </w:pict>
      </w:r>
    </w:p>
    <w:p w14:paraId="18EF653A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98</w:t>
      </w:r>
    </w:p>
    <w:p w14:paraId="330B0F67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"Voeg een tankstop toe."</w:t>
      </w:r>
    </w:p>
    <w:p w14:paraId="4A5AB82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2ACDDF6F">
          <v:rect id="_x0000_i4616" style="width:0;height:1.5pt" o:hralign="center" o:hrstd="t" o:hr="t" fillcolor="#a0a0a0" stroked="f"/>
        </w:pict>
      </w:r>
    </w:p>
    <w:p w14:paraId="1556E8C4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99</w:t>
      </w:r>
    </w:p>
    <w:p w14:paraId="422C56B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"Stop de navigatie."</w:t>
      </w:r>
    </w:p>
    <w:p w14:paraId="3A073DB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3701689C">
          <v:rect id="_x0000_i4617" style="width:0;height:1.5pt" o:hralign="center" o:hrstd="t" o:hr="t" fillcolor="#a0a0a0" stroked="f"/>
        </w:pict>
      </w:r>
    </w:p>
    <w:p w14:paraId="42D84949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100</w:t>
      </w:r>
    </w:p>
    <w:p w14:paraId="7E80564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"Dank je wel."</w:t>
      </w:r>
    </w:p>
    <w:p w14:paraId="1C79C233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i/>
          <w:iCs/>
          <w:lang w:val="nl-NL"/>
        </w:rPr>
        <w:t>(</w:t>
      </w:r>
      <w:proofErr w:type="spellStart"/>
      <w:r w:rsidRPr="000A63D8">
        <w:rPr>
          <w:i/>
          <w:iCs/>
          <w:lang w:val="nl-NL"/>
        </w:rPr>
        <w:t>Siri</w:t>
      </w:r>
      <w:proofErr w:type="spellEnd"/>
      <w:r w:rsidRPr="000A63D8">
        <w:rPr>
          <w:i/>
          <w:iCs/>
          <w:lang w:val="nl-NL"/>
        </w:rPr>
        <w:t xml:space="preserve"> antwoordt meestal vriendelijk terug.)</w:t>
      </w:r>
    </w:p>
    <w:p w14:paraId="061BD63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4C1706DB">
          <v:rect id="_x0000_i4618" style="width:0;height:1.5pt" o:hralign="center" o:hrstd="t" o:hr="t" fillcolor="#a0a0a0" stroked="f"/>
        </w:pict>
      </w:r>
    </w:p>
    <w:p w14:paraId="74F53ACA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Mijn persoonlijke Top 10 voor jou</w:t>
      </w:r>
    </w:p>
    <w:p w14:paraId="7EDD5688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>Als ik één A4'tje mocht maken voor jouw dashboard, dan zouden daar deze tien opdrachten op staan: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4047"/>
      </w:tblGrid>
      <w:tr w:rsidR="000A63D8" w:rsidRPr="000A63D8" w14:paraId="35AC0874" w14:textId="77777777" w:rsidTr="000A63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4DA90E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Nr.</w:t>
            </w:r>
          </w:p>
        </w:tc>
        <w:tc>
          <w:tcPr>
            <w:tcW w:w="0" w:type="auto"/>
            <w:vAlign w:val="center"/>
            <w:hideMark/>
          </w:tcPr>
          <w:p w14:paraId="1A5B2520" w14:textId="77777777" w:rsidR="000A63D8" w:rsidRPr="000A63D8" w:rsidRDefault="000A63D8" w:rsidP="00A248D5">
            <w:pPr>
              <w:spacing w:after="0"/>
              <w:rPr>
                <w:b/>
                <w:bCs/>
                <w:lang w:val="nl-NL"/>
              </w:rPr>
            </w:pPr>
            <w:r w:rsidRPr="000A63D8">
              <w:rPr>
                <w:b/>
                <w:bCs/>
                <w:lang w:val="nl-NL"/>
              </w:rPr>
              <w:t>Opdracht</w:t>
            </w:r>
          </w:p>
        </w:tc>
      </w:tr>
      <w:tr w:rsidR="000A63D8" w:rsidRPr="000A63D8" w14:paraId="036D0E03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D1D17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E1B1C2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"Navigeer naar..."</w:t>
            </w:r>
          </w:p>
        </w:tc>
      </w:tr>
      <w:tr w:rsidR="000A63D8" w:rsidRPr="000A63D8" w14:paraId="538C8CFB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F34DA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75B45AC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"Hoe laat kom ik aan?"</w:t>
            </w:r>
          </w:p>
        </w:tc>
      </w:tr>
      <w:tr w:rsidR="000A63D8" w:rsidRPr="000A63D8" w14:paraId="2E4A97E2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096D8C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EBC7112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"Zoek een tankstation langs mijn route."</w:t>
            </w:r>
          </w:p>
        </w:tc>
      </w:tr>
      <w:tr w:rsidR="000A63D8" w:rsidRPr="000A63D8" w14:paraId="3A72BE84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1727E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8825138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"Zoek een supermarkt langs mijn route."</w:t>
            </w:r>
          </w:p>
        </w:tc>
      </w:tr>
      <w:tr w:rsidR="000A63D8" w:rsidRPr="000A63D8" w14:paraId="1D1389BA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039A74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8493F71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"Zoek een camperplaats."</w:t>
            </w:r>
          </w:p>
        </w:tc>
      </w:tr>
      <w:tr w:rsidR="000A63D8" w:rsidRPr="000A63D8" w14:paraId="42D6DA98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7567A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5DD38BE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"Bel Janneke."</w:t>
            </w:r>
          </w:p>
        </w:tc>
      </w:tr>
      <w:tr w:rsidR="000A63D8" w:rsidRPr="000A63D8" w14:paraId="3EE5CB14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CBF94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D9E59BE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"Lees mijn berichten."</w:t>
            </w:r>
          </w:p>
        </w:tc>
      </w:tr>
      <w:tr w:rsidR="000A63D8" w:rsidRPr="000A63D8" w14:paraId="2F56D41C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C9E41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93FCAE0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"Speel mijn afspeellijst Camper."</w:t>
            </w:r>
          </w:p>
        </w:tc>
      </w:tr>
      <w:tr w:rsidR="000A63D8" w:rsidRPr="000A63D8" w14:paraId="7AF40853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3FCC1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6D455FF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"Hoe wordt het weer op mijn bestemming?"</w:t>
            </w:r>
          </w:p>
        </w:tc>
      </w:tr>
      <w:tr w:rsidR="000A63D8" w:rsidRPr="000A63D8" w14:paraId="7F14B0C5" w14:textId="77777777" w:rsidTr="000A6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05F8B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68E6063" w14:textId="77777777" w:rsidR="000A63D8" w:rsidRPr="000A63D8" w:rsidRDefault="000A63D8" w:rsidP="00A248D5">
            <w:pPr>
              <w:spacing w:after="0"/>
              <w:rPr>
                <w:lang w:val="nl-NL"/>
              </w:rPr>
            </w:pPr>
            <w:r w:rsidRPr="000A63D8">
              <w:rPr>
                <w:lang w:val="nl-NL"/>
              </w:rPr>
              <w:t>"Stop de navigatie."</w:t>
            </w:r>
          </w:p>
        </w:tc>
      </w:tr>
    </w:tbl>
    <w:p w14:paraId="57CE6A9A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2A6EE5C3">
          <v:rect id="_x0000_i4619" style="width:0;height:1.5pt" o:hralign="center" o:hrstd="t" o:hr="t" fillcolor="#a0a0a0" stroked="f"/>
        </w:pict>
      </w:r>
    </w:p>
    <w:p w14:paraId="24DC8BA9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Tot slot: een kleine correctie op een veelvoorkomende misvatting</w:t>
      </w:r>
    </w:p>
    <w:p w14:paraId="3BE69395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Niet iedere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-opdracht werkt </w:t>
      </w:r>
      <w:r w:rsidRPr="000A63D8">
        <w:rPr>
          <w:b/>
          <w:bCs/>
          <w:lang w:val="nl-NL"/>
        </w:rPr>
        <w:t>altijd</w:t>
      </w:r>
      <w:r w:rsidRPr="000A63D8">
        <w:rPr>
          <w:lang w:val="nl-NL"/>
        </w:rPr>
        <w:t xml:space="preserve"> op dezelfde manier. Dat hangt af van:</w:t>
      </w:r>
    </w:p>
    <w:p w14:paraId="17B89605" w14:textId="77777777" w:rsidR="000A63D8" w:rsidRPr="000A63D8" w:rsidRDefault="000A63D8" w:rsidP="00A248D5">
      <w:pPr>
        <w:numPr>
          <w:ilvl w:val="0"/>
          <w:numId w:val="115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de</w:t>
      </w:r>
      <w:proofErr w:type="gramEnd"/>
      <w:r w:rsidRPr="000A63D8">
        <w:rPr>
          <w:lang w:val="nl-NL"/>
        </w:rPr>
        <w:t xml:space="preserve"> versie van iOS op je iPhone;</w:t>
      </w:r>
    </w:p>
    <w:p w14:paraId="1F5FFDF5" w14:textId="77777777" w:rsidR="000A63D8" w:rsidRPr="000A63D8" w:rsidRDefault="000A63D8" w:rsidP="00A248D5">
      <w:pPr>
        <w:numPr>
          <w:ilvl w:val="0"/>
          <w:numId w:val="115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de</w:t>
      </w:r>
      <w:proofErr w:type="gramEnd"/>
      <w:r w:rsidRPr="000A63D8">
        <w:rPr>
          <w:lang w:val="nl-NL"/>
        </w:rPr>
        <w:t xml:space="preserve"> app die je gebruikt (bijvoorbeeld Apple Kaarten, Google </w:t>
      </w:r>
      <w:proofErr w:type="spellStart"/>
      <w:r w:rsidRPr="000A63D8">
        <w:rPr>
          <w:lang w:val="nl-NL"/>
        </w:rPr>
        <w:t>Maps</w:t>
      </w:r>
      <w:proofErr w:type="spellEnd"/>
      <w:r w:rsidRPr="000A63D8">
        <w:rPr>
          <w:lang w:val="nl-NL"/>
        </w:rPr>
        <w:t xml:space="preserve"> of </w:t>
      </w:r>
      <w:proofErr w:type="spellStart"/>
      <w:r w:rsidRPr="000A63D8">
        <w:rPr>
          <w:lang w:val="nl-NL"/>
        </w:rPr>
        <w:t>Spotify</w:t>
      </w:r>
      <w:proofErr w:type="spellEnd"/>
      <w:r w:rsidRPr="000A63D8">
        <w:rPr>
          <w:lang w:val="nl-NL"/>
        </w:rPr>
        <w:t>);</w:t>
      </w:r>
    </w:p>
    <w:p w14:paraId="409E6610" w14:textId="77777777" w:rsidR="000A63D8" w:rsidRPr="000A63D8" w:rsidRDefault="000A63D8" w:rsidP="00A248D5">
      <w:pPr>
        <w:numPr>
          <w:ilvl w:val="0"/>
          <w:numId w:val="115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de</w:t>
      </w:r>
      <w:proofErr w:type="gramEnd"/>
      <w:r w:rsidRPr="000A63D8">
        <w:rPr>
          <w:lang w:val="nl-NL"/>
        </w:rPr>
        <w:t xml:space="preserve"> taalinstellingen;</w:t>
      </w:r>
    </w:p>
    <w:p w14:paraId="17BE4749" w14:textId="77777777" w:rsidR="000A63D8" w:rsidRPr="000A63D8" w:rsidRDefault="000A63D8" w:rsidP="00A248D5">
      <w:pPr>
        <w:numPr>
          <w:ilvl w:val="0"/>
          <w:numId w:val="115"/>
        </w:numPr>
        <w:spacing w:after="0"/>
        <w:rPr>
          <w:lang w:val="nl-NL"/>
        </w:rPr>
      </w:pPr>
      <w:proofErr w:type="gramStart"/>
      <w:r w:rsidRPr="000A63D8">
        <w:rPr>
          <w:lang w:val="nl-NL"/>
        </w:rPr>
        <w:t>en</w:t>
      </w:r>
      <w:proofErr w:type="gramEnd"/>
      <w:r w:rsidRPr="000A63D8">
        <w:rPr>
          <w:lang w:val="nl-NL"/>
        </w:rPr>
        <w:t xml:space="preserve"> of je internetverbinding hebt.</w:t>
      </w:r>
    </w:p>
    <w:p w14:paraId="79C17C54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Zie de voorbeelden in dit hoofdstuk daarom als </w:t>
      </w:r>
      <w:r w:rsidRPr="000A63D8">
        <w:rPr>
          <w:b/>
          <w:bCs/>
          <w:lang w:val="nl-NL"/>
        </w:rPr>
        <w:t>praktische inspiratie</w:t>
      </w:r>
      <w:r w:rsidRPr="000A63D8">
        <w:rPr>
          <w:lang w:val="nl-NL"/>
        </w:rPr>
        <w:t xml:space="preserve">. Als een opdracht niet precies werkt zoals beschreven, probeer dan dezelfde vraag in iets andere woorden. </w:t>
      </w:r>
      <w:proofErr w:type="spellStart"/>
      <w:r w:rsidRPr="000A63D8">
        <w:rPr>
          <w:lang w:val="nl-NL"/>
        </w:rPr>
        <w:t>Siri</w:t>
      </w:r>
      <w:proofErr w:type="spellEnd"/>
      <w:r w:rsidRPr="000A63D8">
        <w:rPr>
          <w:lang w:val="nl-NL"/>
        </w:rPr>
        <w:t xml:space="preserve"> begrijpt natuurlijke taal meestal verrassend goed.</w:t>
      </w:r>
    </w:p>
    <w:p w14:paraId="0ECBA74B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pict w14:anchorId="7B713A62">
          <v:rect id="_x0000_i4620" style="width:0;height:1.5pt" o:hralign="center" o:hrstd="t" o:hr="t" fillcolor="#a0a0a0" stroked="f"/>
        </w:pict>
      </w:r>
    </w:p>
    <w:p w14:paraId="35DD96A1" w14:textId="77777777" w:rsidR="000A63D8" w:rsidRPr="000A63D8" w:rsidRDefault="000A63D8" w:rsidP="00A248D5">
      <w:pPr>
        <w:spacing w:after="0"/>
        <w:rPr>
          <w:b/>
          <w:bCs/>
          <w:lang w:val="nl-NL"/>
        </w:rPr>
      </w:pPr>
      <w:r w:rsidRPr="000A63D8">
        <w:rPr>
          <w:b/>
          <w:bCs/>
          <w:lang w:val="nl-NL"/>
        </w:rPr>
        <w:t>Epiloog</w:t>
      </w:r>
    </w:p>
    <w:p w14:paraId="10E862AD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lastRenderedPageBreak/>
        <w:t xml:space="preserve">Hiermee is de handleiding compleet: van het aansluiten van je iPhone tot het slim gebruiken van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 tijdens een lange camperreis.</w:t>
      </w:r>
    </w:p>
    <w:p w14:paraId="3E1E4590" w14:textId="77777777" w:rsidR="000A63D8" w:rsidRPr="000A63D8" w:rsidRDefault="000A63D8" w:rsidP="00A248D5">
      <w:pPr>
        <w:spacing w:after="0"/>
        <w:rPr>
          <w:lang w:val="nl-NL"/>
        </w:rPr>
      </w:pPr>
      <w:r w:rsidRPr="000A63D8">
        <w:rPr>
          <w:lang w:val="nl-NL"/>
        </w:rPr>
        <w:t xml:space="preserve">Ik wens je veel veilige kilometers en vooral veel plezier met je </w:t>
      </w:r>
      <w:proofErr w:type="spellStart"/>
      <w:r w:rsidRPr="000A63D8">
        <w:rPr>
          <w:b/>
          <w:bCs/>
          <w:lang w:val="nl-NL"/>
        </w:rPr>
        <w:t>Pioneer</w:t>
      </w:r>
      <w:proofErr w:type="spellEnd"/>
      <w:r w:rsidRPr="000A63D8">
        <w:rPr>
          <w:b/>
          <w:bCs/>
          <w:lang w:val="nl-NL"/>
        </w:rPr>
        <w:t xml:space="preserve"> SPH-DA77DAB</w:t>
      </w:r>
      <w:r w:rsidRPr="000A63D8">
        <w:rPr>
          <w:lang w:val="nl-NL"/>
        </w:rPr>
        <w:t xml:space="preserve"> en Apple </w:t>
      </w:r>
      <w:proofErr w:type="spellStart"/>
      <w:r w:rsidRPr="000A63D8">
        <w:rPr>
          <w:lang w:val="nl-NL"/>
        </w:rPr>
        <w:t>CarPlay</w:t>
      </w:r>
      <w:proofErr w:type="spellEnd"/>
      <w:r w:rsidRPr="000A63D8">
        <w:rPr>
          <w:lang w:val="nl-NL"/>
        </w:rPr>
        <w:t xml:space="preserve">. Ik denk dat je na een paar ritten zult merken dat vooral </w:t>
      </w:r>
      <w:proofErr w:type="spellStart"/>
      <w:r w:rsidRPr="000A63D8">
        <w:rPr>
          <w:b/>
          <w:bCs/>
          <w:lang w:val="nl-NL"/>
        </w:rPr>
        <w:t>Siri</w:t>
      </w:r>
      <w:proofErr w:type="spellEnd"/>
      <w:r w:rsidRPr="000A63D8">
        <w:rPr>
          <w:lang w:val="nl-NL"/>
        </w:rPr>
        <w:t xml:space="preserve"> en </w:t>
      </w:r>
      <w:r w:rsidRPr="000A63D8">
        <w:rPr>
          <w:b/>
          <w:bCs/>
          <w:lang w:val="nl-NL"/>
        </w:rPr>
        <w:t xml:space="preserve">Google </w:t>
      </w:r>
      <w:proofErr w:type="spellStart"/>
      <w:r w:rsidRPr="000A63D8">
        <w:rPr>
          <w:b/>
          <w:bCs/>
          <w:lang w:val="nl-NL"/>
        </w:rPr>
        <w:t>Maps</w:t>
      </w:r>
      <w:proofErr w:type="spellEnd"/>
      <w:r w:rsidRPr="000A63D8">
        <w:rPr>
          <w:lang w:val="nl-NL"/>
        </w:rPr>
        <w:t xml:space="preserve"> je vaste reisgenoten worden. </w:t>
      </w:r>
      <w:r w:rsidRPr="000A63D8">
        <w:rPr>
          <w:rFonts w:ascii="Segoe UI Emoji" w:hAnsi="Segoe UI Emoji" w:cs="Segoe UI Emoji"/>
          <w:lang w:val="nl-NL"/>
        </w:rPr>
        <w:t>🚐</w:t>
      </w:r>
    </w:p>
    <w:p w14:paraId="6B80D8F7" w14:textId="77777777" w:rsidR="000A63D8" w:rsidRPr="000A63D8" w:rsidRDefault="000A63D8" w:rsidP="00A248D5">
      <w:pPr>
        <w:spacing w:after="0"/>
        <w:rPr>
          <w:lang w:val="nl-NL"/>
        </w:rPr>
      </w:pPr>
    </w:p>
    <w:p w14:paraId="17DDAAD0" w14:textId="77777777" w:rsidR="000A63D8" w:rsidRPr="000A63D8" w:rsidRDefault="000A63D8" w:rsidP="00A248D5">
      <w:pPr>
        <w:spacing w:after="0"/>
      </w:pPr>
    </w:p>
    <w:sectPr w:rsidR="000A63D8" w:rsidRPr="000A63D8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642B5" w14:textId="77777777" w:rsidR="00E77508" w:rsidRDefault="00E77508" w:rsidP="00A248D5">
      <w:pPr>
        <w:spacing w:after="0" w:line="240" w:lineRule="auto"/>
      </w:pPr>
      <w:r>
        <w:separator/>
      </w:r>
    </w:p>
  </w:endnote>
  <w:endnote w:type="continuationSeparator" w:id="0">
    <w:p w14:paraId="7AF05709" w14:textId="77777777" w:rsidR="00E77508" w:rsidRDefault="00E77508" w:rsidP="00A2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ozuka Gothic Pro H">
    <w:panose1 w:val="020B08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4990810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150B" w14:textId="77777777" w:rsidR="00A248D5" w:rsidRDefault="00A248D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0592241"/>
      <w:docPartObj>
        <w:docPartGallery w:val="Page Numbers (Bottom of Page)"/>
        <w:docPartUnique/>
      </w:docPartObj>
    </w:sdtPr>
    <w:sdtContent>
      <w:p w14:paraId="7AF57A19" w14:textId="0953D59A" w:rsidR="00A248D5" w:rsidRDefault="00A248D5">
        <w:pPr>
          <w:pStyle w:val="Voetteks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69C62CA" wp14:editId="66587D6E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Rechthoe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86DF5D" w14:textId="77777777" w:rsidR="00A248D5" w:rsidRDefault="00A248D5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C0504D" w:themeColor="accent2"/>
                                  <w:lang w:val="nl-NL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669C62CA" id="Rechthoe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1886DF5D" w14:textId="77777777" w:rsidR="00A248D5" w:rsidRDefault="00A248D5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C0504D" w:themeColor="accent2"/>
                            <w:lang w:val="nl-NL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proofErr w:type="spellStart"/>
        <w:r>
          <w:t>Gebruiksaanwijzing</w:t>
        </w:r>
        <w:proofErr w:type="spellEnd"/>
        <w:r>
          <w:t xml:space="preserve"> Apple CarPlay | Pioneer SPH – DA77DAB – </w:t>
        </w:r>
        <w:proofErr w:type="spellStart"/>
        <w:r>
          <w:t>juli</w:t>
        </w:r>
        <w:proofErr w:type="spellEnd"/>
        <w:r>
          <w:t xml:space="preserve"> 2026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2BE48" w14:textId="77777777" w:rsidR="00A248D5" w:rsidRDefault="00A248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F3F74" w14:textId="77777777" w:rsidR="00E77508" w:rsidRDefault="00E77508" w:rsidP="00A248D5">
      <w:pPr>
        <w:spacing w:after="0" w:line="240" w:lineRule="auto"/>
      </w:pPr>
      <w:r>
        <w:separator/>
      </w:r>
    </w:p>
  </w:footnote>
  <w:footnote w:type="continuationSeparator" w:id="0">
    <w:p w14:paraId="77F219A7" w14:textId="77777777" w:rsidR="00E77508" w:rsidRDefault="00E77508" w:rsidP="00A24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67770" w14:textId="77777777" w:rsidR="00A248D5" w:rsidRDefault="00A248D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5E2B5" w14:textId="77777777" w:rsidR="00A248D5" w:rsidRDefault="00A248D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B9E74" w14:textId="77777777" w:rsidR="00A248D5" w:rsidRDefault="00A248D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54540"/>
    <w:multiLevelType w:val="multilevel"/>
    <w:tmpl w:val="EC2C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14E437D"/>
    <w:multiLevelType w:val="multilevel"/>
    <w:tmpl w:val="998E7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519475C"/>
    <w:multiLevelType w:val="multilevel"/>
    <w:tmpl w:val="D3363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8207635"/>
    <w:multiLevelType w:val="multilevel"/>
    <w:tmpl w:val="5E72C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813847"/>
    <w:multiLevelType w:val="multilevel"/>
    <w:tmpl w:val="6EDE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A6B5874"/>
    <w:multiLevelType w:val="multilevel"/>
    <w:tmpl w:val="3BB60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A9B127C"/>
    <w:multiLevelType w:val="multilevel"/>
    <w:tmpl w:val="AB124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B2F47BE"/>
    <w:multiLevelType w:val="multilevel"/>
    <w:tmpl w:val="319A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D506B68"/>
    <w:multiLevelType w:val="multilevel"/>
    <w:tmpl w:val="64B4E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0E5B5FED"/>
    <w:multiLevelType w:val="multilevel"/>
    <w:tmpl w:val="C9B24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F749FC"/>
    <w:multiLevelType w:val="multilevel"/>
    <w:tmpl w:val="FEE08C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02D46EE"/>
    <w:multiLevelType w:val="multilevel"/>
    <w:tmpl w:val="9758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1FE708D"/>
    <w:multiLevelType w:val="multilevel"/>
    <w:tmpl w:val="626A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2811359"/>
    <w:multiLevelType w:val="multilevel"/>
    <w:tmpl w:val="DA24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2F03D8B"/>
    <w:multiLevelType w:val="multilevel"/>
    <w:tmpl w:val="94480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3B70F10"/>
    <w:multiLevelType w:val="multilevel"/>
    <w:tmpl w:val="2C04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5A05FFA"/>
    <w:multiLevelType w:val="multilevel"/>
    <w:tmpl w:val="79123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5B61308"/>
    <w:multiLevelType w:val="multilevel"/>
    <w:tmpl w:val="AC7E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616102E"/>
    <w:multiLevelType w:val="multilevel"/>
    <w:tmpl w:val="AF26B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65B45D5"/>
    <w:multiLevelType w:val="multilevel"/>
    <w:tmpl w:val="5F584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7B23F07"/>
    <w:multiLevelType w:val="multilevel"/>
    <w:tmpl w:val="4A6A22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8C31F69"/>
    <w:multiLevelType w:val="multilevel"/>
    <w:tmpl w:val="535E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9197B7D"/>
    <w:multiLevelType w:val="multilevel"/>
    <w:tmpl w:val="6C043A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9690205"/>
    <w:multiLevelType w:val="multilevel"/>
    <w:tmpl w:val="59AA36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9C542B2"/>
    <w:multiLevelType w:val="multilevel"/>
    <w:tmpl w:val="BFDE3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A764402"/>
    <w:multiLevelType w:val="multilevel"/>
    <w:tmpl w:val="9E28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CB460EA"/>
    <w:multiLevelType w:val="multilevel"/>
    <w:tmpl w:val="7C22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D1B569E"/>
    <w:multiLevelType w:val="multilevel"/>
    <w:tmpl w:val="6AB87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F5D757C"/>
    <w:multiLevelType w:val="multilevel"/>
    <w:tmpl w:val="AA643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03A0C9E"/>
    <w:multiLevelType w:val="multilevel"/>
    <w:tmpl w:val="638EC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1F60D15"/>
    <w:multiLevelType w:val="multilevel"/>
    <w:tmpl w:val="218A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90D1368"/>
    <w:multiLevelType w:val="multilevel"/>
    <w:tmpl w:val="7D64C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9C2286F"/>
    <w:multiLevelType w:val="multilevel"/>
    <w:tmpl w:val="BDD4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A98326E"/>
    <w:multiLevelType w:val="multilevel"/>
    <w:tmpl w:val="B152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D0F5AC8"/>
    <w:multiLevelType w:val="hybridMultilevel"/>
    <w:tmpl w:val="EB8867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D12564F"/>
    <w:multiLevelType w:val="multilevel"/>
    <w:tmpl w:val="AD2A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DE85889"/>
    <w:multiLevelType w:val="multilevel"/>
    <w:tmpl w:val="AE52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F796F21"/>
    <w:multiLevelType w:val="multilevel"/>
    <w:tmpl w:val="24D45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06C5A4B"/>
    <w:multiLevelType w:val="multilevel"/>
    <w:tmpl w:val="77B86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0E32490"/>
    <w:multiLevelType w:val="multilevel"/>
    <w:tmpl w:val="D8A49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0F85A35"/>
    <w:multiLevelType w:val="multilevel"/>
    <w:tmpl w:val="C224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1ED0FE0"/>
    <w:multiLevelType w:val="multilevel"/>
    <w:tmpl w:val="541C2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36617A0"/>
    <w:multiLevelType w:val="multilevel"/>
    <w:tmpl w:val="1220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53D2CDD"/>
    <w:multiLevelType w:val="multilevel"/>
    <w:tmpl w:val="87126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7D64A8C"/>
    <w:multiLevelType w:val="multilevel"/>
    <w:tmpl w:val="6670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98141E2"/>
    <w:multiLevelType w:val="multilevel"/>
    <w:tmpl w:val="9F1C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A1A4335"/>
    <w:multiLevelType w:val="multilevel"/>
    <w:tmpl w:val="02E42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BBB256C"/>
    <w:multiLevelType w:val="multilevel"/>
    <w:tmpl w:val="A0C8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D594F00"/>
    <w:multiLevelType w:val="multilevel"/>
    <w:tmpl w:val="D79A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E2722D3"/>
    <w:multiLevelType w:val="multilevel"/>
    <w:tmpl w:val="71B2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E4C32AA"/>
    <w:multiLevelType w:val="multilevel"/>
    <w:tmpl w:val="D6307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EB72303"/>
    <w:multiLevelType w:val="multilevel"/>
    <w:tmpl w:val="E5465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224297F"/>
    <w:multiLevelType w:val="multilevel"/>
    <w:tmpl w:val="49E681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3682593"/>
    <w:multiLevelType w:val="multilevel"/>
    <w:tmpl w:val="7AEC4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3DA4011"/>
    <w:multiLevelType w:val="multilevel"/>
    <w:tmpl w:val="2C5E7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4F93BC5"/>
    <w:multiLevelType w:val="multilevel"/>
    <w:tmpl w:val="7686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56D26B8"/>
    <w:multiLevelType w:val="multilevel"/>
    <w:tmpl w:val="243C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8B87BCF"/>
    <w:multiLevelType w:val="multilevel"/>
    <w:tmpl w:val="14C0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8EC3B28"/>
    <w:multiLevelType w:val="multilevel"/>
    <w:tmpl w:val="3E1C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9021B70"/>
    <w:multiLevelType w:val="multilevel"/>
    <w:tmpl w:val="7994B0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AFA10AD"/>
    <w:multiLevelType w:val="multilevel"/>
    <w:tmpl w:val="02F2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C3B2D27"/>
    <w:multiLevelType w:val="multilevel"/>
    <w:tmpl w:val="D34C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C9C3E61"/>
    <w:multiLevelType w:val="multilevel"/>
    <w:tmpl w:val="C234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D0A391B"/>
    <w:multiLevelType w:val="multilevel"/>
    <w:tmpl w:val="FD94C0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D2D7EE5"/>
    <w:multiLevelType w:val="multilevel"/>
    <w:tmpl w:val="CF545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D94771D"/>
    <w:multiLevelType w:val="multilevel"/>
    <w:tmpl w:val="DE9224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DC67052"/>
    <w:multiLevelType w:val="multilevel"/>
    <w:tmpl w:val="808CD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E2D5176"/>
    <w:multiLevelType w:val="multilevel"/>
    <w:tmpl w:val="BA943F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17C3855"/>
    <w:multiLevelType w:val="multilevel"/>
    <w:tmpl w:val="C4021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1A14CB8"/>
    <w:multiLevelType w:val="multilevel"/>
    <w:tmpl w:val="05A6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2CE741F"/>
    <w:multiLevelType w:val="multilevel"/>
    <w:tmpl w:val="2FCC2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2DB529F"/>
    <w:multiLevelType w:val="multilevel"/>
    <w:tmpl w:val="C09CB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3095A7D"/>
    <w:multiLevelType w:val="multilevel"/>
    <w:tmpl w:val="5FDC0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3483CFC"/>
    <w:multiLevelType w:val="multilevel"/>
    <w:tmpl w:val="858A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5114746"/>
    <w:multiLevelType w:val="multilevel"/>
    <w:tmpl w:val="1E2E3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6042453"/>
    <w:multiLevelType w:val="multilevel"/>
    <w:tmpl w:val="893E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7EC345E"/>
    <w:multiLevelType w:val="multilevel"/>
    <w:tmpl w:val="6F28E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CAB6771"/>
    <w:multiLevelType w:val="multilevel"/>
    <w:tmpl w:val="66904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D6A72D9"/>
    <w:multiLevelType w:val="multilevel"/>
    <w:tmpl w:val="8348B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EEA7EBB"/>
    <w:multiLevelType w:val="multilevel"/>
    <w:tmpl w:val="55D42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FEA6E0B"/>
    <w:multiLevelType w:val="multilevel"/>
    <w:tmpl w:val="C5C6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12A4633"/>
    <w:multiLevelType w:val="multilevel"/>
    <w:tmpl w:val="C6E2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19C5F52"/>
    <w:multiLevelType w:val="multilevel"/>
    <w:tmpl w:val="3230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27E3F2F"/>
    <w:multiLevelType w:val="multilevel"/>
    <w:tmpl w:val="4BAA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57E7202"/>
    <w:multiLevelType w:val="multilevel"/>
    <w:tmpl w:val="E9DE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7667838"/>
    <w:multiLevelType w:val="multilevel"/>
    <w:tmpl w:val="B5BA1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82D619D"/>
    <w:multiLevelType w:val="multilevel"/>
    <w:tmpl w:val="F9865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A493534"/>
    <w:multiLevelType w:val="multilevel"/>
    <w:tmpl w:val="B6509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A910D9E"/>
    <w:multiLevelType w:val="multilevel"/>
    <w:tmpl w:val="2326C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B9C1206"/>
    <w:multiLevelType w:val="multilevel"/>
    <w:tmpl w:val="4778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BAA2AE6"/>
    <w:multiLevelType w:val="multilevel"/>
    <w:tmpl w:val="D6064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0" w15:restartNumberingAfterBreak="0">
    <w:nsid w:val="6C275756"/>
    <w:multiLevelType w:val="multilevel"/>
    <w:tmpl w:val="816EB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DB20C94"/>
    <w:multiLevelType w:val="multilevel"/>
    <w:tmpl w:val="8B74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DB51938"/>
    <w:multiLevelType w:val="multilevel"/>
    <w:tmpl w:val="5800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EC83136"/>
    <w:multiLevelType w:val="multilevel"/>
    <w:tmpl w:val="3034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FED2935"/>
    <w:multiLevelType w:val="multilevel"/>
    <w:tmpl w:val="47B4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0664262"/>
    <w:multiLevelType w:val="multilevel"/>
    <w:tmpl w:val="E1AC1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49254A1"/>
    <w:multiLevelType w:val="multilevel"/>
    <w:tmpl w:val="D5C0D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4AD6EAC"/>
    <w:multiLevelType w:val="multilevel"/>
    <w:tmpl w:val="FD38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6C77B23"/>
    <w:multiLevelType w:val="multilevel"/>
    <w:tmpl w:val="A638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7FF4597"/>
    <w:multiLevelType w:val="multilevel"/>
    <w:tmpl w:val="E0D8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84120FE"/>
    <w:multiLevelType w:val="multilevel"/>
    <w:tmpl w:val="C6E24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92C5A98"/>
    <w:multiLevelType w:val="multilevel"/>
    <w:tmpl w:val="6D0E3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2" w15:restartNumberingAfterBreak="0">
    <w:nsid w:val="79C72819"/>
    <w:multiLevelType w:val="multilevel"/>
    <w:tmpl w:val="08A62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7A4340B2"/>
    <w:multiLevelType w:val="multilevel"/>
    <w:tmpl w:val="41B892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A600198"/>
    <w:multiLevelType w:val="multilevel"/>
    <w:tmpl w:val="B6D0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F426171"/>
    <w:multiLevelType w:val="multilevel"/>
    <w:tmpl w:val="F25E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874289">
    <w:abstractNumId w:val="8"/>
  </w:num>
  <w:num w:numId="2" w16cid:durableId="778646407">
    <w:abstractNumId w:val="6"/>
  </w:num>
  <w:num w:numId="3" w16cid:durableId="669722732">
    <w:abstractNumId w:val="5"/>
  </w:num>
  <w:num w:numId="4" w16cid:durableId="180552731">
    <w:abstractNumId w:val="4"/>
  </w:num>
  <w:num w:numId="5" w16cid:durableId="1920752325">
    <w:abstractNumId w:val="7"/>
  </w:num>
  <w:num w:numId="6" w16cid:durableId="1633822169">
    <w:abstractNumId w:val="3"/>
  </w:num>
  <w:num w:numId="7" w16cid:durableId="375785593">
    <w:abstractNumId w:val="2"/>
  </w:num>
  <w:num w:numId="8" w16cid:durableId="1270549775">
    <w:abstractNumId w:val="1"/>
  </w:num>
  <w:num w:numId="9" w16cid:durableId="40715938">
    <w:abstractNumId w:val="0"/>
  </w:num>
  <w:num w:numId="10" w16cid:durableId="2136823450">
    <w:abstractNumId w:val="95"/>
  </w:num>
  <w:num w:numId="11" w16cid:durableId="389811589">
    <w:abstractNumId w:val="12"/>
  </w:num>
  <w:num w:numId="12" w16cid:durableId="1212381394">
    <w:abstractNumId w:val="87"/>
  </w:num>
  <w:num w:numId="13" w16cid:durableId="862319">
    <w:abstractNumId w:val="81"/>
  </w:num>
  <w:num w:numId="14" w16cid:durableId="500465542">
    <w:abstractNumId w:val="33"/>
  </w:num>
  <w:num w:numId="15" w16cid:durableId="424612056">
    <w:abstractNumId w:val="18"/>
  </w:num>
  <w:num w:numId="16" w16cid:durableId="2116442285">
    <w:abstractNumId w:val="65"/>
  </w:num>
  <w:num w:numId="17" w16cid:durableId="1161237885">
    <w:abstractNumId w:val="53"/>
  </w:num>
  <w:num w:numId="18" w16cid:durableId="954485553">
    <w:abstractNumId w:val="16"/>
  </w:num>
  <w:num w:numId="19" w16cid:durableId="493952222">
    <w:abstractNumId w:val="88"/>
  </w:num>
  <w:num w:numId="20" w16cid:durableId="2055422587">
    <w:abstractNumId w:val="79"/>
  </w:num>
  <w:num w:numId="21" w16cid:durableId="1336691745">
    <w:abstractNumId w:val="66"/>
  </w:num>
  <w:num w:numId="22" w16cid:durableId="825587330">
    <w:abstractNumId w:val="93"/>
  </w:num>
  <w:num w:numId="23" w16cid:durableId="330530067">
    <w:abstractNumId w:val="49"/>
  </w:num>
  <w:num w:numId="24" w16cid:durableId="602419886">
    <w:abstractNumId w:val="36"/>
  </w:num>
  <w:num w:numId="25" w16cid:durableId="275062605">
    <w:abstractNumId w:val="13"/>
  </w:num>
  <w:num w:numId="26" w16cid:durableId="1390616657">
    <w:abstractNumId w:val="86"/>
  </w:num>
  <w:num w:numId="27" w16cid:durableId="623583906">
    <w:abstractNumId w:val="90"/>
  </w:num>
  <w:num w:numId="28" w16cid:durableId="2127894589">
    <w:abstractNumId w:val="96"/>
  </w:num>
  <w:num w:numId="29" w16cid:durableId="953899870">
    <w:abstractNumId w:val="14"/>
  </w:num>
  <w:num w:numId="30" w16cid:durableId="1403409677">
    <w:abstractNumId w:val="82"/>
  </w:num>
  <w:num w:numId="31" w16cid:durableId="1452627408">
    <w:abstractNumId w:val="22"/>
  </w:num>
  <w:num w:numId="32" w16cid:durableId="969164059">
    <w:abstractNumId w:val="113"/>
  </w:num>
  <w:num w:numId="33" w16cid:durableId="781610766">
    <w:abstractNumId w:val="98"/>
  </w:num>
  <w:num w:numId="34" w16cid:durableId="1473136176">
    <w:abstractNumId w:val="42"/>
  </w:num>
  <w:num w:numId="35" w16cid:durableId="1157574893">
    <w:abstractNumId w:val="89"/>
  </w:num>
  <w:num w:numId="36" w16cid:durableId="2129355517">
    <w:abstractNumId w:val="59"/>
  </w:num>
  <w:num w:numId="37" w16cid:durableId="1885828193">
    <w:abstractNumId w:val="17"/>
  </w:num>
  <w:num w:numId="38" w16cid:durableId="20129339">
    <w:abstractNumId w:val="19"/>
  </w:num>
  <w:num w:numId="39" w16cid:durableId="2128699688">
    <w:abstractNumId w:val="71"/>
  </w:num>
  <w:num w:numId="40" w16cid:durableId="2022462067">
    <w:abstractNumId w:val="91"/>
  </w:num>
  <w:num w:numId="41" w16cid:durableId="687831591">
    <w:abstractNumId w:val="45"/>
  </w:num>
  <w:num w:numId="42" w16cid:durableId="717364978">
    <w:abstractNumId w:val="100"/>
  </w:num>
  <w:num w:numId="43" w16cid:durableId="421100046">
    <w:abstractNumId w:val="92"/>
  </w:num>
  <w:num w:numId="44" w16cid:durableId="1923101197">
    <w:abstractNumId w:val="58"/>
  </w:num>
  <w:num w:numId="45" w16cid:durableId="1066689559">
    <w:abstractNumId w:val="75"/>
  </w:num>
  <w:num w:numId="46" w16cid:durableId="1903563751">
    <w:abstractNumId w:val="28"/>
  </w:num>
  <w:num w:numId="47" w16cid:durableId="1442527593">
    <w:abstractNumId w:val="103"/>
  </w:num>
  <w:num w:numId="48" w16cid:durableId="509562127">
    <w:abstractNumId w:val="47"/>
  </w:num>
  <w:num w:numId="49" w16cid:durableId="1182551857">
    <w:abstractNumId w:val="104"/>
  </w:num>
  <w:num w:numId="50" w16cid:durableId="789666224">
    <w:abstractNumId w:val="60"/>
  </w:num>
  <w:num w:numId="51" w16cid:durableId="884945177">
    <w:abstractNumId w:val="110"/>
  </w:num>
  <w:num w:numId="52" w16cid:durableId="1579630929">
    <w:abstractNumId w:val="84"/>
  </w:num>
  <w:num w:numId="53" w16cid:durableId="519470322">
    <w:abstractNumId w:val="99"/>
  </w:num>
  <w:num w:numId="54" w16cid:durableId="2107073622">
    <w:abstractNumId w:val="35"/>
  </w:num>
  <w:num w:numId="55" w16cid:durableId="1287586355">
    <w:abstractNumId w:val="63"/>
  </w:num>
  <w:num w:numId="56" w16cid:durableId="896014578">
    <w:abstractNumId w:val="34"/>
  </w:num>
  <w:num w:numId="57" w16cid:durableId="1203202548">
    <w:abstractNumId w:val="64"/>
  </w:num>
  <w:num w:numId="58" w16cid:durableId="41564600">
    <w:abstractNumId w:val="26"/>
  </w:num>
  <w:num w:numId="59" w16cid:durableId="1370446605">
    <w:abstractNumId w:val="106"/>
  </w:num>
  <w:num w:numId="60" w16cid:durableId="1744452508">
    <w:abstractNumId w:val="85"/>
  </w:num>
  <w:num w:numId="61" w16cid:durableId="1932859987">
    <w:abstractNumId w:val="37"/>
  </w:num>
  <w:num w:numId="62" w16cid:durableId="268709654">
    <w:abstractNumId w:val="111"/>
  </w:num>
  <w:num w:numId="63" w16cid:durableId="879587413">
    <w:abstractNumId w:val="39"/>
  </w:num>
  <w:num w:numId="64" w16cid:durableId="1746410851">
    <w:abstractNumId w:val="24"/>
  </w:num>
  <w:num w:numId="65" w16cid:durableId="460465340">
    <w:abstractNumId w:val="83"/>
  </w:num>
  <w:num w:numId="66" w16cid:durableId="1879272640">
    <w:abstractNumId w:val="101"/>
  </w:num>
  <w:num w:numId="67" w16cid:durableId="906763619">
    <w:abstractNumId w:val="80"/>
  </w:num>
  <w:num w:numId="68" w16cid:durableId="1472208033">
    <w:abstractNumId w:val="15"/>
  </w:num>
  <w:num w:numId="69" w16cid:durableId="794909940">
    <w:abstractNumId w:val="20"/>
  </w:num>
  <w:num w:numId="70" w16cid:durableId="500974542">
    <w:abstractNumId w:val="57"/>
  </w:num>
  <w:num w:numId="71" w16cid:durableId="167258651">
    <w:abstractNumId w:val="9"/>
  </w:num>
  <w:num w:numId="72" w16cid:durableId="821430496">
    <w:abstractNumId w:val="30"/>
  </w:num>
  <w:num w:numId="73" w16cid:durableId="1625847149">
    <w:abstractNumId w:val="107"/>
  </w:num>
  <w:num w:numId="74" w16cid:durableId="1379280118">
    <w:abstractNumId w:val="55"/>
  </w:num>
  <w:num w:numId="75" w16cid:durableId="1941141730">
    <w:abstractNumId w:val="54"/>
  </w:num>
  <w:num w:numId="76" w16cid:durableId="563033562">
    <w:abstractNumId w:val="62"/>
  </w:num>
  <w:num w:numId="77" w16cid:durableId="795488991">
    <w:abstractNumId w:val="56"/>
  </w:num>
  <w:num w:numId="78" w16cid:durableId="825244606">
    <w:abstractNumId w:val="73"/>
  </w:num>
  <w:num w:numId="79" w16cid:durableId="128787312">
    <w:abstractNumId w:val="48"/>
  </w:num>
  <w:num w:numId="80" w16cid:durableId="1140265819">
    <w:abstractNumId w:val="114"/>
  </w:num>
  <w:num w:numId="81" w16cid:durableId="813791736">
    <w:abstractNumId w:val="44"/>
  </w:num>
  <w:num w:numId="82" w16cid:durableId="780614805">
    <w:abstractNumId w:val="108"/>
  </w:num>
  <w:num w:numId="83" w16cid:durableId="2033215888">
    <w:abstractNumId w:val="102"/>
  </w:num>
  <w:num w:numId="84" w16cid:durableId="442000978">
    <w:abstractNumId w:val="112"/>
  </w:num>
  <w:num w:numId="85" w16cid:durableId="882013408">
    <w:abstractNumId w:val="46"/>
  </w:num>
  <w:num w:numId="86" w16cid:durableId="1263682220">
    <w:abstractNumId w:val="31"/>
  </w:num>
  <w:num w:numId="87" w16cid:durableId="1690179110">
    <w:abstractNumId w:val="21"/>
  </w:num>
  <w:num w:numId="88" w16cid:durableId="1636373830">
    <w:abstractNumId w:val="78"/>
  </w:num>
  <w:num w:numId="89" w16cid:durableId="149101780">
    <w:abstractNumId w:val="69"/>
  </w:num>
  <w:num w:numId="90" w16cid:durableId="101656167">
    <w:abstractNumId w:val="25"/>
  </w:num>
  <w:num w:numId="91" w16cid:durableId="655839856">
    <w:abstractNumId w:val="94"/>
  </w:num>
  <w:num w:numId="92" w16cid:durableId="475072013">
    <w:abstractNumId w:val="32"/>
  </w:num>
  <w:num w:numId="93" w16cid:durableId="772282512">
    <w:abstractNumId w:val="77"/>
  </w:num>
  <w:num w:numId="94" w16cid:durableId="1637103983">
    <w:abstractNumId w:val="67"/>
  </w:num>
  <w:num w:numId="95" w16cid:durableId="1194879439">
    <w:abstractNumId w:val="40"/>
  </w:num>
  <w:num w:numId="96" w16cid:durableId="548997619">
    <w:abstractNumId w:val="10"/>
  </w:num>
  <w:num w:numId="97" w16cid:durableId="506362676">
    <w:abstractNumId w:val="74"/>
  </w:num>
  <w:num w:numId="98" w16cid:durableId="2002587268">
    <w:abstractNumId w:val="72"/>
  </w:num>
  <w:num w:numId="99" w16cid:durableId="1826821652">
    <w:abstractNumId w:val="29"/>
  </w:num>
  <w:num w:numId="100" w16cid:durableId="305621965">
    <w:abstractNumId w:val="61"/>
  </w:num>
  <w:num w:numId="101" w16cid:durableId="1069961004">
    <w:abstractNumId w:val="23"/>
  </w:num>
  <w:num w:numId="102" w16cid:durableId="1307278189">
    <w:abstractNumId w:val="27"/>
  </w:num>
  <w:num w:numId="103" w16cid:durableId="111093170">
    <w:abstractNumId w:val="76"/>
  </w:num>
  <w:num w:numId="104" w16cid:durableId="595772">
    <w:abstractNumId w:val="68"/>
  </w:num>
  <w:num w:numId="105" w16cid:durableId="648752253">
    <w:abstractNumId w:val="115"/>
  </w:num>
  <w:num w:numId="106" w16cid:durableId="2066024678">
    <w:abstractNumId w:val="11"/>
  </w:num>
  <w:num w:numId="107" w16cid:durableId="1655986863">
    <w:abstractNumId w:val="97"/>
  </w:num>
  <w:num w:numId="108" w16cid:durableId="1878733127">
    <w:abstractNumId w:val="51"/>
  </w:num>
  <w:num w:numId="109" w16cid:durableId="54016262">
    <w:abstractNumId w:val="50"/>
  </w:num>
  <w:num w:numId="110" w16cid:durableId="1135559236">
    <w:abstractNumId w:val="70"/>
  </w:num>
  <w:num w:numId="111" w16cid:durableId="841436399">
    <w:abstractNumId w:val="109"/>
  </w:num>
  <w:num w:numId="112" w16cid:durableId="1096636945">
    <w:abstractNumId w:val="52"/>
  </w:num>
  <w:num w:numId="113" w16cid:durableId="1828738526">
    <w:abstractNumId w:val="41"/>
  </w:num>
  <w:num w:numId="114" w16cid:durableId="1784574877">
    <w:abstractNumId w:val="105"/>
  </w:num>
  <w:num w:numId="115" w16cid:durableId="1277247654">
    <w:abstractNumId w:val="38"/>
  </w:num>
  <w:num w:numId="116" w16cid:durableId="1399859703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B1A"/>
    <w:rsid w:val="00034616"/>
    <w:rsid w:val="000604ED"/>
    <w:rsid w:val="0006063C"/>
    <w:rsid w:val="000A63D8"/>
    <w:rsid w:val="001467F6"/>
    <w:rsid w:val="0015074B"/>
    <w:rsid w:val="0029639D"/>
    <w:rsid w:val="00297914"/>
    <w:rsid w:val="00323853"/>
    <w:rsid w:val="00326F90"/>
    <w:rsid w:val="004B462B"/>
    <w:rsid w:val="005320C4"/>
    <w:rsid w:val="00534CB9"/>
    <w:rsid w:val="0085156A"/>
    <w:rsid w:val="00A248D5"/>
    <w:rsid w:val="00A63890"/>
    <w:rsid w:val="00AA1D8D"/>
    <w:rsid w:val="00B47730"/>
    <w:rsid w:val="00CB0664"/>
    <w:rsid w:val="00CC2383"/>
    <w:rsid w:val="00D03AEE"/>
    <w:rsid w:val="00D97FB6"/>
    <w:rsid w:val="00E52D8B"/>
    <w:rsid w:val="00E77508"/>
    <w:rsid w:val="00F84B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00EF33"/>
  <w14:defaultImageDpi w14:val="300"/>
  <w15:docId w15:val="{C5E1176F-ACEF-4943-BDF7-7FB963AE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0A63D8"/>
    <w:pPr>
      <w:keepNext/>
      <w:keepLines/>
      <w:spacing w:before="480" w:after="0"/>
      <w:outlineLvl w:val="0"/>
    </w:pPr>
    <w:rPr>
      <w:rFonts w:ascii="Kozuka Gothic Pro H" w:eastAsiaTheme="majorEastAsia" w:hAnsi="Kozuka Gothic Pro H" w:cstheme="majorBidi"/>
      <w:b/>
      <w:bCs/>
      <w:color w:val="365F91" w:themeColor="accent1" w:themeShade="BF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0A63D8"/>
    <w:rPr>
      <w:rFonts w:ascii="Kozuka Gothic Pro H" w:eastAsiaTheme="majorEastAsia" w:hAnsi="Kozuka Gothic Pro H" w:cstheme="majorBidi"/>
      <w:b/>
      <w:bCs/>
      <w:color w:val="365F91" w:themeColor="accent1" w:themeShade="BF"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0A63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Kozuka Gothic Pro H" w:eastAsiaTheme="majorEastAsia" w:hAnsi="Kozuka Gothic Pro H" w:cstheme="majorBidi"/>
      <w:color w:val="00B050"/>
      <w:spacing w:val="5"/>
      <w:kern w:val="28"/>
      <w:sz w:val="52"/>
      <w:szCs w:val="52"/>
      <w:lang w:val="nl-NL"/>
    </w:rPr>
  </w:style>
  <w:style w:type="character" w:customStyle="1" w:styleId="TitelChar">
    <w:name w:val="Titel Char"/>
    <w:basedOn w:val="Standaardalinea-lettertype"/>
    <w:link w:val="Titel"/>
    <w:uiPriority w:val="10"/>
    <w:rsid w:val="000A63D8"/>
    <w:rPr>
      <w:rFonts w:ascii="Kozuka Gothic Pro H" w:eastAsiaTheme="majorEastAsia" w:hAnsi="Kozuka Gothic Pro H" w:cstheme="majorBidi"/>
      <w:color w:val="00B050"/>
      <w:spacing w:val="5"/>
      <w:kern w:val="28"/>
      <w:sz w:val="52"/>
      <w:szCs w:val="52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1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6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7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9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17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5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48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0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6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2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9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3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0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38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5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69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59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4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7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45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79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3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3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2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79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6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3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5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3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1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79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3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3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7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4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0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8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5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4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3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85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4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1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15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6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70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70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7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3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32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6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4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3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78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14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0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3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2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3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5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82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9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6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33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96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9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6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7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1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5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1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6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0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5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3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31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2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0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2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6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77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4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2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3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8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1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6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1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2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41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7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2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6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4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5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2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8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62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0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9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3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6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5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38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3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4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2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8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6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2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4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8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8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6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18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13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86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80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0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3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3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1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8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2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29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5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039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1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99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1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1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1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5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6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5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6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98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4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9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5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2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08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3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9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3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3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3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20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7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4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1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4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5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3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8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5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2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2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3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6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20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4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3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9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0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88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29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2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16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5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5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0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4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1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2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55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8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99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6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1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7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4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1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2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92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8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5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7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4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60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3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1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7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1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7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9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0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7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7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6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0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4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5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1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9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3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92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8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8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2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5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9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7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9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4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8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9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2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3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0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5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5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3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2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4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10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88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4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0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8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7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4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8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4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9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7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5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5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1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0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0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4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1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2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5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78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52</Pages>
  <Words>7902</Words>
  <Characters>43461</Characters>
  <Application>Microsoft Office Word</Application>
  <DocSecurity>0</DocSecurity>
  <Lines>362</Lines>
  <Paragraphs>102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 Olav Smit</cp:lastModifiedBy>
  <cp:revision>9</cp:revision>
  <dcterms:created xsi:type="dcterms:W3CDTF">2026-06-27T10:59:00Z</dcterms:created>
  <dcterms:modified xsi:type="dcterms:W3CDTF">2026-06-27T15:48:00Z</dcterms:modified>
  <cp:category/>
</cp:coreProperties>
</file>